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(ADA),the Ohio Fair Employment Practices Law (OFEPL),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OFEPL,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