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240" w:lineRule="auto"/>
        <w:jc w:val="center"/>
      </w:pPr>
      <w:r>
        <w:rPr>
          <w:rFonts w:ascii="Times New Roman" w:hAnsi="Times New Roman" w:eastAsia="Times New Roman" w:cs="Times New Roman"/>
          <w:b/>
          <w:sz w:val="24"/>
        </w:rPr>
        <w:t>DISC JOCKEY (DJ) SERVICES AGREEMENT</w:t>
      </w:r>
    </w:p>
    <w:p>
      <w:pPr>
        <w:spacing w:line="240" w:lineRule="auto"/>
      </w:pPr>
    </w:p>
    <w:p>
      <w:pPr>
        <w:spacing w:line="240" w:lineRule="auto"/>
      </w:pPr>
      <w:r>
        <w:rPr>
          <w:rFonts w:ascii="Times New Roman" w:hAnsi="Times New Roman" w:eastAsia="Times New Roman" w:cs="Times New Roman"/>
          <w:b/>
          <w:sz w:val="24"/>
        </w:rPr>
        <w:t>I. THE PARTIES</w:t>
      </w:r>
      <w:r>
        <w:rPr>
          <w:rFonts w:ascii="Times New Roman" w:hAnsi="Times New Roman" w:eastAsia="Times New Roman" w:cs="Times New Roman"/>
          <w:sz w:val="24"/>
        </w:rPr>
        <w:t>. This Disc Jockey Contract (</w:t>
      </w:r>
      <w:r>
        <w:rPr>
          <w:rFonts w:ascii="Times New Roman" w:hAnsi="Times New Roman" w:eastAsia="Times New Roman" w:cs="Times New Roman"/>
          <w:b/>
          <w:sz w:val="24"/>
        </w:rPr>
        <w:t>“</w:t>
      </w:r>
      <w:r>
        <w:rPr>
          <w:rFonts w:ascii="Times New Roman" w:hAnsi="Times New Roman" w:eastAsia="Times New Roman" w:cs="Times New Roman"/>
          <w:sz w:val="24"/>
        </w:rPr>
        <w:t>Agreement</w:t>
      </w:r>
      <w:r>
        <w:rPr>
          <w:rFonts w:ascii="Times New Roman" w:hAnsi="Times New Roman" w:eastAsia="Times New Roman" w:cs="Times New Roman"/>
          <w:b/>
          <w:sz w:val="24"/>
        </w:rPr>
        <w:t>”</w:t>
      </w:r>
      <w:r>
        <w:rPr>
          <w:rFonts w:ascii="Times New Roman" w:hAnsi="Times New Roman" w:eastAsia="Times New Roman" w:cs="Times New Roman"/>
          <w:sz w:val="24"/>
        </w:rPr>
        <w:t>) is entered into on ____________________, 20____ (“Effective Date”), by and between ________________________, with an address of ________________________, City of ________________________, State of ________________________ (</w:t>
      </w:r>
      <w:r>
        <w:rPr>
          <w:rFonts w:ascii="Times New Roman" w:hAnsi="Times New Roman" w:eastAsia="Times New Roman" w:cs="Times New Roman"/>
          <w:b/>
          <w:sz w:val="24"/>
        </w:rPr>
        <w:t>“</w:t>
      </w:r>
      <w:r>
        <w:rPr>
          <w:rFonts w:ascii="Times New Roman" w:hAnsi="Times New Roman" w:eastAsia="Times New Roman" w:cs="Times New Roman"/>
          <w:sz w:val="24"/>
        </w:rPr>
        <w:t>Client</w:t>
      </w:r>
      <w:r>
        <w:rPr>
          <w:rFonts w:ascii="Times New Roman" w:hAnsi="Times New Roman" w:eastAsia="Times New Roman" w:cs="Times New Roman"/>
          <w:b/>
          <w:sz w:val="24"/>
        </w:rPr>
        <w:t>”</w:t>
      </w:r>
      <w:r>
        <w:rPr>
          <w:rFonts w:ascii="Times New Roman" w:hAnsi="Times New Roman" w:eastAsia="Times New Roman" w:cs="Times New Roman"/>
          <w:sz w:val="24"/>
        </w:rPr>
        <w:t>) and ________________________, with an address of ________________________, City of ________________________, State of ________________________ (“Disc Jockey”). The Client and Disc Jockey shall be known collectively as the “</w:t>
      </w:r>
      <w:r>
        <w:rPr>
          <w:rFonts w:ascii="Times New Roman" w:hAnsi="Times New Roman" w:eastAsia="Times New Roman" w:cs="Times New Roman"/>
          <w:sz w:val="24"/>
        </w:rPr>
        <w:t>Parties.</w:t>
      </w:r>
      <w:r>
        <w:rPr>
          <w:rFonts w:ascii="Times New Roman" w:hAnsi="Times New Roman" w:eastAsia="Times New Roman" w:cs="Times New Roman"/>
          <w:sz w:val="24"/>
        </w:rPr>
        <w:t>”</w:t>
      </w:r>
    </w:p>
    <w:p>
      <w:pPr>
        <w:spacing w:line="240" w:lineRule="auto"/>
      </w:pPr>
      <w:r>
        <w:rPr>
          <w:rFonts w:ascii="Times New Roman" w:hAnsi="Times New Roman" w:eastAsia="Times New Roman" w:cs="Times New Roman"/>
          <w:sz w:val="24"/>
        </w:rPr>
        <w:t>Client wishes to engage Disc Jockey to provide Disc Jockey services. Disc Jockey services shall include providing musical entertainment at the location, date, and time described in Section II. Disc Jockey may also perform related additional services, including making general announcements.</w:t>
      </w:r>
    </w:p>
    <w:p>
      <w:pPr>
        <w:spacing w:line="240" w:lineRule="auto"/>
      </w:pPr>
      <w:r>
        <w:rPr>
          <w:rFonts w:ascii="Times New Roman" w:hAnsi="Times New Roman" w:eastAsia="Times New Roman" w:cs="Times New Roman"/>
          <w:b/>
          <w:sz w:val="24"/>
        </w:rPr>
        <w:t>II. THE EVENT</w:t>
      </w:r>
      <w:r>
        <w:rPr>
          <w:rFonts w:ascii="Times New Roman" w:hAnsi="Times New Roman" w:eastAsia="Times New Roman" w:cs="Times New Roman"/>
          <w:sz w:val="24"/>
        </w:rPr>
        <w:t>. The Disc Jockey agrees to perform their services at the following time and place:</w:t>
      </w:r>
    </w:p>
    <w:p>
      <w:pPr>
        <w:spacing w:line="240" w:lineRule="auto"/>
      </w:pPr>
      <w:r>
        <w:rPr>
          <w:rFonts w:ascii="Times New Roman" w:hAnsi="Times New Roman" w:eastAsia="Times New Roman" w:cs="Times New Roman"/>
          <w:sz w:val="24"/>
        </w:rPr>
        <w:t>Venue: ________________________</w:t>
      </w:r>
    </w:p>
    <w:p>
      <w:pPr>
        <w:spacing w:line="240" w:lineRule="auto"/>
      </w:pPr>
      <w:r>
        <w:rPr>
          <w:rFonts w:ascii="Times New Roman" w:hAnsi="Times New Roman" w:eastAsia="Times New Roman" w:cs="Times New Roman"/>
          <w:sz w:val="24"/>
        </w:rPr>
        <w:t>Venue Address: ________________________________________________________</w:t>
      </w:r>
    </w:p>
    <w:p>
      <w:pPr>
        <w:spacing w:line="240" w:lineRule="auto"/>
      </w:pPr>
      <w:r>
        <w:rPr>
          <w:rFonts w:ascii="Times New Roman" w:hAnsi="Times New Roman" w:eastAsia="Times New Roman" w:cs="Times New Roman"/>
          <w:sz w:val="24"/>
        </w:rPr>
        <w:t xml:space="preserve">Event Date: ____________________, 20____ Time: ____:____ </w:t>
      </w:r>
      <w:r>
        <w:rPr>
          <w:rFonts w:ascii="Times New Roman" w:hAnsi="Times New Roman" w:eastAsia="Times New Roman" w:cs="Times New Roman"/>
          <w:sz w:val="24"/>
        </w:rPr>
        <w:t>☐</w:t>
      </w:r>
      <w:r>
        <w:rPr>
          <w:rFonts w:ascii="Times New Roman" w:hAnsi="Times New Roman" w:eastAsia="Times New Roman" w:cs="Times New Roman"/>
          <w:sz w:val="24"/>
        </w:rPr>
        <w:t xml:space="preserve"> A.M. </w:t>
      </w:r>
      <w:r>
        <w:rPr>
          <w:rFonts w:ascii="Times New Roman" w:hAnsi="Times New Roman" w:eastAsia="Times New Roman" w:cs="Times New Roman"/>
          <w:sz w:val="24"/>
        </w:rPr>
        <w:t>☐</w:t>
      </w:r>
      <w:r>
        <w:rPr>
          <w:rFonts w:ascii="Times New Roman" w:hAnsi="Times New Roman" w:eastAsia="Times New Roman" w:cs="Times New Roman"/>
          <w:sz w:val="24"/>
        </w:rPr>
        <w:t xml:space="preserve"> P.M.</w:t>
      </w:r>
    </w:p>
    <w:p>
      <w:pPr>
        <w:spacing w:line="240" w:lineRule="auto"/>
      </w:pPr>
      <w:r>
        <w:rPr>
          <w:rFonts w:ascii="Times New Roman" w:hAnsi="Times New Roman" w:eastAsia="Times New Roman" w:cs="Times New Roman"/>
          <w:sz w:val="24"/>
        </w:rPr>
        <w:t>Minimum Required Time: ____ Hour(s)</w:t>
      </w:r>
    </w:p>
    <w:p>
      <w:pPr>
        <w:spacing w:line="240" w:lineRule="auto"/>
      </w:pPr>
      <w:r>
        <w:rPr>
          <w:rFonts w:ascii="Times New Roman" w:hAnsi="Times New Roman" w:eastAsia="Times New Roman" w:cs="Times New Roman"/>
          <w:sz w:val="24"/>
        </w:rPr>
        <w:t>The aforementioned event details shall be known as the “Event.”</w:t>
      </w:r>
    </w:p>
    <w:p>
      <w:pPr>
        <w:spacing w:line="240" w:lineRule="auto"/>
      </w:pPr>
      <w:r>
        <w:rPr>
          <w:rFonts w:ascii="Times New Roman" w:hAnsi="Times New Roman" w:eastAsia="Times New Roman" w:cs="Times New Roman"/>
          <w:b/>
          <w:sz w:val="24"/>
        </w:rPr>
        <w:t>III. PAYMENT</w:t>
      </w:r>
      <w:r>
        <w:rPr>
          <w:rFonts w:ascii="Times New Roman" w:hAnsi="Times New Roman" w:eastAsia="Times New Roman" w:cs="Times New Roman"/>
          <w:sz w:val="24"/>
        </w:rPr>
        <w:t>.</w:t>
      </w:r>
      <w:r>
        <w:rPr>
          <w:rFonts w:ascii="Times New Roman" w:hAnsi="Times New Roman" w:eastAsia="Times New Roman" w:cs="Times New Roman"/>
          <w:sz w:val="24"/>
        </w:rPr>
        <w:t xml:space="preserve"> The Parties agree to the following Payment and Terms:</w:t>
      </w:r>
    </w:p>
    <w:p>
      <w:pPr>
        <w:spacing w:line="240" w:lineRule="auto"/>
      </w:pPr>
      <w:r>
        <w:rPr>
          <w:rFonts w:ascii="Times New Roman" w:hAnsi="Times New Roman" w:eastAsia="Times New Roman" w:cs="Times New Roman"/>
          <w:sz w:val="24"/>
        </w:rPr>
        <w:t>Total Fee ($) for Services: $________________________</w:t>
      </w:r>
    </w:p>
    <w:p>
      <w:pPr>
        <w:spacing w:line="240" w:lineRule="auto"/>
      </w:pPr>
      <w:r>
        <w:rPr>
          <w:rFonts w:ascii="Times New Roman" w:hAnsi="Times New Roman" w:eastAsia="Times New Roman" w:cs="Times New Roman"/>
          <w:sz w:val="24"/>
        </w:rPr>
        <w:t>Non-Refundable Deposit: $________________________</w:t>
      </w:r>
    </w:p>
    <w:p>
      <w:pPr>
        <w:spacing w:line="240" w:lineRule="auto"/>
      </w:pPr>
      <w:r>
        <w:rPr>
          <w:rFonts w:ascii="Times New Roman" w:hAnsi="Times New Roman" w:eastAsia="Times New Roman" w:cs="Times New Roman"/>
          <w:sz w:val="24"/>
        </w:rPr>
        <w:t>Balance Due on Date of Event: $________________________</w:t>
      </w:r>
    </w:p>
    <w:p>
      <w:pPr>
        <w:spacing w:line="240" w:lineRule="auto"/>
      </w:pPr>
      <w:r>
        <w:rPr>
          <w:rFonts w:ascii="Times New Roman" w:hAnsi="Times New Roman" w:eastAsia="Times New Roman" w:cs="Times New Roman"/>
          <w:sz w:val="24"/>
        </w:rPr>
        <w:t>In the event the Event goes beyond the time stated above, Client shall pay the Disc Jockey a rate of $______ per hour for each hour the Event goes beyond the time stated above. Partial hours shall be pro-rated.</w:t>
      </w:r>
    </w:p>
    <w:p>
      <w:pPr>
        <w:spacing w:line="240" w:lineRule="auto"/>
      </w:pPr>
      <w:r>
        <w:rPr>
          <w:rFonts w:ascii="Times New Roman" w:hAnsi="Times New Roman" w:eastAsia="Times New Roman" w:cs="Times New Roman"/>
          <w:b/>
          <w:sz w:val="24"/>
        </w:rPr>
        <w:t>IV. DUTIES OF CLIENT</w:t>
      </w:r>
      <w:r>
        <w:rPr>
          <w:rFonts w:ascii="Times New Roman" w:hAnsi="Times New Roman" w:eastAsia="Times New Roman" w:cs="Times New Roman"/>
          <w:sz w:val="24"/>
        </w:rPr>
        <w:t>.</w:t>
      </w:r>
      <w:r>
        <w:rPr>
          <w:rFonts w:ascii="Times New Roman" w:hAnsi="Times New Roman" w:eastAsia="Times New Roman" w:cs="Times New Roman"/>
          <w:sz w:val="24"/>
        </w:rPr>
        <w:t xml:space="preserve"> The Disc Jockey requires that the Client provide electrical and space requirements in accordance with the Disc Jockey’s requests. </w:t>
      </w:r>
      <w:r>
        <w:rPr>
          <w:rFonts w:ascii="Times New Roman" w:hAnsi="Times New Roman" w:eastAsia="Times New Roman" w:cs="Times New Roman"/>
          <w:sz w:val="24"/>
        </w:rPr>
        <w:t xml:space="preserve">All requests made by the Disc Jockey shall be reasonable and made within </w:t>
      </w:r>
      <w:r>
        <w:rPr>
          <w:rFonts w:ascii="Times New Roman" w:hAnsi="Times New Roman" w:eastAsia="Times New Roman" w:cs="Times New Roman"/>
          <w:sz w:val="24"/>
        </w:rPr>
        <w:t xml:space="preserve">____ day(s) </w:t>
      </w:r>
      <w:r>
        <w:rPr>
          <w:rFonts w:ascii="Times New Roman" w:hAnsi="Times New Roman" w:eastAsia="Times New Roman" w:cs="Times New Roman"/>
          <w:sz w:val="24"/>
        </w:rPr>
        <w:t>of the Event.</w:t>
      </w:r>
    </w:p>
    <w:p>
      <w:pPr>
        <w:spacing w:line="240" w:lineRule="auto"/>
      </w:pPr>
      <w:r>
        <w:rPr>
          <w:rFonts w:ascii="Times New Roman" w:hAnsi="Times New Roman" w:eastAsia="Times New Roman" w:cs="Times New Roman"/>
          <w:b/>
          <w:sz w:val="24"/>
        </w:rPr>
        <w:t>V. TERMINATION</w:t>
      </w:r>
      <w:r>
        <w:rPr>
          <w:rFonts w:ascii="Times New Roman" w:hAnsi="Times New Roman" w:eastAsia="Times New Roman" w:cs="Times New Roman"/>
          <w:sz w:val="24"/>
        </w:rPr>
        <w:t>. The Parties shall have the right to terminate this Agreement in accordance with the following terms and conditions:</w:t>
      </w:r>
    </w:p>
    <w:p>
      <w:pPr>
        <w:spacing w:line="240" w:lineRule="auto"/>
      </w:pPr>
      <w:r>
        <w:rPr>
          <w:rFonts w:ascii="Times New Roman" w:hAnsi="Times New Roman" w:eastAsia="Times New Roman" w:cs="Times New Roman"/>
          <w:b/>
          <w:sz w:val="24"/>
        </w:rPr>
        <w:t>a.) Termination by Client</w:t>
      </w:r>
      <w:r>
        <w:rPr>
          <w:rFonts w:ascii="Times New Roman" w:hAnsi="Times New Roman" w:eastAsia="Times New Roman" w:cs="Times New Roman"/>
          <w:sz w:val="24"/>
        </w:rPr>
        <w:t xml:space="preserve">. The Client may terminate this Agreement at any time prior to the event by providing at least ____ day(s) notice. Upon termination, Client shall be entitled to a refund of any monies paid less the Non-Refundable Deposit. </w:t>
      </w:r>
    </w:p>
    <w:p>
      <w:pPr>
        <w:spacing w:line="240" w:lineRule="auto"/>
      </w:pPr>
      <w:r>
        <w:rPr>
          <w:rFonts w:ascii="Times New Roman" w:hAnsi="Times New Roman" w:eastAsia="Times New Roman" w:cs="Times New Roman"/>
          <w:b/>
          <w:sz w:val="24"/>
        </w:rPr>
        <w:t>b.) Termination by Disc Jockey</w:t>
      </w:r>
      <w:r>
        <w:rPr>
          <w:rFonts w:ascii="Times New Roman" w:hAnsi="Times New Roman" w:eastAsia="Times New Roman" w:cs="Times New Roman"/>
          <w:sz w:val="24"/>
        </w:rPr>
        <w:t>. The Disc Jockey may terminate this Agreement at any time prior to the event by providing at least ____ day(s) notice. If the Disc Jockey terminates, it must provide a suitable replacement disc jockey, subject to Client’s approval, which shall be obtained in writing. Alternatively, the Disc Jockey shall refund all monies previously paid by Client, including the Non-Refundable Deposit.</w:t>
      </w:r>
    </w:p>
    <w:p>
      <w:pPr>
        <w:spacing w:line="240" w:lineRule="auto"/>
      </w:pPr>
      <w:r>
        <w:rPr>
          <w:rFonts w:ascii="Times New Roman" w:hAnsi="Times New Roman" w:eastAsia="Times New Roman" w:cs="Times New Roman"/>
          <w:b/>
          <w:sz w:val="24"/>
        </w:rPr>
        <w:t>VI. DISPUTES</w:t>
      </w:r>
      <w:r>
        <w:rPr>
          <w:rFonts w:ascii="Times New Roman" w:hAnsi="Times New Roman" w:eastAsia="Times New Roman" w:cs="Times New Roman"/>
          <w:sz w:val="24"/>
        </w:rPr>
        <w:t xml:space="preserve">. </w:t>
      </w:r>
      <w:r>
        <w:rPr>
          <w:rFonts w:ascii="Times New Roman" w:hAnsi="Times New Roman" w:eastAsia="Times New Roman" w:cs="Times New Roman"/>
          <w:sz w:val="24"/>
        </w:rPr>
        <w:t>In the event of a dispute arising out of this Contract that cannot be resolved by mutual agreement, the Parties agree to engage in mediation. If the matter cannot be resolved through mediation, and legal action ensues, the successful party will be entitled to their legal costs including, but not limited to, its attorneys’ fees.</w:t>
      </w:r>
    </w:p>
    <w:p>
      <w:pPr>
        <w:spacing w:line="240" w:lineRule="auto"/>
      </w:pPr>
      <w:r>
        <w:rPr>
          <w:rFonts w:ascii="Times New Roman" w:hAnsi="Times New Roman" w:eastAsia="Times New Roman" w:cs="Times New Roman"/>
          <w:b/>
          <w:sz w:val="24"/>
        </w:rPr>
        <w:t>VII. SEVERABILITY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the event any provision of this Agreement is deemed invalid or unenforceable, in whole or in part, that part shall be severed from the remainder of the Agreement and all other provisions should continue in full force and effect as valid and enforceable. </w:t>
      </w:r>
    </w:p>
    <w:p>
      <w:pPr>
        <w:spacing w:line="240" w:lineRule="auto"/>
      </w:pPr>
      <w:r>
        <w:rPr>
          <w:rFonts w:ascii="Times New Roman" w:hAnsi="Times New Roman" w:eastAsia="Times New Roman" w:cs="Times New Roman"/>
          <w:b/>
          <w:sz w:val="24"/>
        </w:rPr>
        <w:t>VIII. BINDING ARRANGEMENT</w:t>
      </w:r>
      <w:r>
        <w:rPr>
          <w:rFonts w:ascii="Times New Roman" w:hAnsi="Times New Roman" w:eastAsia="Times New Roman" w:cs="Times New Roman"/>
          <w:sz w:val="24"/>
        </w:rPr>
        <w:t>. T</w:t>
      </w:r>
      <w:r>
        <w:rPr>
          <w:rFonts w:ascii="Times New Roman" w:hAnsi="Times New Roman" w:eastAsia="Times New Roman" w:cs="Times New Roman"/>
          <w:sz w:val="24"/>
        </w:rPr>
        <w:t>his Agreement is legal and binding between the Parties as stated above. This Agreement may be entered into and is legal and binding both in the United States and throughout Europe. The Parties each represent that they have the authority to enter into this Agreement.</w:t>
      </w:r>
    </w:p>
    <w:p>
      <w:pPr>
        <w:spacing w:line="240" w:lineRule="auto"/>
      </w:pPr>
      <w:r>
        <w:rPr>
          <w:rFonts w:ascii="Times New Roman" w:hAnsi="Times New Roman" w:eastAsia="Times New Roman" w:cs="Times New Roman"/>
          <w:b/>
          <w:sz w:val="24"/>
        </w:rPr>
        <w:t>IX. GOVERNING LAW</w:t>
      </w:r>
      <w:r>
        <w:rPr>
          <w:rFonts w:ascii="Times New Roman" w:hAnsi="Times New Roman" w:eastAsia="Times New Roman" w:cs="Times New Roman"/>
          <w:sz w:val="24"/>
        </w:rPr>
        <w:t xml:space="preserve">. </w:t>
      </w:r>
      <w:r>
        <w:rPr>
          <w:rFonts w:ascii="Times New Roman" w:hAnsi="Times New Roman" w:eastAsia="Times New Roman" w:cs="Times New Roman"/>
          <w:sz w:val="24"/>
        </w:rPr>
        <w:t>The Parties agree that this Agreement shall be governed by the laws located in the State of ________________________.</w:t>
      </w:r>
    </w:p>
    <w:p>
      <w:pPr>
        <w:spacing w:line="240" w:lineRule="auto"/>
      </w:pPr>
      <w:r>
        <w:rPr>
          <w:rFonts w:ascii="Times New Roman" w:hAnsi="Times New Roman" w:eastAsia="Times New Roman" w:cs="Times New Roman"/>
          <w:b/>
          <w:sz w:val="24"/>
        </w:rPr>
        <w:t>X. Additional Terms &amp; Conditions</w:t>
      </w:r>
      <w:r>
        <w:rPr>
          <w:rFonts w:ascii="Times New Roman" w:hAnsi="Times New Roman" w:eastAsia="Times New Roman" w:cs="Times New Roman"/>
          <w:sz w:val="24"/>
        </w:rPr>
        <w:t>. ________________________________________</w:t>
      </w:r>
    </w:p>
    <w:p>
      <w:pPr>
        <w:spacing w:line="240" w:lineRule="auto"/>
      </w:pPr>
      <w:r>
        <w:rPr>
          <w:rFonts w:ascii="Times New Roman" w:hAnsi="Times New Roman" w:eastAsia="Times New Roman" w:cs="Times New Roman"/>
          <w:sz w:val="24"/>
        </w:rPr>
        <w:t>______________________________________________________________________</w:t>
      </w:r>
    </w:p>
    <w:p>
      <w:pPr>
        <w:spacing w:line="240" w:lineRule="auto"/>
      </w:pPr>
      <w:r>
        <w:rPr>
          <w:rFonts w:ascii="Times New Roman" w:hAnsi="Times New Roman" w:eastAsia="Times New Roman" w:cs="Times New Roman"/>
          <w:b/>
          <w:sz w:val="24"/>
        </w:rPr>
        <w:t>XI. ENTIRE AGREEMENT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Parties acknowledge and agree that this Agreement represents the entire agreement between the Parties. In the event that the Parties desire to change, add, or otherwise modify any terms, they shall do so in writing to be signed by both parties.</w:t>
      </w:r>
    </w:p>
    <w:p>
      <w:pPr>
        <w:spacing w:line="240" w:lineRule="auto"/>
      </w:pPr>
      <w:r>
        <w:rPr>
          <w:rFonts w:ascii="Times New Roman" w:hAnsi="Times New Roman" w:eastAsia="Times New Roman" w:cs="Times New Roman"/>
          <w:sz w:val="24"/>
        </w:rPr>
        <w:t>The Parties agree to the terms and conditions set forth above as demonstrated by their signatures as follows:</w:t>
      </w:r>
    </w:p>
    <w:p>
      <w:pPr>
        <w:spacing w:line="240" w:lineRule="auto"/>
      </w:pPr>
    </w:p>
    <w:p>
      <w:pPr>
        <w:spacing w:line="240" w:lineRule="auto"/>
      </w:pPr>
      <w:r>
        <w:rPr>
          <w:rFonts w:ascii="Times New Roman" w:hAnsi="Times New Roman" w:eastAsia="Times New Roman" w:cs="Times New Roman"/>
          <w:b/>
          <w:sz w:val="24"/>
        </w:rPr>
        <w:t>CLIENT SIGNATURE</w:t>
      </w:r>
      <w:r>
        <w:rPr>
          <w:rFonts w:ascii="Times New Roman" w:hAnsi="Times New Roman" w:eastAsia="Times New Roman" w:cs="Times New Roman"/>
          <w:sz w:val="24"/>
        </w:rPr>
        <w:t xml:space="preserve"> ________________________</w:t>
      </w:r>
      <w:r>
        <w:rPr>
          <w:rFonts w:ascii="Times New Roman" w:hAnsi="Times New Roman" w:eastAsia="Times New Roman" w:cs="Times New Roman"/>
          <w:sz w:val="24"/>
        </w:rPr>
        <w:t xml:space="preserve"> DATE ______________</w:t>
      </w:r>
    </w:p>
    <w:p>
      <w:pPr>
        <w:spacing w:line="240" w:lineRule="auto"/>
      </w:pPr>
      <w:r>
        <w:rPr>
          <w:rFonts w:ascii="Times New Roman" w:hAnsi="Times New Roman" w:eastAsia="Times New Roman" w:cs="Times New Roman"/>
          <w:sz w:val="24"/>
        </w:rPr>
        <w:t>PRINT NAME ________________________</w:t>
      </w:r>
    </w:p>
    <w:p>
      <w:pPr>
        <w:spacing w:line="240" w:lineRule="auto"/>
      </w:pPr>
    </w:p>
    <w:p>
      <w:pPr>
        <w:spacing w:line="240" w:lineRule="auto"/>
      </w:pPr>
      <w:r>
        <w:rPr>
          <w:rFonts w:ascii="Times New Roman" w:hAnsi="Times New Roman" w:eastAsia="Times New Roman" w:cs="Times New Roman"/>
          <w:b/>
          <w:sz w:val="24"/>
        </w:rPr>
        <w:t>DISC JOCKEY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spacing w:line="240" w:lineRule="auto"/>
      </w:pPr>
      <w:r>
        <w:rPr>
          <w:rFonts w:ascii="Times New Roman" w:hAnsi="Times New Roman" w:eastAsia="Times New Roman" w:cs="Times New Roman"/>
          <w:sz w:val="24"/>
        </w:rPr>
        <w:t>PRINT NAME ________________________</w:t>
      </w:r>
    </w:p>
    <w:p>
      <w:pPr>
        <w:spacing w:before="0" w:after="160" w:line="240" w:lineRule="auto"/>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