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Disclaimer of Coverage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[METHOD OF DELIVERY]</w:t>
      </w:r>
    </w:p>
    <w:p>
      <w:pPr>
        <w:keepNext w:val="0"/>
        <w:spacing w:before="200" w:after="0" w:line="260" w:lineRule="exact"/>
        <w:ind w:left="360" w:right="0" w:firstLine="0"/>
        <w:jc w:val="both"/>
      </w:pPr>
      <w:r>
        <w:rPr>
          <w:rFonts w:ascii="Times New Roman" w:hAnsi="Times New Roman" w:eastAsia="Times New Roman" w:cs="Times New Roman"/>
          <w:b w:val="0"/>
          <w:sz w:val="24"/>
        </w:rPr>
        <w:t>[APPLICANT OR APPLICANT REPRESENTATIVE’S ADDRESS OF RECORD]</w:t>
      </w:r>
    </w:p>
    <w:p>
      <w:pPr>
        <w:keepNext w:val="0"/>
        <w:spacing w:before="200" w:after="0" w:line="260" w:lineRule="exact"/>
        <w:ind w:left="360" w:right="0" w:firstLine="0"/>
        <w:jc w:val="both"/>
      </w:pPr>
      <w:r>
        <w:rPr>
          <w:rFonts w:ascii="Times New Roman" w:hAnsi="Times New Roman" w:eastAsia="Times New Roman" w:cs="Times New Roman"/>
          <w:b w:val="0"/>
          <w:sz w:val="24"/>
        </w:rPr>
        <w:t>[POLICYHOLDER OR POLICYHOLDER REPRESENTATIVE’S ADDRESS OF RECORD]</w:t>
      </w:r>
    </w:p>
    <w:p>
      <w:pPr>
        <w:keepNext w:val="0"/>
        <w:spacing w:before="200" w:after="0" w:line="260" w:lineRule="exact"/>
        <w:ind w:left="360" w:right="0" w:firstLine="0"/>
        <w:jc w:val="both"/>
      </w:pPr>
      <w:r>
        <w:rPr>
          <w:rFonts w:ascii="Times New Roman" w:hAnsi="Times New Roman" w:eastAsia="Times New Roman" w:cs="Times New Roman"/>
          <w:b w:val="0"/>
          <w:sz w:val="24"/>
        </w:rPr>
        <w:t>[Insurance Company Policy Number]</w:t>
      </w:r>
    </w:p>
    <w:p>
      <w:pPr>
        <w:keepNext w:val="0"/>
        <w:spacing w:before="200" w:after="0" w:line="260" w:lineRule="exact"/>
        <w:ind w:left="360" w:right="0" w:firstLine="0"/>
        <w:jc w:val="both"/>
      </w:pPr>
      <w:r>
        <w:rPr>
          <w:rFonts w:ascii="Times New Roman" w:hAnsi="Times New Roman" w:eastAsia="Times New Roman" w:cs="Times New Roman"/>
          <w:b w:val="0"/>
          <w:sz w:val="24"/>
        </w:rPr>
        <w:t>[Insurance Company Claim Number]</w:t>
      </w:r>
    </w:p>
    <w:p>
      <w:pPr>
        <w:keepNext w:val="0"/>
        <w:spacing w:before="200" w:after="0" w:line="260" w:lineRule="exact"/>
        <w:ind w:left="360" w:right="0" w:firstLine="0"/>
        <w:jc w:val="both"/>
      </w:pPr>
      <w:r>
        <w:rPr>
          <w:rFonts w:ascii="Times New Roman" w:hAnsi="Times New Roman" w:eastAsia="Times New Roman" w:cs="Times New Roman"/>
          <w:b w:val="0"/>
          <w:sz w:val="24"/>
        </w:rPr>
        <w:t>[Named Insured]</w:t>
      </w:r>
    </w:p>
    <w:p>
      <w:pPr>
        <w:keepNext w:val="0"/>
        <w:spacing w:before="200" w:after="0" w:line="260" w:lineRule="exact"/>
        <w:ind w:left="360" w:right="0" w:firstLine="0"/>
        <w:jc w:val="both"/>
      </w:pPr>
      <w:r>
        <w:rPr>
          <w:rFonts w:ascii="Times New Roman" w:hAnsi="Times New Roman" w:eastAsia="Times New Roman" w:cs="Times New Roman"/>
          <w:b w:val="0"/>
          <w:sz w:val="24"/>
        </w:rPr>
        <w:t>[Claimant Name]</w:t>
      </w:r>
    </w:p>
    <w:p>
      <w:pPr>
        <w:keepNext w:val="0"/>
        <w:spacing w:before="200" w:after="0" w:line="260" w:lineRule="exact"/>
        <w:ind w:left="360" w:right="0" w:firstLine="0"/>
        <w:jc w:val="both"/>
      </w:pPr>
      <w:r>
        <w:rPr>
          <w:rFonts w:ascii="Times New Roman" w:hAnsi="Times New Roman" w:eastAsia="Times New Roman" w:cs="Times New Roman"/>
          <w:b w:val="0"/>
          <w:sz w:val="24"/>
        </w:rPr>
        <w:t>[Date of Loss]</w:t>
      </w:r>
    </w:p>
    <w:p>
      <w:pPr>
        <w:keepNext w:val="0"/>
        <w:spacing w:before="200" w:after="0" w:line="260" w:lineRule="exact"/>
        <w:ind w:left="360" w:right="0" w:firstLine="0"/>
        <w:jc w:val="both"/>
      </w:pPr>
      <w:r>
        <w:rPr>
          <w:rFonts w:ascii="Times New Roman" w:hAnsi="Times New Roman" w:eastAsia="Times New Roman" w:cs="Times New Roman"/>
          <w:b w:val="0"/>
          <w:sz w:val="24"/>
        </w:rPr>
        <w:t>Dear [Policyholder or Policyholder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[Insurance Company] acknowledges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from [claimant that submitted the claim] on [date] advising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was filed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bodily injury allegedly sustained on the business premises identified on the insurance policy identified above which was occupied and operated by [Policyholder Name]. Further to our telephone discussion on [date], the purpose of this letter is to confirm that [Insurance Company] is disclaiming coverage under the policy with regard to this claim.</w:t>
      </w:r>
    </w:p>
    <w:p>
      <w:pPr>
        <w:keepNext w:val="0"/>
        <w:spacing w:before="120" w:after="0" w:line="260" w:lineRule="exact"/>
        <w:ind w:left="360" w:right="0" w:firstLine="0"/>
        <w:jc w:val="left"/>
      </w:pPr>
      <w:r>
        <w:rPr>
          <w:rFonts w:ascii="Times New Roman" w:hAnsi="Times New Roman" w:eastAsia="Times New Roman" w:cs="Times New Roman"/>
          <w:b/>
          <w:sz w:val="24"/>
        </w:rPr>
        <w:t>Factual Narrative / Summary of Allegations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our understanding that [briefly discuss factual elements of the claim in narrative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claim was presented by [claimant] on [date] in the amount of [$XXX] for [summary of damages].</w:t>
      </w:r>
    </w:p>
    <w:p>
      <w:pPr>
        <w:keepNext w:val="0"/>
        <w:spacing w:before="120" w:after="0" w:line="260" w:lineRule="exact"/>
        <w:ind w:left="360" w:right="0" w:firstLine="0"/>
        <w:jc w:val="left"/>
      </w:pPr>
      <w:r>
        <w:rPr>
          <w:rFonts w:ascii="Times New Roman" w:hAnsi="Times New Roman" w:eastAsia="Times New Roman" w:cs="Times New Roman"/>
          <w:b/>
          <w:sz w:val="24"/>
        </w:rPr>
        <w:t>The [Insurance Company] Insurance Policy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[Insurance Company] Policy number [XXXXXX]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 General Liability insurance (CGL) policy. We have reviewed the CGL policy number [XXXXXX] issued to you on [date] and the notice of claim that you received from [claimant] on [date] and that you tendered to us on [date]. Based upon that review, it is [Insurance Company]’s position that the claim was [untimely or otherwise improperly reported to [Insurance Company] pursuant to the duties of the insured specified in the policy]. Accordingly, [Insurance Company] is disclaiming coverage under the policy. Specifically, your policy states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Duties in the Event of Occurrence, Offense, Claim or Suit.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You must see to it that we are notified as soon as practicable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“occurrence”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offense which may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To the extent possible, notice should include: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How, when and where the “occurrence” or offense took place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names and addresses of any injured persons and witnesses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nature and location of any injury or damage arising out of the “occurrence” or offense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is made or “suit” is brought against any insured, you must: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Immediately record the specifics of the claim or “suit” and the date received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Notify us soon as practicable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You must see to it that we receive written notice of the claim or “suit” as soon as practicable. You and any other involved insured must: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Immediately send us copies of any demands, notices, summonses or legal papers received in connection with the claim or “suit”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us to obtain records and other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Cooperate with us in the investigation or settlement of the claim or defense against the “suit”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Assist us, upon our request, in the enforcement of any right against any person or organization which may be liable to the insured because of the injury or damage to which this insurance may also apply.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insured will, except at that insured’s own cost, voluntarily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assume any obligation, or incur any expense, other than for first aid, without our consent.</w:t>
      </w:r>
    </w:p>
    <w:p>
      <w:pPr>
        <w:keepNext w:val="0"/>
        <w:spacing w:before="120" w:after="0" w:line="260" w:lineRule="exact"/>
        <w:ind w:left="360" w:right="0" w:firstLine="0"/>
        <w:jc w:val="left"/>
      </w:pPr>
      <w:r>
        <w:rPr>
          <w:rFonts w:ascii="Times New Roman" w:hAnsi="Times New Roman" w:eastAsia="Times New Roman" w:cs="Times New Roman"/>
          <w:b/>
          <w:sz w:val="24"/>
        </w:rPr>
        <w:t>Linking the Facts to the Policy Language</w:t>
      </w:r>
    </w:p>
    <w:p>
      <w:pPr>
        <w:keepNext w:val="0"/>
        <w:spacing w:before="200" w:after="0" w:line="260" w:lineRule="exact"/>
        <w:ind w:left="720" w:right="0" w:firstLine="0"/>
        <w:jc w:val="both"/>
      </w:pPr>
      <w:r>
        <w:rPr>
          <w:rFonts w:ascii="Times New Roman" w:hAnsi="Times New Roman" w:eastAsia="Times New Roman" w:cs="Times New Roman"/>
          <w:b w:val="0"/>
          <w:sz w:val="24"/>
        </w:rPr>
        <w:t>Based on the information we have at this time, the claim occurred on [date] but we were not notified it until [date]. The delay prejudiced our ability to timely investigate the claim and breached the policy condition of reporting the claim to us as soon as practicable.</w:t>
      </w:r>
    </w:p>
    <w:p>
      <w:pPr>
        <w:keepNext w:val="0"/>
        <w:spacing w:before="120" w:after="0" w:line="260" w:lineRule="exact"/>
        <w:ind w:left="360" w:right="0" w:firstLine="0"/>
        <w:jc w:val="left"/>
      </w:pPr>
      <w:r>
        <w:rPr>
          <w:rFonts w:ascii="Times New Roman" w:hAnsi="Times New Roman" w:eastAsia="Times New Roman" w:cs="Times New Roman"/>
          <w:b/>
          <w:sz w:val="24"/>
        </w:rPr>
        <w:t>General Reservation and Non-Waiver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letter is based on the investigation conducted to date and the information we have at this time and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exhaustive listing of all of the terms, conditions, exclusions or limitations of the insurance policies that might bar or limit [Insurance Company]’s obligations in this matter. There may be other facts and circumstances, as well as other policy provisions, which would further serve to relieve [Insurance Company] of any duty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or indemnity. Therefore, please be advised that this correspondence should not be deemed or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of the rights and defenses available to [Insurance Company], including but not limited to those rights and defenses provided under the policy of insurance, or at law.</w:t>
      </w:r>
    </w:p>
    <w:p>
      <w:pPr>
        <w:keepNext w:val="0"/>
        <w:spacing w:before="120" w:after="0" w:line="260" w:lineRule="exact"/>
        <w:ind w:left="360" w:right="0" w:firstLine="0"/>
        <w:jc w:val="left"/>
      </w:pPr>
      <w:r>
        <w:rPr>
          <w:rFonts w:ascii="Times New Roman" w:hAnsi="Times New Roman" w:eastAsia="Times New Roman" w:cs="Times New Roman"/>
          <w:b/>
          <w:sz w:val="24"/>
        </w:rPr>
        <w:t>Closing Paragraph</w:t>
      </w:r>
    </w:p>
    <w:p>
      <w:pPr>
        <w:keepNext w:val="0"/>
        <w:spacing w:before="200" w:after="0" w:line="260" w:lineRule="exact"/>
        <w:ind w:left="720" w:right="0" w:firstLine="0"/>
        <w:jc w:val="both"/>
      </w:pPr>
      <w:r>
        <w:rPr>
          <w:rFonts w:ascii="Times New Roman" w:hAnsi="Times New Roman" w:eastAsia="Times New Roman" w:cs="Times New Roman"/>
          <w:b w:val="0"/>
          <w:sz w:val="24"/>
        </w:rPr>
        <w:t>Should you disagree with our coverage determination or wish to discuss this matter in additional detail, please do not hesitate to contact [contact information for author of coverage disclaimer].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[Insurance Company]</w:t>
      </w:r>
    </w:p>
    <w:p>
      <w:pPr>
        <w:keepNext w:val="0"/>
        <w:spacing w:before="120" w:after="0" w:line="260" w:lineRule="exact"/>
        <w:ind w:left="360" w:right="0" w:firstLine="0"/>
        <w:jc w:val="left"/>
      </w:pPr>
      <w:r>
        <w:rPr>
          <w:rFonts w:ascii="Times New Roman" w:hAnsi="Times New Roman" w:eastAsia="Times New Roman" w:cs="Times New Roman"/>
          <w:b w:val="0"/>
          <w:sz w:val="24"/>
        </w:rPr>
        <w:t>Cc: [Insurance Agency]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