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Discovery Deficiency Letter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counsel for responding party]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counsel]</w:t>
      </w:r>
    </w:p>
    <w:p>
      <w:pPr>
        <w:keepNext w:val="0"/>
        <w:spacing w:before="200" w:after="0" w:line="260" w:lineRule="exact"/>
        <w:ind w:left="360" w:right="0" w:firstLine="0"/>
        <w:jc w:val="both"/>
      </w:pPr>
      <w:r>
        <w:rPr>
          <w:rFonts w:ascii="Times New Roman" w:hAnsi="Times New Roman" w:eastAsia="Times New Roman" w:cs="Times New Roman"/>
          <w:b w:val="0"/>
          <w:sz w:val="24"/>
        </w:rPr>
        <w:t>Re: Request to Confer regarding [responding party name]'s Responses to [identify type of discovery and set number (e.g., (requesting party designation and name)'s First Set of Requests for Production of Documents and Second Set of Interrogatories)]</w:t>
      </w:r>
    </w:p>
    <w:p>
      <w:pPr>
        <w:keepNext w:val="0"/>
        <w:spacing w:before="200" w:after="0" w:line="260" w:lineRule="exact"/>
        <w:ind w:left="360" w:right="0" w:firstLine="0"/>
        <w:jc w:val="both"/>
      </w:pPr>
      <w:r>
        <w:rPr>
          <w:rFonts w:ascii="Times New Roman" w:hAnsi="Times New Roman" w:eastAsia="Times New Roman" w:cs="Times New Roman"/>
          <w:b w:val="0"/>
          <w:sz w:val="24"/>
        </w:rPr>
        <w:t>[Case name: name of plaintiff(s) v. name of defendant(s)], Case Number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Dear [Mr. or Ms.] [name of counsel for responding party]: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am writing to confer with you regarding [responding party name]'s responses to the following discovery: [identify type of discovery, set number, and date of service]. Those responses are dated [response date]. In this letter, I have identified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requests to which I believe your client's responses were incomplete or insufficient. I would welcome the opportunity to meet with you to discuss these and how we might resolve them.</w:t>
      </w:r>
    </w:p>
    <w:p>
      <w:pPr>
        <w:keepNext w:val="0"/>
        <w:spacing w:before="120" w:after="0" w:line="260" w:lineRule="exact"/>
        <w:ind w:left="36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Production of Documents.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Produced No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We have reviewed the copies of the documents that you provided in response to our request for production of documents. There do not appear to be any documents that are responsive to the following requests:</w:t>
      </w:r>
    </w:p>
    <w:p>
      <w:pPr>
        <w:keepNext w:val="0"/>
        <w:spacing w:before="120" w:after="0" w:line="260" w:lineRule="exact"/>
        <w:ind w:left="1080" w:right="0" w:firstLine="240"/>
        <w:jc w:val="left"/>
      </w:pPr>
      <w:r>
        <w:rPr>
          <w:rFonts w:ascii="Times New Roman" w:hAnsi="Times New Roman" w:eastAsia="Times New Roman" w:cs="Times New Roman"/>
          <w:b w:val="0"/>
          <w:sz w:val="24"/>
        </w:rPr>
        <w:t>[Identify each request by number and copy in their entirety the specific requests for which the responding party did not produce any responsive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believe that you did produce responsive documents, please identify those documents by Bates numbers (if Bates stamped), by title, or by other means that will enable us to readily locate them. If you contend that no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discovery response that complies with Conn. Practice Book §§ 13-10 and 13-15.</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name]'s Production Was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produced in response to the following requests appear to be incomplete, as detailed below:</w:t>
      </w:r>
    </w:p>
    <w:p>
      <w:pPr>
        <w:keepNext w:val="0"/>
        <w:spacing w:before="120" w:after="0" w:line="260" w:lineRule="exact"/>
        <w:ind w:left="1080" w:right="0" w:firstLine="240"/>
        <w:jc w:val="left"/>
      </w:pPr>
      <w:r>
        <w:rPr>
          <w:rFonts w:ascii="Times New Roman" w:hAnsi="Times New Roman" w:eastAsia="Times New Roman" w:cs="Times New Roman"/>
          <w:b w:val="0"/>
          <w:sz w:val="24"/>
        </w:rPr>
        <w:t>[Identify each request by number and copy each specific request for which the responding party's production appears to be incomplete and explain in detail why you believe it is incomplete.]</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production to provide copies of all the documents in your possession, custody, or control that are responsive to these requests. If you do not have any further responsive documents, please state that. If you contend that no additional responsive documents exist, please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amended discovery response that complies with Conn. Practice Book §§ 13-10 and 13-15.</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Which [responding party name] Refused to Produce Documents on the Basis of Privilege and/or Work Product Protection.</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Pursuant to Conn. Practice Book § 13-3(d), [requesting party designation, e.g., Plaintiff] [requesting party name] hereby requests that you provide, within 45 days of the service of this request,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privilege log listing all documents, materials, and other information that you have withheld or that you intend to withhold from your response to [identify discovery request, e.g., Plaintiff's First Set of Request for Production of Documents] on the basis of any privilege or work product protection. Your privilege log must include all information required by Conn. Practice Book § 13-3(d), so that [requesting party designation, e.g., Plaintiff] may determine the applicability of any asserted privileges or work product protection.</w:t>
      </w:r>
    </w:p>
    <w:p>
      <w:pPr>
        <w:keepNext w:val="0"/>
        <w:spacing w:before="120" w:after="0" w:line="260" w:lineRule="exact"/>
        <w:ind w:left="72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Redactions from Produced Documents.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[Responding party name] redacted some content in the following documents: [identify documents].</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provided [no /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incomplete] explanation as to the nature of the redactions or why the redacted information is not subject to discovery. Please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detailed explanation for each redaction or produce the documents in question in unredacted format.</w:t>
      </w:r>
    </w:p>
    <w:p>
      <w:pPr>
        <w:keepNext w:val="0"/>
        <w:spacing w:before="120" w:after="0" w:line="260" w:lineRule="exact"/>
        <w:ind w:left="72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Electronically Stored Information Was Not Produced in the Format Requested.</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In our request for production, we requested pursuant to Conn. Practice Book § 13-9(e) that certain types of electronically stored information (ESI) be provided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specified format, as follows: [specify type of ESI and format you requested]. However, the ESI that [responding party name] produced was not in that format and no objection or explanation was provided as to why it was not in that format. Please supplement [responding party name]'s response by producing ESI in the requested format. If producing the requested ESI in that format is not possible through reasonable efforts, please explain why and specify the formats in which you are able to produce the ESI so that we can try to select one that we are able to utilize.</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Documents Produced Were Not Organized to Correspond to the Categories in the Requests.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The documents that [responding party name] produced are not organized to correspond to the categories in the request. [Explain why organization of produced documents does not appear to comply with rule.] Because of the manner in which [responding party name] produced these documents, [requesting party name] is unable to ascertain which documents are responsive to which requests.</w:t>
      </w:r>
    </w:p>
    <w:p>
      <w:pPr>
        <w:keepNext w:val="0"/>
        <w:spacing w:before="200" w:after="0" w:line="260" w:lineRule="exact"/>
        <w:ind w:left="1080" w:right="0" w:firstLine="0"/>
        <w:jc w:val="both"/>
      </w:pPr>
      <w:r>
        <w:rPr>
          <w:rFonts w:ascii="Times New Roman" w:hAnsi="Times New Roman" w:eastAsia="Times New Roman" w:cs="Times New Roman"/>
          <w:b w:val="0"/>
          <w:sz w:val="24"/>
        </w:rPr>
        <w:t>Please supplement your response to label the documents produced to correspond to the categories in the request for production.</w:t>
      </w:r>
    </w:p>
    <w:p>
      <w:pPr>
        <w:keepNext w:val="0"/>
        <w:spacing w:before="120" w:after="0" w:line="260" w:lineRule="exact"/>
        <w:ind w:left="360" w:right="0" w:firstLine="0"/>
        <w:jc w:val="left"/>
      </w:pP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Answers to Interrogatories are Incomplete, Vague, and/or Nonresponsive.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answers to the interrogatories either failed to completely answer the questions posed, contained answers that were vague, and/or were not responsive, in full or in part, to the questions posed:</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interrogatory to which the responding party's answer was inadequate and explain in as much detail as possible why you think the response did not fully answer the inquiry.]</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interrogatories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the questions posed.</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Interrogatories for Which [responding party name] Refused to Answer on the Basis of Privilege or Other Objections.</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refused to answer certain interrogatories,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privilege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objection. We believe that the privilege asserted or objection raised is without merit in the following interrogatory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interrogatory to which the responding party's assertion of privilege or objection is not valid, and explain in as much detail as possible why you think the privilege does not apply or the objection is not valid; if the response failed to specify the objection or privilege or provide the factual or legal basis therefor, point that out.]</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interrogatories addressed. Otherwise, please supplement your responses to answer these interrogatories in full.</w:t>
      </w:r>
    </w:p>
    <w:p>
      <w:pPr>
        <w:keepNext w:val="0"/>
        <w:spacing w:before="120" w:after="0" w:line="260" w:lineRule="exact"/>
        <w:ind w:left="360" w:right="0" w:firstLine="0"/>
        <w:jc w:val="left"/>
      </w:pP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Requests for Admission.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Certain RFA Responses Are Incomplete.</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[responding party name]'s responses to our requests for admission fail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straightforward answer, unreasonably qualify the request, or fail to state that [responding party name]'s inability to respond is based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inquiry:</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RFA to which the responding party's answer was inadequate and explain in as much detail as possible why you think the response did not properly answer the request.]</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Please supplement your answers to these requests for admission to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answer to each request.</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RFAs to Which [responding party name] Objected.</w:t>
      </w:r>
      <w:r>
        <w:rPr>
          <w:rFonts w:ascii="Times New Roman" w:hAnsi="Times New Roman" w:eastAsia="Times New Roman" w:cs="Times New Roman"/>
          <w:b w:val="0"/>
          <w:sz w:val="24"/>
        </w:rPr>
        <w:t xml:space="preserve"> </w:t>
      </w:r>
    </w:p>
    <w:p>
      <w:pPr>
        <w:keepNext w:val="0"/>
        <w:spacing w:before="120" w:after="0" w:line="260" w:lineRule="exact"/>
        <w:ind w:left="1080" w:right="0" w:firstLine="240"/>
        <w:jc w:val="left"/>
      </w:pPr>
      <w:r>
        <w:rPr>
          <w:rFonts w:ascii="Times New Roman" w:hAnsi="Times New Roman" w:eastAsia="Times New Roman" w:cs="Times New Roman"/>
          <w:b w:val="0"/>
          <w:sz w:val="24"/>
        </w:rPr>
        <w:t xml:space="preserve">[Responding party name] refused to answer certain requests for admission (RFAs), in whole or in part, on the basis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asserted objection. We believe that the objection raised is without merit in the following RFA responses</w:t>
      </w:r>
    </w:p>
    <w:p>
      <w:pPr>
        <w:keepNext w:val="0"/>
        <w:spacing w:before="120" w:after="0" w:line="260" w:lineRule="exact"/>
        <w:ind w:left="1080" w:right="0" w:firstLine="240"/>
        <w:jc w:val="left"/>
      </w:pPr>
      <w:r>
        <w:rPr>
          <w:rFonts w:ascii="Times New Roman" w:hAnsi="Times New Roman" w:eastAsia="Times New Roman" w:cs="Times New Roman"/>
          <w:b w:val="0"/>
          <w:sz w:val="24"/>
        </w:rPr>
        <w:t>[Copy each specific RFA to which the responding party's assertion of privilege or objection is not valid and explain in as much detail as possible why you think the privilege does not apply or the objection is not valid.]</w:t>
      </w:r>
    </w:p>
    <w:p>
      <w:pPr>
        <w:keepNext w:val="0"/>
        <w:spacing w:before="120" w:after="0" w:line="260" w:lineRule="exact"/>
        <w:ind w:left="1080" w:right="0" w:firstLine="240"/>
        <w:jc w:val="left"/>
      </w:pPr>
      <w:r>
        <w:rPr>
          <w:rFonts w:ascii="Times New Roman" w:hAnsi="Times New Roman" w:eastAsia="Times New Roman" w:cs="Times New Roman"/>
          <w:b w:val="0"/>
          <w:sz w:val="24"/>
        </w:rPr>
        <w:t>If you disagree with our assessment of the responses above, please explain why for each of the RFAs addressed. Otherwise, please supplement your responses to answer these RFAs in full.</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We are hopeful that we can resolve these matters without needing to file any motions for compliance under the Connecticut Practice Book. We request [describe the supplemental or amended responses requested]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confer with you, by telephone or in person, regarding the contents of this letter.</w:t>
      </w:r>
    </w:p>
    <w:p>
      <w:pPr>
        <w:keepNext w:val="0"/>
        <w:spacing w:before="120" w:after="0" w:line="260" w:lineRule="exact"/>
        <w:ind w:left="360" w:right="0" w:firstLine="240"/>
        <w:jc w:val="left"/>
      </w:pPr>
      <w:r>
        <w:rPr>
          <w:rFonts w:ascii="Times New Roman" w:hAnsi="Times New Roman" w:eastAsia="Times New Roman" w:cs="Times New Roman"/>
          <w:b w:val="0"/>
          <w:sz w:val="24"/>
        </w:rPr>
        <w:t>We look forward to hearing from you by [requested response 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counsel for requesting party]</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