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Discovery Deficiency Letter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counsel for the party served with discovery requests/name of unrepresented party] [Address]</w:t>
      </w:r>
    </w:p>
    <w:p>
      <w:pPr>
        <w:keepNext w:val="0"/>
        <w:spacing w:before="200" w:after="0" w:line="260" w:lineRule="exact"/>
        <w:ind w:left="360" w:right="0" w:firstLine="0"/>
        <w:jc w:val="both"/>
      </w:pPr>
      <w:r>
        <w:rPr>
          <w:rFonts w:ascii="Times New Roman" w:hAnsi="Times New Roman" w:eastAsia="Times New Roman" w:cs="Times New Roman"/>
          <w:b/>
          <w:sz w:val="24"/>
        </w:rPr>
        <w:t>Re:</w:t>
      </w:r>
      <w:r>
        <w:rPr>
          <w:rFonts w:ascii="Times New Roman" w:hAnsi="Times New Roman" w:eastAsia="Times New Roman" w:cs="Times New Roman"/>
          <w:b w:val="0"/>
          <w:sz w:val="24"/>
        </w:rPr>
        <w:t xml:space="preserve"> Request to confer regarding [party name]'s discovery responses</w:t>
      </w:r>
    </w:p>
    <w:p>
      <w:pPr>
        <w:keepNext w:val="0"/>
        <w:spacing w:before="200" w:after="0" w:line="260" w:lineRule="exact"/>
        <w:ind w:left="360" w:right="0" w:firstLine="0"/>
        <w:jc w:val="both"/>
      </w:pPr>
      <w:r>
        <w:rPr>
          <w:rFonts w:ascii="Times New Roman" w:hAnsi="Times New Roman" w:eastAsia="Times New Roman" w:cs="Times New Roman"/>
          <w:b w:val="0"/>
          <w:sz w:val="24"/>
        </w:rPr>
        <w:t>[Case name and number]</w:t>
      </w:r>
    </w:p>
    <w:p>
      <w:pPr>
        <w:keepNext w:val="0"/>
        <w:spacing w:before="200" w:after="0" w:line="260" w:lineRule="exact"/>
        <w:ind w:left="360" w:right="0" w:firstLine="0"/>
        <w:jc w:val="both"/>
      </w:pPr>
      <w:r>
        <w:rPr>
          <w:rFonts w:ascii="Times New Roman" w:hAnsi="Times New Roman" w:eastAsia="Times New Roman" w:cs="Times New Roman"/>
          <w:b w:val="0"/>
          <w:sz w:val="24"/>
        </w:rPr>
        <w:t>Dear [Mr. or Ms.] [name of counsel/unrepresented party]: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am writing to confer with you regarding your responses to the [type of discovery requests, such as "interrogatories"] I served on [service date]. Those responses are dated [date]. Below I identify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requests to which I believe your responses were incomplete or insufficient. I welcome the opportunity to meet with you to discuss these and how we might resolve them.</w:t>
      </w:r>
    </w:p>
    <w:p>
      <w:pPr>
        <w:keepNext w:val="0"/>
        <w:spacing w:before="120" w:after="0" w:line="260" w:lineRule="exact"/>
        <w:ind w:left="36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 Requests.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[name of party] Produced No Documents.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We have reviewed the copies of the documents that [party name] produced in response to our Rule 34 request for production of documents. You produced no documents responsive to the following requests:</w:t>
      </w:r>
    </w:p>
    <w:p>
      <w:pPr>
        <w:keepNext w:val="0"/>
        <w:spacing w:before="120" w:after="0" w:line="260" w:lineRule="exact"/>
        <w:ind w:left="1080" w:right="0" w:firstLine="240"/>
        <w:jc w:val="left"/>
      </w:pPr>
      <w:r>
        <w:rPr>
          <w:rFonts w:ascii="Times New Roman" w:hAnsi="Times New Roman" w:eastAsia="Times New Roman" w:cs="Times New Roman"/>
          <w:b w:val="0"/>
          <w:sz w:val="24"/>
        </w:rPr>
        <w:t>[Copy in their entirety the specific requests for which the responding party did not appear to produce any responsive documents.]</w:t>
      </w:r>
    </w:p>
    <w:p>
      <w:pPr>
        <w:keepNext w:val="0"/>
        <w:spacing w:before="120" w:after="0" w:line="260" w:lineRule="exact"/>
        <w:ind w:left="1080" w:right="0" w:firstLine="240"/>
        <w:jc w:val="left"/>
      </w:pPr>
      <w:r>
        <w:rPr>
          <w:rFonts w:ascii="Times New Roman" w:hAnsi="Times New Roman" w:eastAsia="Times New Roman" w:cs="Times New Roman"/>
          <w:b w:val="0"/>
          <w:sz w:val="24"/>
        </w:rPr>
        <w:t>Please supplement your production to provide copies of all documents in your possession, custody, or control that are responsive to these requests. If you believe that you did produce all responsive documents, please identify those documents by Bates number, title, or other means that will enable us to readily locate them. If no documents responsive to those requests exist, please state so specifically.  Similarly, if you are working to obtain responsive documents, please state so, as well as the approximate date by which we may expect the responsive documents.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[party name]'s Production was Incomplete.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documents produced by [party name] in response to the following requests appear to be incomplete, as detailed below:</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specific request for which the responding party's production appears to be incomplete and explain in detail why you believe it is incomplete.]</w:t>
      </w:r>
    </w:p>
    <w:p>
      <w:pPr>
        <w:keepNext w:val="0"/>
        <w:spacing w:before="120" w:after="0" w:line="260" w:lineRule="exact"/>
        <w:ind w:left="1080" w:right="0" w:firstLine="240"/>
        <w:jc w:val="left"/>
      </w:pPr>
      <w:r>
        <w:rPr>
          <w:rFonts w:ascii="Times New Roman" w:hAnsi="Times New Roman" w:eastAsia="Times New Roman" w:cs="Times New Roman"/>
          <w:b w:val="0"/>
          <w:sz w:val="24"/>
        </w:rPr>
        <w:t>Please supplement your production to provide copies of all documents in your possession, custody, or control that are responsive to these requests. If you do not have any further responsive documents, or if you do not have the specific missing documents described above, please state that and explain in detail why there are no such documents. If there are responsive documents that are no longer in your possession, custody, or control (e.g., which have been lost or destroyed), please explain why in detail.</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[party name] Refused to Produce Documents on the Basis of Privilege.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[Party name] objected to the following requests and refused to produce some or all otherwise-responsive documents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specific request to which they objected, list the privilege asserted, and then explain in as much detail as possible why you think the privilege does not apply.]</w:t>
      </w:r>
    </w:p>
    <w:p>
      <w:pPr>
        <w:keepNext w:val="0"/>
        <w:spacing w:before="200" w:after="0" w:line="260" w:lineRule="exact"/>
        <w:ind w:left="1080" w:right="0" w:firstLine="0"/>
        <w:jc w:val="both"/>
      </w:pPr>
      <w:r>
        <w:rPr>
          <w:rFonts w:ascii="Times New Roman" w:hAnsi="Times New Roman" w:eastAsia="Times New Roman" w:cs="Times New Roman"/>
          <w:b w:val="0"/>
          <w:sz w:val="24"/>
        </w:rPr>
        <w:t>Please supplement your production to provide copies of all documents in your possession, custody, or control that are responsive to these requests.</w:t>
      </w:r>
    </w:p>
    <w:p>
      <w:pPr>
        <w:keepNext w:val="0"/>
        <w:spacing w:before="120" w:after="0" w:line="260" w:lineRule="exact"/>
        <w:ind w:left="36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Interrogatory Responses are Incomplete, Vague, and/or Nonresponsive.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[party names]'s interrogatory responses either failed completely to answer the questions posed, contained answers that were vague, and/or were not responsive, in full or in part, to the questions posed:</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interrogatory to which the responding party's answer was inadequate and explain in as much detail as possible why you think the response did not fully answer the inquiry. If the interrogatory in question has subparts, address each subpart separately.]</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Please supplement your answers to these interrogatories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answer to the questions posed.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 for Which [party name] Refused to Answer on the Basis of Privilege or other Objections.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[Party name] refused to answer certain interrogatories, in whole or in part,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We believe that the asserted privilege or the objection raised is without merit in the following interrogatory responses:</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specific interrogatory to which the responding party's assertion of privilege or objection is not valid and explain in as much detail as possible why you think the privilege does not apply or the objection is not valid. If the interrogatory in question has subparts, address each subpart separately.]</w:t>
      </w:r>
    </w:p>
    <w:p>
      <w:pPr>
        <w:keepNext w:val="0"/>
        <w:spacing w:before="120" w:after="0" w:line="260" w:lineRule="exact"/>
        <w:ind w:left="1080" w:right="0" w:firstLine="240"/>
        <w:jc w:val="left"/>
      </w:pPr>
      <w:r>
        <w:rPr>
          <w:rFonts w:ascii="Times New Roman" w:hAnsi="Times New Roman" w:eastAsia="Times New Roman" w:cs="Times New Roman"/>
          <w:b w:val="0"/>
          <w:sz w:val="24"/>
        </w:rPr>
        <w:t>If you disagree with our assessment of your responses, please explain why for each of the interrogatories addressed. Otherwise, please supplement your responses to answer these interrogatories fully.</w:t>
      </w:r>
    </w:p>
    <w:p>
      <w:pPr>
        <w:keepNext w:val="0"/>
        <w:spacing w:before="120" w:after="0" w:line="260" w:lineRule="exact"/>
        <w:ind w:left="36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to Admit.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[Party name]'s Unanswered Denials Constitute Admissions.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[Party name] failed to answer the following Requests to Admit:</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specific request which the responding party failed to answer.]</w:t>
      </w:r>
    </w:p>
    <w:p>
      <w:pPr>
        <w:keepNext w:val="0"/>
        <w:spacing w:before="120" w:after="0" w:line="260" w:lineRule="exact"/>
        <w:ind w:left="1080" w:right="0" w:firstLine="240"/>
        <w:jc w:val="left"/>
      </w:pPr>
      <w:r>
        <w:rPr>
          <w:rFonts w:ascii="Times New Roman" w:hAnsi="Times New Roman" w:eastAsia="Times New Roman" w:cs="Times New Roman"/>
          <w:b w:val="0"/>
          <w:sz w:val="24"/>
        </w:rPr>
        <w:t>Pursuant to Rule 36, these failures to respond now constitute admissions of the matters requested.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to Admit [party name] Refused to Answer on the Basis of Privilege or other Objections.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[Party name] refused to answer certain requests, in whole or in part,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We believe that the asserted privilege or the objection raised is without merit in the following responses:</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specific request to which the responding party's assertion of privilege or objection is not valid and explain in as much detail as possible why you think the privilege does not apply or the objection is not valid.]</w:t>
      </w:r>
    </w:p>
    <w:p>
      <w:pPr>
        <w:keepNext w:val="0"/>
        <w:spacing w:before="120" w:after="0" w:line="260" w:lineRule="exact"/>
        <w:ind w:left="1080" w:right="0" w:firstLine="240"/>
        <w:jc w:val="left"/>
      </w:pPr>
      <w:r>
        <w:rPr>
          <w:rFonts w:ascii="Times New Roman" w:hAnsi="Times New Roman" w:eastAsia="Times New Roman" w:cs="Times New Roman"/>
          <w:b w:val="0"/>
          <w:sz w:val="24"/>
        </w:rPr>
        <w:t>If you disagree with our assessment of the responses above, please explain why for each of the requests addressed. Otherwise, please supplement your responses to admit or deny these requests in full.</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We hope that we can resolve these matters without motion practice. We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confer with you, by telephone or in person, regarding the contents of this letter, in accordance with N.C. R. Civ. P. 37(</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We look forward to hearing from you by [date].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and name of counsel for requesting party]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