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Discovery Deficiency Letter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[Date]</w:t>
      </w:r>
    </w:p>
    <w:p>
      <w:pPr>
        <w:keepNext w:val="0"/>
        <w:spacing w:before="200" w:after="0" w:line="260" w:lineRule="exact"/>
        <w:ind w:left="360" w:right="0" w:firstLine="0"/>
        <w:jc w:val="both"/>
      </w:pPr>
      <w:r>
        <w:rPr>
          <w:rFonts w:ascii="Times New Roman" w:hAnsi="Times New Roman" w:eastAsia="Times New Roman" w:cs="Times New Roman"/>
          <w:b w:val="0"/>
          <w:sz w:val="24"/>
        </w:rPr>
        <w:t>[Name of counsel for the party served with discovery requests/name of unrepresented party]</w:t>
      </w:r>
    </w:p>
    <w:p>
      <w:pPr>
        <w:keepNext w:val="0"/>
        <w:spacing w:before="200" w:after="0" w:line="260" w:lineRule="exact"/>
        <w:ind w:left="360" w:right="0" w:firstLine="0"/>
        <w:jc w:val="both"/>
      </w:pPr>
      <w:r>
        <w:rPr>
          <w:rFonts w:ascii="Times New Roman" w:hAnsi="Times New Roman" w:eastAsia="Times New Roman" w:cs="Times New Roman"/>
          <w:b w:val="0"/>
          <w:sz w:val="24"/>
        </w:rPr>
        <w:t>[Address of counsel/unrepresented party]</w:t>
      </w:r>
    </w:p>
    <w:p>
      <w:pPr>
        <w:keepNext w:val="0"/>
        <w:spacing w:before="200" w:after="0" w:line="260" w:lineRule="exact"/>
        <w:ind w:left="360" w:right="0" w:firstLine="0"/>
        <w:jc w:val="both"/>
      </w:pPr>
      <w:r>
        <w:rPr>
          <w:rFonts w:ascii="Times New Roman" w:hAnsi="Times New Roman" w:eastAsia="Times New Roman" w:cs="Times New Roman"/>
          <w:b w:val="0"/>
          <w:sz w:val="24"/>
        </w:rPr>
        <w:t>Re: Request to confer regarding [name of party]’s discovery response [Name of case: name of plaintiff(s) v. name of defendant(s)], Case Number [case number]</w:t>
      </w:r>
    </w:p>
    <w:p>
      <w:pPr>
        <w:keepNext w:val="0"/>
        <w:spacing w:before="200" w:after="0" w:line="260" w:lineRule="exact"/>
        <w:ind w:left="360" w:right="0" w:firstLine="0"/>
        <w:jc w:val="both"/>
      </w:pPr>
      <w:r>
        <w:rPr>
          <w:rFonts w:ascii="Times New Roman" w:hAnsi="Times New Roman" w:eastAsia="Times New Roman" w:cs="Times New Roman"/>
          <w:b w:val="0"/>
          <w:sz w:val="24"/>
        </w:rPr>
        <w:t>Dear Mr./Ms. [name of counsel/unrepresented party]:</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 am writing to confer with you regarding [name of responding party/parties]’s responses to the discovery requests which I propounded on [date on which you served or sent requests]. Those responses are dated [date]. Below, I identify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number of my requests to which the responses were incomplete or insufficient. I would welcome the opportunity to meet with you to discuss these and how we might resolve them.</w:t>
      </w:r>
    </w:p>
    <w:p>
      <w:pPr>
        <w:keepNext w:val="0"/>
        <w:spacing w:before="120" w:after="0" w:line="260" w:lineRule="exact"/>
        <w:ind w:left="108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Requests for Production of Documents.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Requests for Which [name of party] Produced No Documents.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We have reviewed the copies of the documents that you provided in response to our request for production of documents. There do not appear to be any documents that are responsive to the following requests:</w:t>
      </w:r>
    </w:p>
    <w:p>
      <w:pPr>
        <w:keepNext w:val="0"/>
        <w:spacing w:before="200" w:after="0" w:line="260" w:lineRule="exact"/>
        <w:ind w:left="1800" w:right="0" w:firstLine="0"/>
        <w:jc w:val="both"/>
      </w:pPr>
      <w:r>
        <w:rPr>
          <w:rFonts w:ascii="Times New Roman" w:hAnsi="Times New Roman" w:eastAsia="Times New Roman" w:cs="Times New Roman"/>
          <w:b w:val="0"/>
          <w:sz w:val="24"/>
        </w:rPr>
        <w:t>[Copy in their entirety the specific requests for which the responding party did not appear to produce any responsive documents.]</w:t>
      </w:r>
    </w:p>
    <w:p>
      <w:pPr>
        <w:keepNext w:val="0"/>
        <w:spacing w:before="200" w:after="0" w:line="260" w:lineRule="exact"/>
        <w:ind w:left="1800" w:right="0" w:firstLine="0"/>
        <w:jc w:val="both"/>
      </w:pPr>
      <w:r>
        <w:rPr>
          <w:rFonts w:ascii="Times New Roman" w:hAnsi="Times New Roman" w:eastAsia="Times New Roman" w:cs="Times New Roman"/>
          <w:b w:val="0"/>
          <w:sz w:val="24"/>
        </w:rPr>
        <w:t>Please supplement your production to provide copies of all the documents in your possession, custody, or control that are responsive to these requests. If you believe that you did produce responsive documents, please identify those documents by Bates numbers [if Bates stamped], by title, or by other means which will enable us to readily locate them.</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Requests for Which [name of party]’s Production was Incomplete.</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The documents produced in response to the following requests appear to be incomplete, as detailed below:</w:t>
      </w:r>
    </w:p>
    <w:p>
      <w:pPr>
        <w:keepNext w:val="0"/>
        <w:spacing w:before="200" w:after="0" w:line="260" w:lineRule="exact"/>
        <w:ind w:left="1800" w:right="0" w:firstLine="0"/>
        <w:jc w:val="both"/>
      </w:pPr>
      <w:r>
        <w:rPr>
          <w:rFonts w:ascii="Times New Roman" w:hAnsi="Times New Roman" w:eastAsia="Times New Roman" w:cs="Times New Roman"/>
          <w:b w:val="0"/>
          <w:sz w:val="24"/>
        </w:rPr>
        <w:t>[Copy each specific request for which the responding party’s production appears to be incomplete and explain in detail why you believe it is incomplete.]</w:t>
      </w:r>
    </w:p>
    <w:p>
      <w:pPr>
        <w:keepNext w:val="0"/>
        <w:spacing w:before="200" w:after="0" w:line="260" w:lineRule="exact"/>
        <w:ind w:left="1800" w:right="0" w:firstLine="0"/>
        <w:jc w:val="both"/>
      </w:pPr>
      <w:r>
        <w:rPr>
          <w:rFonts w:ascii="Times New Roman" w:hAnsi="Times New Roman" w:eastAsia="Times New Roman" w:cs="Times New Roman"/>
          <w:b w:val="0"/>
          <w:sz w:val="24"/>
        </w:rPr>
        <w:t>Please supplement your production to provide copies of all the documents in your possession, custody, or control that are responsive to these requests. If you do not have any further responsive documents, or if you do not have the specific missing documents described above, please state that and explain in detail why there are no such documents. If there are responsive documents that are no longer in your possession, custody, or control, (e.g., which have been lost or destroyed), please explain why in detail.</w:t>
      </w:r>
    </w:p>
    <w:p>
      <w:pPr>
        <w:keepNext w:val="0"/>
        <w:spacing w:before="120" w:after="0" w:line="260" w:lineRule="exact"/>
        <w:ind w:left="144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Requests for Which [name of party] Refused to Produce Documents on the Basis of Privilege.</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You objected to the following requests and refused to produce some or all of the otherwise responsive documents on the basis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asserted privilege:</w:t>
      </w:r>
    </w:p>
    <w:p>
      <w:pPr>
        <w:keepNext w:val="0"/>
        <w:spacing w:before="200" w:after="0" w:line="260" w:lineRule="exact"/>
        <w:ind w:left="1800" w:right="0" w:firstLine="0"/>
        <w:jc w:val="both"/>
      </w:pPr>
      <w:r>
        <w:rPr>
          <w:rFonts w:ascii="Times New Roman" w:hAnsi="Times New Roman" w:eastAsia="Times New Roman" w:cs="Times New Roman"/>
          <w:b w:val="0"/>
          <w:sz w:val="24"/>
        </w:rPr>
        <w:t>[Copy each specific request to which they objected, list the privilege they asserted, and then explain in as much detail as possible why you think the privilege does not apply.]</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Please supplement your production to provide copies of </w:t>
      </w:r>
      <w:r>
        <w:rPr>
          <w:rFonts w:ascii="Times New Roman" w:hAnsi="Times New Roman" w:eastAsia="Times New Roman" w:cs="Times New Roman"/>
          <w:b w:val="0"/>
          <w:sz w:val="24"/>
        </w:rPr>
        <w:t>all</w:t>
      </w:r>
      <w:r>
        <w:rPr>
          <w:rFonts w:ascii="Times New Roman" w:hAnsi="Times New Roman" w:eastAsia="Times New Roman" w:cs="Times New Roman"/>
          <w:b w:val="0"/>
          <w:sz w:val="24"/>
        </w:rPr>
        <w:t xml:space="preserve"> the documents in your possession, custody, or control that are responsive to these requests.</w:t>
      </w:r>
    </w:p>
    <w:p>
      <w:pPr>
        <w:keepNext w:val="0"/>
        <w:spacing w:before="120" w:after="0" w:line="260" w:lineRule="exact"/>
        <w:ind w:left="108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Interrogatories.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Certain Answers to Interrogatories are Incomplete, Vague, and/or Nonresponsive.</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number of [name of party]’s answers to the interrogatories either failed to completely answer the questions posed, contained answers that were vague, and/or were not responsive, in full or in part, to the questions posed:</w:t>
      </w:r>
    </w:p>
    <w:p>
      <w:pPr>
        <w:keepNext w:val="0"/>
        <w:spacing w:before="200" w:after="0" w:line="260" w:lineRule="exact"/>
        <w:ind w:left="1800" w:right="0" w:firstLine="0"/>
        <w:jc w:val="both"/>
      </w:pPr>
      <w:r>
        <w:rPr>
          <w:rFonts w:ascii="Times New Roman" w:hAnsi="Times New Roman" w:eastAsia="Times New Roman" w:cs="Times New Roman"/>
          <w:b w:val="0"/>
          <w:sz w:val="24"/>
        </w:rPr>
        <w:t>[Copy each interrogatory to which the responding party’s answer was inadequate and explain in as much detail as possible why you think the response did not fully answer the inquiry. If the interrogatory in question has subparts, separately address each subpart.]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Please supplement your answers to these interrogatories to provide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full and complete answer to the questions posed.</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Interrogatories for Which [name of party] Refused to Answer on the Basis of Privilege or other Objections.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[Name of party] refused to answer certain interrogatories, in whole or in part, on the basis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asserted privilege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objection. We believe that the privilege asserted, or the objection raised, is without merit in the following interrogatory responses:</w:t>
      </w:r>
    </w:p>
    <w:p>
      <w:pPr>
        <w:keepNext w:val="0"/>
        <w:spacing w:before="200" w:after="0" w:line="260" w:lineRule="exact"/>
        <w:ind w:left="1800" w:right="0" w:firstLine="0"/>
        <w:jc w:val="both"/>
      </w:pPr>
      <w:r>
        <w:rPr>
          <w:rFonts w:ascii="Times New Roman" w:hAnsi="Times New Roman" w:eastAsia="Times New Roman" w:cs="Times New Roman"/>
          <w:b w:val="0"/>
          <w:sz w:val="24"/>
        </w:rPr>
        <w:t>[Copy each specific interrogatory to which the responding party’s assertion of privilege or objection is not valid and explain in as much detail as possible why you think the privilege does not apply or the objection is not valid. If the interrogatory in question has subparts, separately address each subpart.]</w:t>
      </w:r>
    </w:p>
    <w:p>
      <w:pPr>
        <w:keepNext w:val="0"/>
        <w:spacing w:before="200" w:after="0" w:line="260" w:lineRule="exact"/>
        <w:ind w:left="1800" w:right="0" w:firstLine="0"/>
        <w:jc w:val="both"/>
      </w:pPr>
      <w:r>
        <w:rPr>
          <w:rFonts w:ascii="Times New Roman" w:hAnsi="Times New Roman" w:eastAsia="Times New Roman" w:cs="Times New Roman"/>
          <w:b w:val="0"/>
          <w:sz w:val="24"/>
        </w:rPr>
        <w:t>If you disagree with our assessment of the responses above, please explain why for each of the interrogatories addressed. Otherwise, please supplement your responses to answer these interrogatories in full.</w:t>
      </w:r>
    </w:p>
    <w:p>
      <w:pPr>
        <w:keepNext w:val="0"/>
        <w:spacing w:before="120" w:after="0" w:line="260" w:lineRule="exact"/>
        <w:ind w:left="144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Records that were Produced in Lieu of Answers did not Meet the Requirements of Ohio Civ. R. 33(C).</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sz w:val="24"/>
        </w:rPr>
        <w:t xml:space="preserve">Optional Section </w:t>
      </w:r>
      <w:r>
        <w:rPr>
          <w:rFonts w:ascii="Times New Roman" w:hAnsi="Times New Roman" w:eastAsia="Times New Roman" w:cs="Times New Roman"/>
          <w:b/>
          <w:sz w:val="24"/>
        </w:rPr>
        <w:t>2.</w:t>
      </w:r>
      <w:r>
        <w:rPr>
          <w:rFonts w:ascii="Times New Roman" w:hAnsi="Times New Roman" w:eastAsia="Times New Roman" w:cs="Times New Roman"/>
          <w:b/>
          <w:sz w:val="24"/>
        </w:rPr>
        <w:t>(c)</w:t>
      </w:r>
      <w:r>
        <w:rPr>
          <w:rFonts w:ascii="Times New Roman" w:hAnsi="Times New Roman" w:eastAsia="Times New Roman" w:cs="Times New Roman"/>
          <w:b/>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number of the interrogatories, [name of party] produced documents in lieu of providing narrative answers. Ohio Civ. R. 33(C) provides that: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Where the answer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interrogatory may be derived or ascertained from the business records, including electronically stored information, of the party upon whom the interrogatory has been served or from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examination, audit, or inspection of the business records, or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compilation, abstract, or summary based on the business records, and the burden of deriving or ascertaining the answer is substantially the same for the party serving the interrogatory as for the party served, it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sufficient answer to the interrogatory to specify the records from which the answer may be derived or ascertained and to afford to the party serving the interrogatory reasonable opportunity to examine, audit, or inspect the records and to make copies of the records or compilations, abstracts, or summaries from the records.</w:t>
      </w:r>
    </w:p>
    <w:p>
      <w:pPr>
        <w:keepNext w:val="0"/>
        <w:spacing w:before="200" w:after="0" w:line="260" w:lineRule="exact"/>
        <w:ind w:left="1440" w:right="0" w:firstLine="0"/>
        <w:jc w:val="both"/>
      </w:pPr>
      <w:r>
        <w:rPr>
          <w:rFonts w:ascii="Times New Roman" w:hAnsi="Times New Roman" w:eastAsia="Times New Roman" w:cs="Times New Roman"/>
          <w:b w:val="0"/>
          <w:sz w:val="24"/>
        </w:rPr>
        <w:t>The production of documents did not meet the requirements of this rule in the following instances, either because the burden of deriving or ascertaining the answer is not substantially the same for us as for [name of party], or because the specification is not in sufficient detail to permit us to locate and to identify, as readily as [name of party], the records from which the answer may be ascertained: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[Copy each specific interrogatory to which the responding party purports to have produced documents in lieu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answer and explain in as much detail as possible why you think its production and specification either</w:t>
      </w:r>
    </w:p>
    <w:p>
      <w:pPr>
        <w:keepNext w:val="0"/>
        <w:spacing w:before="200" w:after="0" w:line="260" w:lineRule="exact"/>
        <w:ind w:left="2160" w:right="0" w:firstLine="0"/>
        <w:jc w:val="both"/>
      </w:pPr>
      <w:r>
        <w:rPr>
          <w:rFonts w:ascii="Times New Roman" w:hAnsi="Times New Roman" w:eastAsia="Times New Roman" w:cs="Times New Roman"/>
          <w:b w:val="0"/>
          <w:sz w:val="24"/>
        </w:rPr>
        <w:t>•</w:t>
        <w:tab/>
        <w:t>Do not enable you to ascertain the answer as easily as it could –or–</w:t>
      </w:r>
    </w:p>
    <w:p>
      <w:pPr>
        <w:keepNext w:val="0"/>
        <w:spacing w:before="200" w:after="0" w:line="260" w:lineRule="exact"/>
        <w:ind w:left="2160" w:right="0" w:firstLine="0"/>
        <w:jc w:val="both"/>
      </w:pPr>
      <w:r>
        <w:rPr>
          <w:rFonts w:ascii="Times New Roman" w:hAnsi="Times New Roman" w:eastAsia="Times New Roman" w:cs="Times New Roman"/>
          <w:b w:val="0"/>
          <w:sz w:val="24"/>
        </w:rPr>
        <w:t>•</w:t>
        <w:tab/>
        <w:t>Do not specify the records in sufficient detail</w:t>
      </w:r>
    </w:p>
    <w:p>
      <w:pPr>
        <w:keepNext w:val="0"/>
        <w:spacing w:before="200" w:after="0" w:line="260" w:lineRule="exact"/>
        <w:ind w:left="1800" w:right="0" w:firstLine="0"/>
        <w:jc w:val="both"/>
      </w:pPr>
      <w:r>
        <w:rPr>
          <w:rFonts w:ascii="Times New Roman" w:hAnsi="Times New Roman" w:eastAsia="Times New Roman" w:cs="Times New Roman"/>
          <w:b w:val="0"/>
          <w:sz w:val="24"/>
        </w:rPr>
        <w:t>Ohio Civ. R. 33(C). If the interrogatory in question has subparts, separately address each subpart.]</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We are hopeful that we can resolve these matters without needing to file any motions under Ohio Civ. R. 37. We request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opportunity to confer with you, by telephone or in person, regarding the contents of this letter, in accordance with Ohio Civ. R. 37(</w:t>
      </w:r>
      <w:r>
        <w:rPr>
          <w:rFonts w:ascii="Times New Roman" w:hAnsi="Times New Roman" w:eastAsia="Times New Roman" w:cs="Times New Roman"/>
          <w:b/>
          <w:sz w:val="24"/>
        </w:rPr>
        <w:t>A</w:t>
      </w:r>
      <w:r>
        <w:rPr>
          <w:rFonts w:ascii="Times New Roman" w:hAnsi="Times New Roman" w:eastAsia="Times New Roman" w:cs="Times New Roman"/>
          <w:b w:val="0"/>
          <w:sz w:val="24"/>
        </w:rPr>
        <w:t>)(1).</w:t>
      </w:r>
    </w:p>
    <w:p>
      <w:pPr/>
    </w:p>
    <w:p>
      <w:pPr>
        <w:keepNext w:val="0"/>
        <w:spacing w:before="200" w:after="0" w:line="260" w:lineRule="exact"/>
        <w:ind w:left="360" w:right="0" w:firstLine="0"/>
        <w:jc w:val="both"/>
      </w:pPr>
      <w:r>
        <w:rPr>
          <w:rFonts w:ascii="Times New Roman" w:hAnsi="Times New Roman" w:eastAsia="Times New Roman" w:cs="Times New Roman"/>
          <w:b w:val="0"/>
          <w:sz w:val="24"/>
        </w:rPr>
        <w:t>We look forward to hearing from you by [date].</w:t>
      </w:r>
    </w:p>
    <w:p>
      <w:pPr>
        <w:keepNext w:val="0"/>
        <w:spacing w:before="200" w:after="0" w:line="260" w:lineRule="exact"/>
        <w:ind w:left="360" w:right="0" w:firstLine="0"/>
        <w:jc w:val="both"/>
      </w:pPr>
      <w:r>
        <w:rPr>
          <w:rFonts w:ascii="Times New Roman" w:hAnsi="Times New Roman" w:eastAsia="Times New Roman" w:cs="Times New Roman"/>
          <w:b w:val="0"/>
          <w:sz w:val="24"/>
        </w:rPr>
        <w:t>Sincerely,</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of counsel for requesting party]</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