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Dissolution Agreement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Agreement to Dissolve Limited Partnership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THIS AGREEMENT is effective [date], by and between [name of general partner(s)] (General Partner(s)), and [names of limited partners] (Limited Partners) of [name of limited partnership],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California limited partnership (Limited Partnership).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Formation of Limited Partnership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Limited Partnership was formed pursuant to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Limited Partnership Agreement (Limited Partnership Agreement) dated [date] and its certificate of limited partnership was filed with the Secretary of State on [date].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Authority for Dissolution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Limited Partnership Agreement provides that the Limited Partnership may be dissolved by the written consent of [specific requirements of limited partnership agreement].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Consent of General Partners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following General Partners, which constitute [all of the General Partners or the number of General Partners required by the Limited Partnership Agreement for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agreement to dissolve the Limited Partnership] consent to the dissolution and winding up of the Limited Partnership.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Consent of Limited Partners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following Limited Partners, representing [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majority or set forth other percentage required by limited partnership agreement] of the rights to receive distributions as limited partners at the time this consent is to be effective, consent to the dissolution and winding up of the Limited Partnership: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partner], [amount] percent interest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partner], [amount] percent interest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partner], [amount] percent interest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[name of partner], [amount] percent interest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Winding Up Activities After Dissolution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The Partnership shall wind up its activities pursuant to the provisions of the Limited Partnership Agreement and of applicable California law.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Covenant of Cooperation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Each of the Partners agrees to do all things necessary, and to promptly sign all required documents, to effect the dissolution, winding up, and termination of the Limited Partnership.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GENERAL PARTNERS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 </w:t>
      </w:r>
      <w:r>
        <w:rPr>
          <w:rFonts w:ascii="Times New Roman" w:hAnsi="Times New Roman" w:eastAsia="Times New Roman" w:cs="Times New Roman"/>
          <w:b w:val="0"/>
          <w:sz w:val="24"/>
        </w:rPr>
        <w:t>(signature of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 </w:t>
      </w:r>
      <w:r>
        <w:rPr>
          <w:rFonts w:ascii="Times New Roman" w:hAnsi="Times New Roman" w:eastAsia="Times New Roman" w:cs="Times New Roman"/>
          <w:b w:val="0"/>
          <w:sz w:val="24"/>
        </w:rPr>
        <w:t>(signature of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 </w:t>
      </w:r>
      <w:r>
        <w:rPr>
          <w:rFonts w:ascii="Times New Roman" w:hAnsi="Times New Roman" w:eastAsia="Times New Roman" w:cs="Times New Roman"/>
          <w:b w:val="0"/>
          <w:sz w:val="24"/>
        </w:rPr>
        <w:t>(signature of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LIMITED PARTNERS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 </w:t>
      </w:r>
      <w:r>
        <w:rPr>
          <w:rFonts w:ascii="Times New Roman" w:hAnsi="Times New Roman" w:eastAsia="Times New Roman" w:cs="Times New Roman"/>
          <w:b w:val="0"/>
          <w:sz w:val="24"/>
        </w:rPr>
        <w:t>(signature of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 </w:t>
      </w:r>
      <w:r>
        <w:rPr>
          <w:rFonts w:ascii="Times New Roman" w:hAnsi="Times New Roman" w:eastAsia="Times New Roman" w:cs="Times New Roman"/>
          <w:b w:val="0"/>
          <w:sz w:val="24"/>
        </w:rPr>
        <w:t>(signature of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______________________ </w:t>
      </w:r>
      <w:r>
        <w:rPr>
          <w:rFonts w:ascii="Times New Roman" w:hAnsi="Times New Roman" w:eastAsia="Times New Roman" w:cs="Times New Roman"/>
          <w:b w:val="0"/>
          <w:sz w:val="24"/>
        </w:rPr>
        <w:t>(signature of partner)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[date]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