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Dissolution Agreement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[NAME OF LLC]</w:t>
      </w:r>
    </w:p>
    <w:p>
      <w:pPr>
        <w:keepNext w:val="0"/>
        <w:spacing w:before="200" w:after="0" w:line="260" w:lineRule="exact"/>
        <w:ind w:left="360" w:right="0" w:firstLine="0"/>
        <w:jc w:val="both"/>
      </w:pPr>
      <w:r>
        <w:rPr>
          <w:rFonts w:ascii="Times New Roman" w:hAnsi="Times New Roman" w:eastAsia="Times New Roman" w:cs="Times New Roman"/>
          <w:b/>
          <w:sz w:val="24"/>
        </w:rPr>
        <w:t>LIMITED LIABILITY COMPANY DISSOLUTION AGREEMENT</w:t>
      </w:r>
    </w:p>
    <w:p>
      <w:pPr>
        <w:keepNext w:val="0"/>
        <w:spacing w:before="200" w:after="0" w:line="260" w:lineRule="exact"/>
        <w:ind w:left="360" w:right="0" w:firstLine="0"/>
        <w:jc w:val="both"/>
      </w:pPr>
      <w:r>
        <w:rPr>
          <w:rFonts w:ascii="Times New Roman" w:hAnsi="Times New Roman" w:eastAsia="Times New Roman" w:cs="Times New Roman"/>
          <w:b w:val="0"/>
          <w:sz w:val="24"/>
        </w:rPr>
        <w:t>This Dissolution Agreement ("</w:t>
      </w:r>
      <w:r>
        <w:rPr>
          <w:rFonts w:ascii="Times New Roman" w:hAnsi="Times New Roman" w:eastAsia="Times New Roman" w:cs="Times New Roman"/>
          <w:b/>
          <w:sz w:val="24"/>
        </w:rPr>
        <w:t>Agreement</w:t>
      </w:r>
      <w:r>
        <w:rPr>
          <w:rFonts w:ascii="Times New Roman" w:hAnsi="Times New Roman" w:eastAsia="Times New Roman" w:cs="Times New Roman"/>
          <w:b w:val="0"/>
          <w:sz w:val="24"/>
        </w:rPr>
        <w:t>"), made as of the [date] of [month], [year] (the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by and among [Names of all Member(s)]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and, collectively, the "Members")]. </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[name of company] ("</w:t>
      </w:r>
      <w:r>
        <w:rPr>
          <w:rFonts w:ascii="Times New Roman" w:hAnsi="Times New Roman" w:eastAsia="Times New Roman" w:cs="Times New Roman"/>
          <w:b/>
          <w:sz w:val="24"/>
        </w:rPr>
        <w:t>Company</w:t>
      </w:r>
      <w:r>
        <w:rPr>
          <w:rFonts w:ascii="Times New Roman" w:hAnsi="Times New Roman" w:eastAsia="Times New Roman" w:cs="Times New Roman"/>
          <w:b w:val="0"/>
          <w:sz w:val="24"/>
        </w:rPr>
        <w:t>") was formed on [date of company formation] to carry on the business of [brief description of the nature of the company business];</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Company is governed by that certain company agreement dated [date of company agreement] (the "</w:t>
      </w:r>
      <w:r>
        <w:rPr>
          <w:rFonts w:ascii="Times New Roman" w:hAnsi="Times New Roman" w:eastAsia="Times New Roman" w:cs="Times New Roman"/>
          <w:b/>
          <w:sz w:val="24"/>
        </w:rPr>
        <w:t>Company Agreement</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Members now wish to dissolve the Company, pursuant to the terms and conditions of this Agreement;</w:t>
      </w:r>
    </w:p>
    <w:p>
      <w:pPr>
        <w:keepNext w:val="0"/>
        <w:spacing w:before="200" w:after="0" w:line="260" w:lineRule="exact"/>
        <w:ind w:left="36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in consideration of the mutual promises contained in this Agreement, the Members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Agreement to Terminate the Company</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Members agree that the Company shall wind up its business and terminate its existence.</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Member or Manager May Bind the Company</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As of the Effective Date, no Member may act on behalf of the Company except as provided in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Liquidating Member</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[name of appointed liquidating member] shall be the liquidating member. </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of Liquidating Member</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liquidating member will have the exclusive right and obligation to wind up Company business, including full power and authority to sell and transfer Company assets, to engage and pay for professional services, to pay and settle debts, to sign and submit tax returns, and to distribute Company assets to the respective Members.</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 to Claimants.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As promptly as practicable, the liquidating member shall cause written notice of the Company's dissolution to be sent by registered or certified mail to each known claimant against the Company, if any, and shall cause to be published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of dissolution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newspaper of general circulation.</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Liquidation of Assets; Payment of Debts; Accounting</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liquidating member shall keep the remaining Members reasonably apprised of the status of the liquidation and termination, shall conduct and apprise the other Members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inventory of Company assets, shall prepare and file all required federal and state income tax returns, shall pay all known debts, obligations, and liabilities of the Company (or make provision for such payment), and shall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accounting prior to any distribution.</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Distribution of Assets.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As promptly as practicable after the payment of all known debt, obligations or liabilities of the Company (or the provision for such payment is made), the remaining assets of the Company, if any, shall be distributed among the Members as provided in the Company Agreement.</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Company hereby indemnifies and saves harmless the Members from and against any claims, demands, actions, losses and damages suffered by such Members resulting from the conduct of the Company and its liquidation and termination pursuant to the terms and conditions of this Agreement and applicable law.</w:t>
      </w:r>
    </w:p>
    <w:p>
      <w:pPr>
        <w:keepNext w:val="0"/>
        <w:spacing w:before="120" w:after="0" w:line="260" w:lineRule="exact"/>
        <w:ind w:left="72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Parties Bound</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Agreement shall inure to the benefit of and be binding upon the respective heirs, executors, administrators, and assigns of each of the Members.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Members have executed this Agreement as of the day and year first above written.</w:t>
      </w:r>
    </w:p>
    <w:p>
      <w:pPr>
        <w:keepNext w:val="0"/>
        <w:spacing w:before="120" w:after="0" w:line="260" w:lineRule="exact"/>
        <w:ind w:left="360" w:right="0" w:firstLine="0"/>
        <w:jc w:val="left"/>
      </w:pPr>
      <w:r>
        <w:rPr>
          <w:rFonts w:ascii="Times New Roman" w:hAnsi="Times New Roman" w:eastAsia="Times New Roman" w:cs="Times New Roman"/>
          <w:b/>
          <w:sz w:val="24"/>
        </w:rPr>
        <w:t>MEMBERS:</w:t>
      </w:r>
    </w:p>
    <w:p>
      <w:pPr>
        <w:keepNext w:val="0"/>
        <w:spacing w:before="120" w:after="0" w:line="260" w:lineRule="exact"/>
        <w:ind w:left="360" w:right="0" w:firstLine="0"/>
        <w:jc w:val="left"/>
      </w:pPr>
      <w:r>
        <w:rPr>
          <w:rFonts w:ascii="Times New Roman" w:hAnsi="Times New Roman" w:eastAsia="Times New Roman" w:cs="Times New Roman"/>
          <w:b w:val="0"/>
          <w:sz w:val="24"/>
        </w:rPr>
        <w:t>[Signature of Member]</w:t>
      </w:r>
    </w:p>
    <w:p>
      <w:pPr>
        <w:keepNext w:val="0"/>
        <w:spacing w:before="120" w:after="0" w:line="260" w:lineRule="exact"/>
        <w:ind w:left="360" w:right="0" w:firstLine="0"/>
        <w:jc w:val="left"/>
      </w:pPr>
      <w:r>
        <w:rPr>
          <w:rFonts w:ascii="Times New Roman" w:hAnsi="Times New Roman" w:eastAsia="Times New Roman" w:cs="Times New Roman"/>
          <w:b w:val="0"/>
          <w:sz w:val="24"/>
        </w:rPr>
        <w:t>[Name of Member]</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[Signature of Member]</w:t>
      </w:r>
    </w:p>
    <w:p>
      <w:pPr>
        <w:keepNext w:val="0"/>
        <w:spacing w:before="120" w:after="0" w:line="260" w:lineRule="exact"/>
        <w:ind w:left="360" w:right="0" w:firstLine="0"/>
        <w:jc w:val="left"/>
      </w:pPr>
      <w:r>
        <w:rPr>
          <w:rFonts w:ascii="Times New Roman" w:hAnsi="Times New Roman" w:eastAsia="Times New Roman" w:cs="Times New Roman"/>
          <w:b w:val="0"/>
          <w:sz w:val="24"/>
        </w:rPr>
        <w:t>[Name of Member]</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[Signature of Member]</w:t>
      </w:r>
    </w:p>
    <w:p>
      <w:pPr>
        <w:keepNext w:val="0"/>
        <w:spacing w:before="120" w:after="0" w:line="260" w:lineRule="exact"/>
        <w:ind w:left="360" w:right="0" w:firstLine="0"/>
        <w:jc w:val="left"/>
      </w:pPr>
      <w:r>
        <w:rPr>
          <w:rFonts w:ascii="Times New Roman" w:hAnsi="Times New Roman" w:eastAsia="Times New Roman" w:cs="Times New Roman"/>
          <w:b w:val="0"/>
          <w:sz w:val="24"/>
        </w:rPr>
        <w:t>[Name of Member]</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