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Dissolution Public Notice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PUBLIC NOTICE OF DISSOLUTION OF [NAME OF PARTNERSHIP]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Public notice is hereby given that [names of all partners], doing business under the assumed name and style of [partnership name] (the "Partnership"), at [principal office address], City of [city], County of [county], State of Texas, did on the [date] day of [month], [year], dissolve the Partnership and terminate their relations as partners therein.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Said business in the future will be conducted by [names of appointed "liquidating partners"], who will pay and discharge all liabilities and debts of the Partnership and receive all monies payable to the partnership.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Further notice is hereby given that the undersigned will not be responsible, from this day on, for any, obligation incurred by the other(s) in [(his)(her)(their)] own names(s) or in the name of the Partnership.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 at [city], Texas, this [date] day of [month], [year].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Mail to: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[Signature of Partner]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partner]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[address of partner]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[address of partner]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[Signature of Partner]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partner]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[address of partner]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[address of partner]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