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DO NOT RESUSCITATE ORDER</w:t>
      </w:r>
    </w:p>
    <w:p>
      <w:pPr>
        <w:jc w:val="center"/>
      </w:pPr>
      <w:r>
        <w:rPr>
          <w:rFonts w:ascii="Times New Roman" w:hAnsi="Times New Roman" w:eastAsia="Times New Roman" w:cs="Times New Roman"/>
          <w:b/>
          <w:sz w:val="24"/>
        </w:rPr>
        <w:t>FOR</w:t>
      </w:r>
    </w:p>
    <w:p>
      <w:pPr>
        <w:jc w:val="center"/>
      </w:pPr>
      <w:r>
        <w:rPr>
          <w:rFonts w:ascii="Times New Roman" w:hAnsi="Times New Roman" w:eastAsia="Times New Roman" w:cs="Times New Roman"/>
          <w:sz w:val="24"/>
        </w:rPr>
        <w:t>_______________________</w:t>
      </w:r>
    </w:p>
    <w:p>
      <w:pPr>
        <w:jc w:val="center"/>
      </w:pPr>
    </w:p>
    <w:p>
      <w:pPr/>
    </w:p>
    <w:p>
      <w:pPr>
        <w:jc w:val="center"/>
      </w:pPr>
      <w:r>
        <w:rPr>
          <w:rFonts w:ascii="Times New Roman" w:hAnsi="Times New Roman" w:eastAsia="Times New Roman" w:cs="Times New Roman"/>
          <w:b/>
          <w:sz w:val="24"/>
        </w:rPr>
        <w:t>ATTENTION! DO NOT MAKE ANY ATTEMPT TO RESUSCITATE THIS PATIENT!</w:t>
      </w:r>
    </w:p>
    <w:p>
      <w:pPr/>
    </w:p>
    <w:p>
      <w:pPr/>
    </w:p>
    <w:p>
      <w:pPr/>
      <w:r>
        <w:rPr>
          <w:rFonts w:ascii="Times New Roman" w:hAnsi="Times New Roman" w:eastAsia="Times New Roman" w:cs="Times New Roman"/>
          <w:sz w:val="24"/>
        </w:rPr>
        <w:t>This document represents the official request, legal in the State of _______________________, to order all medical personnel to cease any attempt to resuscitate the Patient and allow a natural death. Section I, II, III, or IV must be completed along with Section V.</w:t>
      </w:r>
    </w:p>
    <w:p>
      <w:pPr/>
    </w:p>
    <w:p>
      <w:pPr/>
      <w:r>
        <w:rPr>
          <w:rFonts w:ascii="Times New Roman" w:hAnsi="Times New Roman" w:eastAsia="Times New Roman" w:cs="Times New Roman"/>
          <w:b/>
          <w:sz w:val="24"/>
        </w:rPr>
        <w:t>I. Patient Request</w:t>
      </w:r>
    </w:p>
    <w:p>
      <w:pPr/>
    </w:p>
    <w:p>
      <w:pPr/>
      <w:r>
        <w:rPr>
          <w:rFonts w:ascii="Times New Roman" w:hAnsi="Times New Roman" w:eastAsia="Times New Roman" w:cs="Times New Roman"/>
          <w:sz w:val="24"/>
        </w:rPr>
        <w:t xml:space="preserve">I, _______________________, the undersigned Patient, direct that resuscitative measures be withheld from me in the event of cardiopulmonary cessation. I have discussed this decision with my physician, and I understand the consequences of this decision. </w:t>
      </w:r>
    </w:p>
    <w:p>
      <w:pPr/>
    </w:p>
    <w:p>
      <w:pPr/>
      <w:r>
        <w:rPr>
          <w:rFonts w:ascii="Times New Roman" w:hAnsi="Times New Roman" w:eastAsia="Times New Roman" w:cs="Times New Roman"/>
          <w:sz w:val="24"/>
        </w:rPr>
        <w:t xml:space="preserve">Signature of Patient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b/>
          <w:sz w:val="24"/>
        </w:rPr>
        <w:t xml:space="preserve">Section II. Advance Directive/Living Will </w:t>
      </w:r>
    </w:p>
    <w:p>
      <w:pPr/>
    </w:p>
    <w:p>
      <w:pPr/>
      <w:r>
        <w:rPr>
          <w:rFonts w:ascii="Times New Roman" w:hAnsi="Times New Roman" w:eastAsia="Times New Roman" w:cs="Times New Roman"/>
          <w:sz w:val="24"/>
        </w:rPr>
        <w:t xml:space="preserve">I, _______________________, an Authorized Representative of _______________________ [Hospital/Medical Facility], hereby attest the Patient is no longer </w:t>
      </w:r>
      <w:r>
        <w:rPr>
          <w:rFonts w:ascii="Times New Roman" w:hAnsi="Times New Roman" w:eastAsia="Times New Roman" w:cs="Times New Roman"/>
          <w:sz w:val="24"/>
        </w:rPr>
        <w:t>competent or able to understand, appreciate, and direct their medical treatment with no hope of regaining that ability. Therefore, I agree to follow a duly executed Advance Directive/Living Will with health care instructions specifying that no life-sustaining treatment be provided was previously authorized by the Patient and has been made part of their medical record.</w:t>
      </w:r>
    </w:p>
    <w:p>
      <w:pPr/>
    </w:p>
    <w:p>
      <w:pPr/>
      <w:r>
        <w:rPr>
          <w:rFonts w:ascii="Times New Roman" w:hAnsi="Times New Roman" w:eastAsia="Times New Roman" w:cs="Times New Roman"/>
          <w:sz w:val="24"/>
        </w:rPr>
        <w:t xml:space="preserve">Signature of Representative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b/>
          <w:sz w:val="24"/>
        </w:rPr>
        <w:t xml:space="preserve">Section III. Medical Power of Attorney – Agent/Attorney-in-Fact Consent </w:t>
      </w:r>
    </w:p>
    <w:p>
      <w:pPr/>
    </w:p>
    <w:p>
      <w:pPr/>
      <w:r>
        <w:rPr>
          <w:rFonts w:ascii="Times New Roman" w:hAnsi="Times New Roman" w:eastAsia="Times New Roman" w:cs="Times New Roman"/>
          <w:sz w:val="24"/>
        </w:rPr>
        <w:t>I, _______________________, the Agent/Attorney-in-Fact for the Patient as designated by a duly executed Medical Power of Attorney or equivalent document reserve the right to make decisions regarding the providing, withholding, or withdrawal of life-sustaining treatment for the Patient. Therefore, I hereby direct that resuscitative measures be withheld from the Patient in the event of cardiopulmonary cessation. A copy of the Agent/Attorney-in-Fact designation (e.g. living will, power of attorney, advance directive, etc.) has been attached and made part of the Patient’s medical record.</w:t>
      </w:r>
    </w:p>
    <w:p>
      <w:pPr/>
    </w:p>
    <w:p>
      <w:pPr/>
      <w:r>
        <w:rPr>
          <w:rFonts w:ascii="Times New Roman" w:hAnsi="Times New Roman" w:eastAsia="Times New Roman" w:cs="Times New Roman"/>
          <w:sz w:val="24"/>
        </w:rPr>
        <w:t xml:space="preserve">Signature of Agent/Attorney-in-Fact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b/>
          <w:sz w:val="24"/>
        </w:rPr>
        <w:t xml:space="preserve">Section IV. Surrogate Consent </w:t>
      </w:r>
    </w:p>
    <w:p>
      <w:pPr/>
    </w:p>
    <w:p>
      <w:pPr/>
      <w:r>
        <w:rPr>
          <w:rFonts w:ascii="Times New Roman" w:hAnsi="Times New Roman" w:eastAsia="Times New Roman" w:cs="Times New Roman"/>
          <w:sz w:val="24"/>
        </w:rPr>
        <w:t>I, _______________________, the Surrogate certified to make decisions in consultation with the attending physician, regarding the providing, withholding, withdrawal of life-sustaining treatment for the Patient. After consultation with the attending physician, I hereby direct that resuscitative measures be withheld from the Patient in the event of cardiopulmonary cessation. I believe that this decision conforms as closely as possible to what the Patient would have wanted. I make this decision in good faith and without consideration of the financial benefit or burden which may accrue to me or to the health care provider as a result of this decision. A copy of the Health Care Surrogate Designation has been attached and made part of the Patient’s Medical Record.</w:t>
      </w:r>
    </w:p>
    <w:p>
      <w:pPr/>
    </w:p>
    <w:p>
      <w:pPr/>
      <w:r>
        <w:rPr>
          <w:rFonts w:ascii="Times New Roman" w:hAnsi="Times New Roman" w:eastAsia="Times New Roman" w:cs="Times New Roman"/>
          <w:sz w:val="24"/>
        </w:rPr>
        <w:t xml:space="preserve">Signature of Surrogate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b/>
          <w:sz w:val="24"/>
        </w:rPr>
        <w:t>V. *Physician Authorization</w:t>
      </w:r>
    </w:p>
    <w:p>
      <w:pPr/>
    </w:p>
    <w:p>
      <w:pPr/>
      <w:r>
        <w:rPr>
          <w:rFonts w:ascii="Times New Roman" w:hAnsi="Times New Roman" w:eastAsia="Times New Roman" w:cs="Times New Roman"/>
          <w:sz w:val="24"/>
        </w:rPr>
        <w:t>Based on the aforementioned information, I hereby direct any and all medical personnel, emergency responders, and paramedical personnel to withhold resuscitative measures i.e. cardiopulmonary resuscitation, chest compression, endotracheal intubation and other advanced airway management, artificial ventilation, cardiac resuscitative mediations, and cardiac defibrillation, in the event of cardiopulmonary cessation in the Patient.</w:t>
      </w:r>
    </w:p>
    <w:p>
      <w:pPr/>
    </w:p>
    <w:p>
      <w:pPr/>
      <w:r>
        <w:rPr>
          <w:rFonts w:ascii="Times New Roman" w:hAnsi="Times New Roman" w:eastAsia="Times New Roman" w:cs="Times New Roman"/>
          <w:sz w:val="24"/>
        </w:rPr>
        <w:t>I further direct the implementation of all reasonable comfort care such as oxygen, suction, control of bleeding, administration of pain medication by personnel so authorized, and other therapies to provide comfort and alleviate suffering by the Patient; and to provide support to the Patient, family members, friends, and others present.</w:t>
      </w:r>
    </w:p>
    <w:p>
      <w:pPr/>
    </w:p>
    <w:p>
      <w:pPr/>
      <w:r>
        <w:rPr>
          <w:rFonts w:ascii="Times New Roman" w:hAnsi="Times New Roman" w:eastAsia="Times New Roman" w:cs="Times New Roman"/>
          <w:sz w:val="24"/>
        </w:rPr>
        <w:t xml:space="preserve">Signature of Physician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p>
      <w:pPr/>
    </w:p>
    <w:p>
      <w:pPr/>
      <w:r>
        <w:rPr>
          <w:rFonts w:ascii="Times New Roman" w:hAnsi="Times New Roman" w:eastAsia="Times New Roman" w:cs="Times New Roman"/>
          <w:sz w:val="24"/>
        </w:rPr>
        <w:t xml:space="preserve">*Physician’s authorization is required in all 50 States </w:t>
      </w:r>
      <w:r>
        <w:rPr>
          <w:rFonts w:ascii="Times New Roman" w:hAnsi="Times New Roman" w:eastAsia="Times New Roman" w:cs="Times New Roman"/>
          <w:sz w:val="24"/>
        </w:rPr>
        <w:t>except</w:t>
      </w:r>
      <w:r>
        <w:rPr>
          <w:rFonts w:ascii="Times New Roman" w:hAnsi="Times New Roman" w:eastAsia="Times New Roman" w:cs="Times New Roman"/>
          <w:sz w:val="24"/>
        </w:rPr>
        <w:t xml:space="preserve"> Kentucky.</w:t>
      </w:r>
    </w:p>
    <w:p>
      <w:pPr/>
    </w:p>
    <w:p>
      <w:pPr/>
      <w:r>
        <w:rPr>
          <w:rFonts w:ascii="Times New Roman" w:hAnsi="Times New Roman" w:eastAsia="Times New Roman" w:cs="Times New Roman"/>
          <w:b/>
          <w:sz w:val="24"/>
        </w:rPr>
        <w:t>VI. *Witness(es) and/or Notary Public</w:t>
      </w:r>
    </w:p>
    <w:p>
      <w:pPr/>
    </w:p>
    <w:p>
      <w:pPr/>
      <w:r>
        <w:rPr>
          <w:rFonts w:ascii="Times New Roman" w:hAnsi="Times New Roman" w:eastAsia="Times New Roman" w:cs="Times New Roman"/>
          <w:sz w:val="24"/>
        </w:rPr>
        <w:t>I/We, the undersigned Witness(es), declare that all signing parties to this document were of sound mind, and under no duress, fraud, or undue influence. In addition, I hereby attest to have witnessed their signatures and have no monetary gain from the authorization of this form, including but not limited to, being made part of the Patient’s estate or of a relative that is part of the Patient’s estate.</w:t>
      </w:r>
    </w:p>
    <w:p>
      <w:pPr/>
    </w:p>
    <w:p>
      <w:pPr/>
      <w:r>
        <w:rPr>
          <w:rFonts w:ascii="Times New Roman" w:hAnsi="Times New Roman" w:eastAsia="Times New Roman" w:cs="Times New Roman"/>
          <w:sz w:val="24"/>
        </w:rPr>
        <w:t xml:space="preserve">Signature of Witness #1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p>
      <w:pPr/>
    </w:p>
    <w:p>
      <w:pPr/>
      <w:r>
        <w:rPr>
          <w:rFonts w:ascii="Times New Roman" w:hAnsi="Times New Roman" w:eastAsia="Times New Roman" w:cs="Times New Roman"/>
          <w:sz w:val="24"/>
        </w:rPr>
        <w:t xml:space="preserve">Signature of Witness #2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Print Name _______________________</w:t>
      </w:r>
    </w:p>
    <w:p>
      <w:pPr/>
    </w:p>
    <w:p>
      <w:pPr/>
      <w:r>
        <w:rPr>
          <w:rFonts w:ascii="Times New Roman" w:hAnsi="Times New Roman" w:eastAsia="Times New Roman" w:cs="Times New Roman"/>
          <w:sz w:val="24"/>
        </w:rPr>
        <w:t xml:space="preserve">- - - - - - - - - - - - - - - - - - - - - - - - - - - - - - - - - - - - - - - - - - - - - - - - - - - - - - - - - - - - - - - - </w:t>
      </w:r>
    </w:p>
    <w:p>
      <w:pPr/>
    </w:p>
    <w:p>
      <w:pPr/>
      <w:r>
        <w:rPr>
          <w:rFonts w:ascii="Times New Roman" w:hAnsi="Times New Roman" w:eastAsia="Times New Roman" w:cs="Times New Roman"/>
          <w:sz w:val="24"/>
        </w:rPr>
        <w:t>Notary Acknowledgment</w:t>
      </w:r>
    </w:p>
    <w:p>
      <w:pPr/>
    </w:p>
    <w:p>
      <w:pPr>
        <w:spacing w:before="0" w:after="225"/>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_______________________</w:t>
      </w:r>
    </w:p>
    <w:p>
      <w:pPr>
        <w:spacing w:before="0" w:after="225"/>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_______________________</w:t>
      </w:r>
    </w:p>
    <w:p>
      <w:pPr>
        <w:spacing w:before="0" w:after="225" w:line="480" w:lineRule="auto"/>
      </w:pPr>
      <w:r>
        <w:rPr>
          <w:rFonts w:ascii="Times New Roman" w:hAnsi="Times New Roman" w:eastAsia="Times New Roman" w:cs="Times New Roman"/>
          <w:sz w:val="24"/>
        </w:rPr>
        <w:t xml:space="preserve">The foregoing instrument was acknowledged before me this ____ day of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20____, by </w:t>
      </w:r>
      <w:r>
        <w:rPr>
          <w:rFonts w:ascii="Times New Roman" w:hAnsi="Times New Roman" w:eastAsia="Times New Roman" w:cs="Times New Roman"/>
          <w:sz w:val="24"/>
        </w:rPr>
        <w:t>_______________________</w:t>
      </w:r>
      <w:r>
        <w:rPr>
          <w:rFonts w:ascii="Times New Roman" w:hAnsi="Times New Roman" w:eastAsia="Times New Roman" w:cs="Times New Roman"/>
          <w:sz w:val="24"/>
        </w:rPr>
        <w:t xml:space="preserve"> (name of person acknowledged).</w:t>
      </w:r>
    </w:p>
    <w:p>
      <w:pPr>
        <w:spacing w:before="0" w:after="225"/>
      </w:pPr>
      <w:r>
        <w:rPr>
          <w:rFonts w:ascii="Times New Roman" w:hAnsi="Times New Roman" w:eastAsia="Times New Roman" w:cs="Times New Roman"/>
          <w:sz w:val="24"/>
        </w:rPr>
        <w:t>_______________________________________</w:t>
      </w:r>
      <w:r>
        <w:rPr>
          <w:rFonts w:ascii="Times New Roman" w:hAnsi="Times New Roman" w:eastAsia="Times New Roman" w:cs="Times New Roman"/>
          <w:sz w:val="24"/>
        </w:rPr>
        <w:t xml:space="preserve"> </w:t>
      </w:r>
    </w:p>
    <w:p>
      <w:pPr>
        <w:spacing w:before="0" w:after="225"/>
      </w:pPr>
      <w:r>
        <w:rPr>
          <w:rFonts w:ascii="Times New Roman" w:hAnsi="Times New Roman" w:eastAsia="Times New Roman" w:cs="Times New Roman"/>
          <w:sz w:val="24"/>
        </w:rPr>
        <w:t>(Signature of Person Taking Acknowledgment)</w:t>
      </w:r>
    </w:p>
    <w:p>
      <w:pPr>
        <w:spacing w:before="0" w:after="225"/>
      </w:pPr>
      <w:r>
        <w:rPr>
          <w:rFonts w:ascii="Times New Roman" w:hAnsi="Times New Roman" w:eastAsia="Times New Roman" w:cs="Times New Roman"/>
          <w:sz w:val="24"/>
        </w:rPr>
        <w:t>(Title or Rank): _________________</w:t>
      </w:r>
    </w:p>
    <w:p>
      <w:pPr>
        <w:spacing w:before="0" w:after="225"/>
      </w:pPr>
      <w:r>
        <w:rPr>
          <w:rFonts w:ascii="Times New Roman" w:hAnsi="Times New Roman" w:eastAsia="Times New Roman" w:cs="Times New Roman"/>
          <w:sz w:val="24"/>
        </w:rPr>
        <w:t>(Serial Number, if any): _________________</w:t>
      </w:r>
    </w:p>
    <w:p>
      <w:pPr/>
    </w:p>
    <w:p>
      <w:pPr/>
      <w:r>
        <w:rPr>
          <w:rFonts w:ascii="Times New Roman" w:hAnsi="Times New Roman" w:eastAsia="Times New Roman" w:cs="Times New Roman"/>
          <w:sz w:val="24"/>
        </w:rPr>
        <w:t xml:space="preserve">*The following States have additional signature requirements (alphabetical): </w:t>
      </w:r>
      <w:r>
        <w:rPr>
          <w:rFonts w:ascii="Times New Roman" w:hAnsi="Times New Roman" w:eastAsia="Times New Roman" w:cs="Times New Roman"/>
          <w:b/>
          <w:sz w:val="24"/>
        </w:rPr>
        <w:t>Arizona</w:t>
      </w:r>
      <w:r>
        <w:rPr>
          <w:rFonts w:ascii="Times New Roman" w:hAnsi="Times New Roman" w:eastAsia="Times New Roman" w:cs="Times New Roman"/>
          <w:sz w:val="24"/>
        </w:rPr>
        <w:t xml:space="preserve"> (one (1) additional witness), </w:t>
      </w:r>
      <w:r>
        <w:rPr>
          <w:rFonts w:ascii="Times New Roman" w:hAnsi="Times New Roman" w:eastAsia="Times New Roman" w:cs="Times New Roman"/>
          <w:b/>
          <w:sz w:val="24"/>
        </w:rPr>
        <w:t>Illinois</w:t>
      </w:r>
      <w:r>
        <w:rPr>
          <w:rFonts w:ascii="Times New Roman" w:hAnsi="Times New Roman" w:eastAsia="Times New Roman" w:cs="Times New Roman"/>
          <w:sz w:val="24"/>
        </w:rPr>
        <w:t xml:space="preserve"> (one (1) additional witness), </w:t>
      </w:r>
      <w:r>
        <w:rPr>
          <w:rFonts w:ascii="Times New Roman" w:hAnsi="Times New Roman" w:eastAsia="Times New Roman" w:cs="Times New Roman"/>
          <w:b/>
          <w:sz w:val="24"/>
        </w:rPr>
        <w:t>Indiana</w:t>
      </w:r>
      <w:r>
        <w:rPr>
          <w:rFonts w:ascii="Times New Roman" w:hAnsi="Times New Roman" w:eastAsia="Times New Roman" w:cs="Times New Roman"/>
          <w:sz w:val="24"/>
        </w:rPr>
        <w:t xml:space="preserve"> (two (2) additional witnesses), </w:t>
      </w:r>
      <w:r>
        <w:rPr>
          <w:rFonts w:ascii="Times New Roman" w:hAnsi="Times New Roman" w:eastAsia="Times New Roman" w:cs="Times New Roman"/>
          <w:b/>
          <w:sz w:val="24"/>
        </w:rPr>
        <w:t>Kansas</w:t>
      </w:r>
      <w:r>
        <w:rPr>
          <w:rFonts w:ascii="Times New Roman" w:hAnsi="Times New Roman" w:eastAsia="Times New Roman" w:cs="Times New Roman"/>
          <w:sz w:val="24"/>
        </w:rPr>
        <w:t xml:space="preserve"> (one (1) additional witness), </w:t>
      </w:r>
      <w:r>
        <w:rPr>
          <w:rFonts w:ascii="Times New Roman" w:hAnsi="Times New Roman" w:eastAsia="Times New Roman" w:cs="Times New Roman"/>
          <w:b/>
          <w:sz w:val="24"/>
        </w:rPr>
        <w:t>Kentucky</w:t>
      </w:r>
      <w:r>
        <w:rPr>
          <w:rFonts w:ascii="Times New Roman" w:hAnsi="Times New Roman" w:eastAsia="Times New Roman" w:cs="Times New Roman"/>
          <w:sz w:val="24"/>
        </w:rPr>
        <w:t xml:space="preserve"> (two (2) additional witnesses or a notary public), </w:t>
      </w:r>
      <w:r>
        <w:rPr>
          <w:rFonts w:ascii="Times New Roman" w:hAnsi="Times New Roman" w:eastAsia="Times New Roman" w:cs="Times New Roman"/>
          <w:b/>
          <w:sz w:val="24"/>
        </w:rPr>
        <w:t>Nebraska</w:t>
      </w:r>
      <w:r>
        <w:rPr>
          <w:rFonts w:ascii="Times New Roman" w:hAnsi="Times New Roman" w:eastAsia="Times New Roman" w:cs="Times New Roman"/>
          <w:sz w:val="24"/>
        </w:rPr>
        <w:t xml:space="preserve"> (one (1) additional witness), </w:t>
      </w:r>
      <w:r>
        <w:rPr>
          <w:rFonts w:ascii="Times New Roman" w:hAnsi="Times New Roman" w:eastAsia="Times New Roman" w:cs="Times New Roman"/>
          <w:b/>
          <w:sz w:val="24"/>
        </w:rPr>
        <w:t>Oklahoma</w:t>
      </w:r>
      <w:r>
        <w:rPr>
          <w:rFonts w:ascii="Times New Roman" w:hAnsi="Times New Roman" w:eastAsia="Times New Roman" w:cs="Times New Roman"/>
          <w:sz w:val="24"/>
        </w:rPr>
        <w:t xml:space="preserve"> (two (2) additional witnesses), and </w:t>
      </w:r>
      <w:r>
        <w:rPr>
          <w:rFonts w:ascii="Times New Roman" w:hAnsi="Times New Roman" w:eastAsia="Times New Roman" w:cs="Times New Roman"/>
          <w:b/>
          <w:sz w:val="24"/>
        </w:rPr>
        <w:t>Texas</w:t>
      </w:r>
      <w:r>
        <w:rPr>
          <w:rFonts w:ascii="Times New Roman" w:hAnsi="Times New Roman" w:eastAsia="Times New Roman" w:cs="Times New Roman"/>
          <w:sz w:val="24"/>
        </w:rPr>
        <w:t xml:space="preserve"> (two (2) additional witnesses or a second (2</w:t>
      </w:r>
      <w:r>
        <w:rPr>
          <w:rFonts w:ascii="Times New Roman" w:hAnsi="Times New Roman" w:eastAsia="Times New Roman" w:cs="Times New Roman"/>
          <w:sz w:val="24"/>
        </w:rPr>
        <w:t>nd</w:t>
      </w:r>
      <w:r>
        <w:rPr>
          <w:rFonts w:ascii="Times New Roman" w:hAnsi="Times New Roman" w:eastAsia="Times New Roman" w:cs="Times New Roman"/>
          <w:sz w:val="24"/>
        </w:rPr>
        <w:t xml:space="preserve">) physician)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