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and title, if known,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 [Title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court] [title of suit and docket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you to preserve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such as Word documents, spreadsheets, presentations,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Documents</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Voice messages </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agreeing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