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 THE [NAME OF COURT]</w:t>
      </w:r>
    </w:p>
    <w:p>
      <w:pPr/>
    </w:p>
    <w:p>
      <w:pPr/>
      <w:r>
        <w:rPr>
          <w:rFonts w:ascii="Times New Roman" w:hAnsi="Times New Roman" w:eastAsia="Times New Roman" w:cs="Times New Roman"/>
          <w:sz w:val="24"/>
        </w:rPr>
        <w:t xml:space="preserve">NOTICE IS HEREBY GIVEN that pursuant to </w:t>
      </w:r>
      <w:r>
        <w:rPr>
          <w:rFonts w:ascii="Times New Roman" w:hAnsi="Times New Roman" w:eastAsia="Times New Roman" w:cs="Times New Roman"/>
          <w:sz w:val="24"/>
        </w:rPr>
        <w:t>[</w:t>
      </w:r>
      <w:r>
        <w:rPr>
          <w:rFonts w:ascii="Times New Roman" w:hAnsi="Times New Roman" w:eastAsia="Times New Roman" w:cs="Times New Roman"/>
          <w:sz w:val="24"/>
        </w:rPr>
        <w:t xml:space="preserve">the law supporting the interrogatory request (e.g., Rule 34 of the Federal Rules of Civil Procedure)], Plaintiff [Plaintiff's name], by and through its attorneys, [Name of counsel], requests that Defendant [individual defendant's name] respond to the respective requests for production listed below. A written response to this demand and all requested documents must be produced within [time limit for individual defendant's response] days after service thereof in writing and under oath to counsel for Plaintiff at [Plaintiff's counsel's address]. These Requests for Production and the terms used herein shall be construed to require the fullest and most complete response permitted by the </w:t>
      </w:r>
      <w:r>
        <w:rPr>
          <w:rFonts w:ascii="Times New Roman" w:hAnsi="Times New Roman" w:eastAsia="Times New Roman" w:cs="Times New Roman"/>
          <w:sz w:val="24"/>
        </w:rPr>
        <w:t>[</w:t>
      </w:r>
      <w:r>
        <w:rPr>
          <w:rFonts w:ascii="Times New Roman" w:hAnsi="Times New Roman" w:eastAsia="Times New Roman" w:cs="Times New Roman"/>
          <w:sz w:val="24"/>
        </w:rPr>
        <w:t>the rules supporting the interrogatory request (e.g., Federal Rules of Civil Procedure, the Local Rules of the United States District Court for the [district] District of [state])], and any applicable rules of this Court. Plaintiff reserves the right to serve supplemental discovery requests at a later date.</w:t>
      </w:r>
    </w:p>
    <w:p>
      <w:pPr/>
      <w:r>
        <w:rPr>
          <w:rFonts w:ascii="Times New Roman" w:hAnsi="Times New Roman" w:eastAsia="Times New Roman" w:cs="Times New Roman"/>
          <w:sz w:val="24"/>
        </w:rPr>
        <w:t>INSTRUCTIONS AND DEFINITIONS</w:t>
      </w:r>
    </w:p>
    <w:p>
      <w:pPr/>
      <w:r>
        <w:rPr>
          <w:rFonts w:ascii="Times New Roman" w:hAnsi="Times New Roman" w:eastAsia="Times New Roman" w:cs="Times New Roman"/>
          <w:sz w:val="24"/>
        </w:rPr>
        <w:t>As used herein, "ANSWER" shall mean and refer to the Answer to [name of plaintiff's pleading] filed with the Court on [date].</w:t>
      </w:r>
    </w:p>
    <w:p>
      <w:pPr/>
      <w:r>
        <w:rPr>
          <w:rFonts w:ascii="Times New Roman" w:hAnsi="Times New Roman" w:eastAsia="Times New Roman" w:cs="Times New Roman"/>
          <w:sz w:val="24"/>
        </w:rPr>
        <w:t>As used herein, "COMMUNICATIONS" shall mean any exchange or transfer of information whether written, oral, graphic, electronic, or in any other form, including metadata.</w:t>
      </w:r>
    </w:p>
    <w:p>
      <w:pPr/>
      <w:r>
        <w:rPr>
          <w:rFonts w:ascii="Times New Roman" w:hAnsi="Times New Roman" w:eastAsia="Times New Roman" w:cs="Times New Roman"/>
          <w:sz w:val="24"/>
        </w:rPr>
        <w:t>As used herein, "COMPLAINT" shall mean and refer to Plaintiff's Complaint filed in [caption of the case] on [date].</w:t>
      </w:r>
    </w:p>
    <w:p>
      <w:pPr/>
      <w:r>
        <w:rPr>
          <w:rFonts w:ascii="Times New Roman" w:hAnsi="Times New Roman" w:eastAsia="Times New Roman" w:cs="Times New Roman"/>
          <w:sz w:val="24"/>
        </w:rPr>
        <w:t>As used herein, "CONCERNING" shall mean consisting of, referring to, reflecting of, regarding, relating to, or in any way logically or factually connected with the matter, information, or document discussed or requested, whether directly or indirectly.</w:t>
      </w:r>
    </w:p>
    <w:p>
      <w:pPr/>
      <w:r>
        <w:rPr>
          <w:rFonts w:ascii="Times New Roman" w:hAnsi="Times New Roman" w:eastAsia="Times New Roman" w:cs="Times New Roman"/>
          <w:sz w:val="24"/>
        </w:rPr>
        <w:t xml:space="preserve">As used herein, the term "CONFIDENTIAL or TRADE SECRET INFORMATION" shall mean any information relating to the business, conduct, or operations of Plaintiff or any of its respective clients, customers, suppliers, business partners, service providers, consultants, or licensees; any methods or ways of doing business, including those used in the sale, use, or marketing of the Plaintiff's products or services; Plaintiff's product lines, customers, customer lists or customer information, sales or dealer networks, vendors, distribution channels, pricing and purchasing information or policies, pricing methods, and non-public catalog or website information; any product specifications, trade secrets, price and discounts lists, suppliers, supplier lists, personnel data, business and marketing plans, ideas or strategies, </w:t>
      </w:r>
      <w:r>
        <w:rPr>
          <w:rFonts w:ascii="Times New Roman" w:hAnsi="Times New Roman" w:eastAsia="Times New Roman" w:cs="Times New Roman"/>
          <w:sz w:val="24"/>
        </w:rPr>
        <w:t>financial condition, performance and projections and cost data, historical customer data, and all other information that by its nature should be reasonably considered as being confidential to the Plaintiff.</w:t>
      </w:r>
    </w:p>
    <w:p>
      <w:pPr/>
      <w:r>
        <w:rPr>
          <w:rFonts w:ascii="Times New Roman" w:hAnsi="Times New Roman" w:eastAsia="Times New Roman" w:cs="Times New Roman"/>
          <w:sz w:val="24"/>
        </w:rPr>
        <w:t>As used herein, "DEFENDANT," "YOU," or "YOUR" shall mean and refer to individual Defendant [individual defendant's name], and [his / her] attorneys, agents, representatives, and any and all other persons and/or entities acting on behalf of [him / her].</w:t>
      </w:r>
    </w:p>
    <w:p>
      <w:pPr/>
      <w:r>
        <w:rPr>
          <w:rFonts w:ascii="Times New Roman" w:hAnsi="Times New Roman" w:eastAsia="Times New Roman" w:cs="Times New Roman"/>
          <w:sz w:val="24"/>
        </w:rPr>
        <w:t>As used herein, the term "DOCUMENTS" includes originals, drafts, or copies, wherever located, and shall include, but not be limited to, all handwritten, printed, graphic, typed, electronically recorded, sound recorded, or computer readable materials, or other recorded or graphic matter of every type and description, however and by whomever prepared, produced, reproduced, assimilated or made, in any form which is or was in your actual or constructive possession, custody, or control. Further, the term "DOCUMENTS" shall include, but not be limited to, any and all records, filed writings, letters, minutes, correspondence, electronic mail or e-mail, text or SMS messages, chats or other instant messages (such as iMessage, WhatsApp, Skype, Facebook Messenger, WeChat, Snapchat, Slack, etc.) advertisements, mailgrams, telegrams, bulletins, instructions, resolutions, charts, literature, work assignments, reports, sales brochures, memoranda, notations of telephone or personal conversations or conferences, transcripts, contracts, agreements, canceled checks, interoffice microfilm, circulars, pamphlets, studies, notices, summaries, reports, books, invoices, graphs, diagrams, photographs, data sheets, data compilations, computer data sheets, computer data compilations, work sheets, records, statistics, speeches, and other writings, tapes, sound records, data compilations from which information can be obtained or can be translated through detection devices into reasonably usable form, or other tangible thing. The term "DOCUMENTS" shall also mean each copy which is not identical to the original or to any other identified copy, and all drafts and notes (whether typed, handwritten, or otherwise) made or prepared in connection with such documents, whether used or not.</w:t>
      </w:r>
    </w:p>
    <w:p>
      <w:pPr/>
      <w:r>
        <w:rPr>
          <w:rFonts w:ascii="Times New Roman" w:hAnsi="Times New Roman" w:eastAsia="Times New Roman" w:cs="Times New Roman"/>
          <w:sz w:val="24"/>
        </w:rPr>
        <w:t>As used herein, "INTELLECTUAL PROPERTY" shall mean information that may qualify for U.S. or international patent, copyright, trademark and trade secret protection, as well as know-how.</w:t>
      </w:r>
    </w:p>
    <w:p>
      <w:pPr/>
      <w:r>
        <w:rPr>
          <w:rFonts w:ascii="Times New Roman" w:hAnsi="Times New Roman" w:eastAsia="Times New Roman" w:cs="Times New Roman"/>
          <w:sz w:val="24"/>
        </w:rPr>
        <w:t>As used herein, "PLAINTIFF" shall mean Plaintiff [plaintiff's company name] and its attorneys, agents, representatives, and any and all other persons and/or entities acting on behalf of Plaintiff.</w:t>
      </w:r>
    </w:p>
    <w:p>
      <w:pPr/>
      <w:r>
        <w:rPr>
          <w:rFonts w:ascii="Times New Roman" w:hAnsi="Times New Roman" w:eastAsia="Times New Roman" w:cs="Times New Roman"/>
          <w:sz w:val="24"/>
        </w:rPr>
        <w:t xml:space="preserve">In construing the Requests, (i) the terms "and" as well as "or" shall be construed either disjunctively or conjunctively, and references shall be construed either as singular or plural as necessary to bring within the scope of the Requests all DOCUMENTS that might otherwise be construed to be outside their scope; (ii) the terms "include" and "including" shall be construed to mean "without limitation" so as to be as inclusive as possible; (iii) the singular and masculine form of a noun or pronoun shall embrace, and shall be read and applied as the particular context makes appropriate; (iv) the past tense and present tense shall be construed as interchangeable so as to be as inclusive as possible; (v) the term "person" </w:t>
      </w:r>
      <w:r>
        <w:rPr>
          <w:rFonts w:ascii="Times New Roman" w:hAnsi="Times New Roman" w:eastAsia="Times New Roman" w:cs="Times New Roman"/>
          <w:sz w:val="24"/>
        </w:rPr>
        <w:t>shall mean or refer to natural persons as well as business entities of all sorts, including partnerships, proprietorships, joint ventures, corporations, government agencies, and unincorporated associations; and (vi) the terms "all" as well as "any" shall be construed either disjunctively or conjunctively so as to bring within the scope of the Requests all DOCUMENTS that might otherwise be construed to be outside their scope.</w:t>
      </w:r>
    </w:p>
    <w:p>
      <w:pPr/>
      <w:r>
        <w:rPr>
          <w:rFonts w:ascii="Times New Roman" w:hAnsi="Times New Roman" w:eastAsia="Times New Roman" w:cs="Times New Roman"/>
          <w:sz w:val="24"/>
        </w:rPr>
        <w:t>"IDENTIFY" when used in reference to a natural person means to state his or her full name, present residential address and home telephone number, present business address and business telephone number, or if the above are not known, such information as was last known, and his or her residential address, home telephone number, business title, business affiliation, business address, and business telephone number at the time in question. When used in reference to a document, "IDENTIFY" means to state the type of document (e.g., letter, memorandum, contract, telegram, etc.) or some other means of identifying it, its date, the general subject matter of the document with sufficient particularity so as to enable such document to be precisely identified, its author or authors, addressee or addressees, and its present location or custodian. When used in reference to an act, occurrence, transaction, decision, statement, communication, or conduct (hereinafter collectively referred to as "act"), "IDENTIFY" means to describe in substance the event or events constituting such act or what transpired, the place and date thereof, and to identify the persons present, the persons involved, and the documents referring or relating thereto.</w:t>
      </w:r>
    </w:p>
    <w:p>
      <w:pPr/>
      <w:r>
        <w:rPr>
          <w:rFonts w:ascii="Times New Roman" w:hAnsi="Times New Roman" w:eastAsia="Times New Roman" w:cs="Times New Roman"/>
          <w:sz w:val="24"/>
        </w:rPr>
        <w:t>Unless otherwise indicated, the Requests cover the period of [date] to the Present.</w:t>
      </w:r>
    </w:p>
    <w:p>
      <w:pPr/>
      <w:r>
        <w:rPr>
          <w:rFonts w:ascii="Times New Roman" w:hAnsi="Times New Roman" w:eastAsia="Times New Roman" w:cs="Times New Roman"/>
          <w:sz w:val="24"/>
        </w:rPr>
        <w:t>These Requests require that YOU produce all DOCUMENTS that are in YOUR actual or constructive possession, custody, or control, including, without limitation, those DOCUMENTS in the possession, custody, or control of YOUR attorneys, investigators, agents, or other persons and/or entities acting on YOUR behalf. If any DOCUMENT is claimed to not be in YOUR possession or control, state the reasons for the lack of possession or control, the date such DOCUMENT was last possessed, and the present location and custodian of the DOCUMENT.</w:t>
      </w:r>
    </w:p>
    <w:p>
      <w:pPr/>
      <w:r>
        <w:rPr>
          <w:rFonts w:ascii="Times New Roman" w:hAnsi="Times New Roman" w:eastAsia="Times New Roman" w:cs="Times New Roman"/>
          <w:sz w:val="24"/>
        </w:rPr>
        <w:t>If any DOCUMENT requested herein has been lost or destroyed, identify said DOCUMENT; state its present or last known location; describe when, where, how, why, and by whom said DOCUMENT was lost or destroyed; state the name and address of the person who last had custody thereof; and state the names and addresses of all persons with knowledge of the contents of the DOCUMENT.</w:t>
      </w:r>
    </w:p>
    <w:p>
      <w:pPr/>
      <w:r>
        <w:rPr>
          <w:rFonts w:ascii="Times New Roman" w:hAnsi="Times New Roman" w:eastAsia="Times New Roman" w:cs="Times New Roman"/>
          <w:sz w:val="24"/>
        </w:rPr>
        <w:t>These Requests do not call for information that is protected by the attorney client privilege or the attorney work product doctrine.</w:t>
      </w:r>
    </w:p>
    <w:p>
      <w:pPr/>
      <w:r>
        <w:rPr>
          <w:rFonts w:ascii="Times New Roman" w:hAnsi="Times New Roman" w:eastAsia="Times New Roman" w:cs="Times New Roman"/>
          <w:sz w:val="24"/>
        </w:rPr>
        <w:t>If YOU represent that YOU are unable to comply with a particular request, YOU must affirm that a diligent search and a reasonable inquiry has been made in an effort to comply with that request. This statement shall also specify the reason for YOUR inability to comply.</w:t>
      </w:r>
    </w:p>
    <w:p>
      <w:pPr/>
      <w:r>
        <w:rPr>
          <w:rFonts w:ascii="Times New Roman" w:hAnsi="Times New Roman" w:eastAsia="Times New Roman" w:cs="Times New Roman"/>
          <w:sz w:val="24"/>
        </w:rPr>
        <w:t>These Requests shall be deemed continuing so as to require supplemental responses if YOU learn of additional responsive information between the time of initial responses and the time of trial.</w:t>
      </w:r>
    </w:p>
    <w:p>
      <w:pPr/>
      <w:r>
        <w:rPr>
          <w:rFonts w:ascii="Times New Roman" w:hAnsi="Times New Roman" w:eastAsia="Times New Roman" w:cs="Times New Roman"/>
          <w:sz w:val="24"/>
        </w:rPr>
        <w:t>Each of the Requests should be responded to separately. Any DOCUMENT responsive to any request should be identified as being responsive to the specific request involved. If the same DOCUMENT is responsive to more than one request, all requests to which it is responsive should be identified.</w:t>
      </w:r>
    </w:p>
    <w:p>
      <w:pPr/>
      <w:r>
        <w:rPr>
          <w:rFonts w:ascii="Times New Roman" w:hAnsi="Times New Roman" w:eastAsia="Times New Roman" w:cs="Times New Roman"/>
          <w:sz w:val="24"/>
        </w:rPr>
        <w:t>All DOCUMENTS are to be produced as they are kept in the usual course of business so that Plaintiff can ascertain the files in which the DOCUMENTS are located, their relative order in such files, and how such files are maintained.</w:t>
      </w:r>
    </w:p>
    <w:p>
      <w:pPr>
        <w:jc w:val="center"/>
      </w:pPr>
      <w:r>
        <w:rPr>
          <w:rFonts w:ascii="Times New Roman" w:hAnsi="Times New Roman" w:eastAsia="Times New Roman" w:cs="Times New Roman"/>
          <w:b/>
          <w:sz w:val="24"/>
        </w:rPr>
        <w:t>REQUESTS FOR PRODUCTION</w:t>
      </w:r>
    </w:p>
    <w:p>
      <w:pPr/>
      <w:r>
        <w:rPr>
          <w:rFonts w:ascii="Times New Roman" w:hAnsi="Times New Roman" w:eastAsia="Times New Roman" w:cs="Times New Roman"/>
          <w:sz w:val="24"/>
        </w:rPr>
        <w:t>MISAPPROPRIATION OF TRADE SECRET</w:t>
      </w:r>
      <w:r>
        <w:rPr>
          <w:rFonts w:ascii="Times New Roman" w:hAnsi="Times New Roman" w:eastAsia="Times New Roman" w:cs="Times New Roman"/>
          <w:sz w:val="24"/>
        </w:rPr>
        <w:br/>
        <w:t>REQUESTS FOR PRODUCTION</w:t>
      </w:r>
    </w:p>
    <w:p>
      <w:pPr/>
      <w:r>
        <w:rPr>
          <w:rFonts w:ascii="Times New Roman" w:hAnsi="Times New Roman" w:eastAsia="Times New Roman" w:cs="Times New Roman"/>
          <w:sz w:val="24"/>
        </w:rPr>
        <w:t>All DOCUMENTS and statements CONCERNING the allegations in the COMPLAINT.</w:t>
      </w:r>
    </w:p>
    <w:p>
      <w:pPr/>
      <w:r>
        <w:rPr>
          <w:rFonts w:ascii="Times New Roman" w:hAnsi="Times New Roman" w:eastAsia="Times New Roman" w:cs="Times New Roman"/>
          <w:sz w:val="24"/>
        </w:rPr>
        <w:t>Any actual, potential, or draft employment agreements or any other agreement or contract that includes any form of restrictive covenant or provision addressing any term or condition of employment between YOU and Plaintiff.</w:t>
      </w:r>
    </w:p>
    <w:p>
      <w:pPr/>
      <w:r>
        <w:rPr>
          <w:rFonts w:ascii="Times New Roman" w:hAnsi="Times New Roman" w:eastAsia="Times New Roman" w:cs="Times New Roman"/>
          <w:sz w:val="24"/>
        </w:rPr>
        <w:t>Any actual, potential, or draft employment agreements or any other agreement or contract that includes any form of restrictive covenant or provision addressing any term or condition of employment between YOU and [defendant's new employer's name].</w:t>
      </w:r>
    </w:p>
    <w:p>
      <w:pPr/>
      <w:r>
        <w:rPr>
          <w:rFonts w:ascii="Times New Roman" w:hAnsi="Times New Roman" w:eastAsia="Times New Roman" w:cs="Times New Roman"/>
          <w:sz w:val="24"/>
        </w:rPr>
        <w:t>Any offer letters or other written offers of employment or other DOCUMENTS indicating the terms and conditions of YOUR employment extended by Plaintiff.</w:t>
      </w:r>
    </w:p>
    <w:p>
      <w:pPr/>
      <w:r>
        <w:rPr>
          <w:rFonts w:ascii="Times New Roman" w:hAnsi="Times New Roman" w:eastAsia="Times New Roman" w:cs="Times New Roman"/>
          <w:sz w:val="24"/>
        </w:rPr>
        <w:t>Any offer letters or other written offers of employment or other DOCUMENTS indicating the terms and conditions of YOUR employment extended by [individual defendant's new employer's name].</w:t>
      </w:r>
    </w:p>
    <w:p>
      <w:pPr/>
      <w:r>
        <w:rPr>
          <w:rFonts w:ascii="Times New Roman" w:hAnsi="Times New Roman" w:eastAsia="Times New Roman" w:cs="Times New Roman"/>
          <w:sz w:val="24"/>
        </w:rPr>
        <w:t>All DOCUMENTS in YOUR possession that contain CONFIDENTIAL or TRADE SECRET INFORMATION of Plaintiff or are derived directly or indirectly from any CONFIDENTIAL or TRADE SECRET INFORMATION of Plaintiff.</w:t>
      </w:r>
    </w:p>
    <w:p>
      <w:pPr/>
      <w:r>
        <w:rPr>
          <w:rFonts w:ascii="Times New Roman" w:hAnsi="Times New Roman" w:eastAsia="Times New Roman" w:cs="Times New Roman"/>
          <w:sz w:val="24"/>
        </w:rPr>
        <w:t>All calendars, electronically kept or otherwise, and day planners kept by YOU.</w:t>
      </w:r>
    </w:p>
    <w:p>
      <w:pPr/>
      <w:r>
        <w:rPr>
          <w:rFonts w:ascii="Times New Roman" w:hAnsi="Times New Roman" w:eastAsia="Times New Roman" w:cs="Times New Roman"/>
          <w:sz w:val="24"/>
        </w:rPr>
        <w:t>All corporate formation, incorporation, licensing, or registration DOCUMENTS of [individual defendant's new employer's name], whether in draft or final form.</w:t>
      </w:r>
    </w:p>
    <w:p>
      <w:pPr/>
      <w:r>
        <w:rPr>
          <w:rFonts w:ascii="Times New Roman" w:hAnsi="Times New Roman" w:eastAsia="Times New Roman" w:cs="Times New Roman"/>
          <w:sz w:val="24"/>
        </w:rPr>
        <w:t>All corporate formation, incorporation, licensing, or registration DOCUMENTS of any other entity providing "[type(s) of services]" formed by YOU, in whole or in part, directly or indirectly, whether in draft or final form.</w:t>
      </w:r>
    </w:p>
    <w:p>
      <w:pPr/>
      <w:r>
        <w:rPr>
          <w:rFonts w:ascii="Times New Roman" w:hAnsi="Times New Roman" w:eastAsia="Times New Roman" w:cs="Times New Roman"/>
          <w:sz w:val="24"/>
        </w:rPr>
        <w:t xml:space="preserve"> All DOCUMENTS CONCERNING YOUR relationship to and role for [individual defendant's new employer's name].</w:t>
      </w:r>
    </w:p>
    <w:p>
      <w:pPr/>
      <w:r>
        <w:rPr>
          <w:rFonts w:ascii="Times New Roman" w:hAnsi="Times New Roman" w:eastAsia="Times New Roman" w:cs="Times New Roman"/>
          <w:sz w:val="24"/>
        </w:rPr>
        <w:t>All DOCUMENTS describing in detail the services provided by [individual defendant's new employer's name].</w:t>
      </w:r>
    </w:p>
    <w:p>
      <w:pPr/>
      <w:r>
        <w:rPr>
          <w:rFonts w:ascii="Times New Roman" w:hAnsi="Times New Roman" w:eastAsia="Times New Roman" w:cs="Times New Roman"/>
          <w:sz w:val="24"/>
        </w:rPr>
        <w:t>All requests for proposal or pitches prepared or issued to prospective customers and clients by YOU and/or [individual defendant's new employer's name].</w:t>
      </w:r>
    </w:p>
    <w:p>
      <w:pPr/>
      <w:r>
        <w:rPr>
          <w:rFonts w:ascii="Times New Roman" w:hAnsi="Times New Roman" w:eastAsia="Times New Roman" w:cs="Times New Roman"/>
          <w:sz w:val="24"/>
        </w:rPr>
        <w:t>All marketing materials prepared by YOU and/or [individual defendant's new employer's name], including pricing, advertising, customer or client base, solicitations, and strategy.</w:t>
      </w:r>
    </w:p>
    <w:p>
      <w:pPr/>
      <w:r>
        <w:rPr>
          <w:rFonts w:ascii="Times New Roman" w:hAnsi="Times New Roman" w:eastAsia="Times New Roman" w:cs="Times New Roman"/>
          <w:sz w:val="24"/>
        </w:rPr>
        <w:t>All client and customer agreements entered into by YOU or [individual defendant's new employer's name], including but not limited to any and all client agreements entered between [individual defendant's new employer's name] and any former client of Plaintiff.</w:t>
      </w:r>
    </w:p>
    <w:p>
      <w:pPr/>
      <w:r>
        <w:rPr>
          <w:rFonts w:ascii="Times New Roman" w:hAnsi="Times New Roman" w:eastAsia="Times New Roman" w:cs="Times New Roman"/>
          <w:sz w:val="24"/>
        </w:rPr>
        <w:t>All DOCUMENTS in YOUR possession that were accessed from or previously stored in any [plaintiff company name] office or on any computer or any other electronic device owned or purchased by Plaintiff.</w:t>
      </w:r>
    </w:p>
    <w:p>
      <w:pPr/>
      <w:r>
        <w:rPr>
          <w:rFonts w:ascii="Times New Roman" w:hAnsi="Times New Roman" w:eastAsia="Times New Roman" w:cs="Times New Roman"/>
          <w:sz w:val="24"/>
        </w:rPr>
        <w:t>The complete personnel files and compensation agreements of any employee or contractor hired by [individual defendant's new employer's name], including but not limited to any and all staff members formerly employed by Plaintiff.</w:t>
      </w:r>
    </w:p>
    <w:p>
      <w:pPr/>
      <w:r>
        <w:rPr>
          <w:rFonts w:ascii="Times New Roman" w:hAnsi="Times New Roman" w:eastAsia="Times New Roman" w:cs="Times New Roman"/>
          <w:sz w:val="24"/>
        </w:rPr>
        <w:t>All DOCUMENTS or COMMUNICATIONS, involving any party, CONCERNING the return of CONFIDENTIAL INFORMATION to Plaintiff.</w:t>
      </w:r>
    </w:p>
    <w:p>
      <w:pPr/>
      <w:r>
        <w:rPr>
          <w:rFonts w:ascii="Times New Roman" w:hAnsi="Times New Roman" w:eastAsia="Times New Roman" w:cs="Times New Roman"/>
          <w:sz w:val="24"/>
        </w:rPr>
        <w:t>Any employee handbooks issued to DEFENDANT by Plaintiff.</w:t>
      </w:r>
    </w:p>
    <w:p>
      <w:pPr/>
      <w:r>
        <w:rPr>
          <w:rFonts w:ascii="Times New Roman" w:hAnsi="Times New Roman" w:eastAsia="Times New Roman" w:cs="Times New Roman"/>
          <w:sz w:val="24"/>
        </w:rPr>
        <w:t>Any employee handbooks issued to DEFENDANT by [individual defendant's new employer's name].</w:t>
      </w:r>
    </w:p>
    <w:p>
      <w:pPr/>
      <w:r>
        <w:rPr>
          <w:rFonts w:ascii="Times New Roman" w:hAnsi="Times New Roman" w:eastAsia="Times New Roman" w:cs="Times New Roman"/>
          <w:sz w:val="24"/>
        </w:rPr>
        <w:t>All DOCUMENTS CONCERNING any agreement, strategy, plan, proposal, business plan, or discussion to establish any business outside of Plaintiff or to obtain or preserve CONFIDENTIAL or TRADE SECRET INFORMATION from Plaintiff.</w:t>
      </w:r>
    </w:p>
    <w:p>
      <w:pPr/>
      <w:r>
        <w:rPr>
          <w:rFonts w:ascii="Times New Roman" w:hAnsi="Times New Roman" w:eastAsia="Times New Roman" w:cs="Times New Roman"/>
          <w:sz w:val="24"/>
        </w:rPr>
        <w:t>All DOCUMENTS with or among DEFENDANTS CONCERNING any agreement, strategy, plan, proposal, business plan, or discussion to begin or establish any business, other than with Plaintiff.</w:t>
      </w:r>
    </w:p>
    <w:p>
      <w:pPr/>
      <w:r>
        <w:rPr>
          <w:rFonts w:ascii="Times New Roman" w:hAnsi="Times New Roman" w:eastAsia="Times New Roman" w:cs="Times New Roman"/>
          <w:sz w:val="24"/>
        </w:rPr>
        <w:t>All DOCUMENTS CONCERNING procuring software and/or INTELLECTUAL PROPERTY of Plaintiff.</w:t>
      </w:r>
    </w:p>
    <w:p>
      <w:pPr/>
      <w:r>
        <w:rPr>
          <w:rFonts w:ascii="Times New Roman" w:hAnsi="Times New Roman" w:eastAsia="Times New Roman" w:cs="Times New Roman"/>
          <w:sz w:val="24"/>
        </w:rPr>
        <w:t>All DOCUMENTS CONCERNING resignation/termination of YOUR employment from Plaintiff.</w:t>
      </w:r>
    </w:p>
    <w:p>
      <w:pPr/>
      <w:r>
        <w:rPr>
          <w:rFonts w:ascii="Times New Roman" w:hAnsi="Times New Roman" w:eastAsia="Times New Roman" w:cs="Times New Roman"/>
          <w:sz w:val="24"/>
        </w:rPr>
        <w:t>All DOCUMENTS CONCERNING YOUR COMMUNICATIONS with or among YOU and any current or former clients of Plaintiff CONCERNING a potentially competitive company, venture, or business.</w:t>
      </w:r>
    </w:p>
    <w:p>
      <w:pPr/>
      <w:r>
        <w:rPr>
          <w:rFonts w:ascii="Times New Roman" w:hAnsi="Times New Roman" w:eastAsia="Times New Roman" w:cs="Times New Roman"/>
          <w:sz w:val="24"/>
        </w:rPr>
        <w:t>All e-mails sent from YOUR [plaintiff company name] e-mail account to YOUR personal email account(s).</w:t>
      </w:r>
    </w:p>
    <w:p>
      <w:pPr/>
      <w:r>
        <w:rPr>
          <w:rFonts w:ascii="Times New Roman" w:hAnsi="Times New Roman" w:eastAsia="Times New Roman" w:cs="Times New Roman"/>
          <w:sz w:val="24"/>
        </w:rPr>
        <w:t>All e-mails sent from YOUR [plaintiff company name] e-mail account to any [ defendant's name] e-mail account(s).</w:t>
      </w:r>
    </w:p>
    <w:p>
      <w:pPr/>
      <w:r>
        <w:rPr>
          <w:rFonts w:ascii="Times New Roman" w:hAnsi="Times New Roman" w:eastAsia="Times New Roman" w:cs="Times New Roman"/>
          <w:sz w:val="24"/>
        </w:rPr>
        <w:t>All e-mails sent from YOUR personal e-mail account(s) to any [plaintiff company name] e-mail account(s).</w:t>
      </w:r>
    </w:p>
    <w:p>
      <w:pPr/>
      <w:r>
        <w:rPr>
          <w:rFonts w:ascii="Times New Roman" w:hAnsi="Times New Roman" w:eastAsia="Times New Roman" w:cs="Times New Roman"/>
          <w:sz w:val="24"/>
        </w:rPr>
        <w:t>All social media messages, postings, and/or COMMUNICATIONS, including but not limited to messages, postings, and/or COMMUNICATIONS on LinkedIn, Facebook, Twitter, and/or other social media sites, that YOU posted CONCERNING Plaintiff.</w:t>
      </w:r>
    </w:p>
    <w:p>
      <w:pPr/>
      <w:r>
        <w:rPr>
          <w:rFonts w:ascii="Times New Roman" w:hAnsi="Times New Roman" w:eastAsia="Times New Roman" w:cs="Times New Roman"/>
          <w:sz w:val="24"/>
        </w:rPr>
        <w:t>All DOCUMENTS that support or may support the allegations or defenses in the COMPLAINT and/or ANSWER.</w:t>
      </w:r>
    </w:p>
    <w:p>
      <w:pPr/>
      <w:r>
        <w:rPr>
          <w:rFonts w:ascii="Times New Roman" w:hAnsi="Times New Roman" w:eastAsia="Times New Roman" w:cs="Times New Roman"/>
          <w:sz w:val="24"/>
        </w:rPr>
        <w:t>All DOCUMENTS referred to in any Interrogatory or response to any Interrogatory.</w:t>
      </w:r>
    </w:p>
    <w:p>
      <w:pPr/>
      <w:r>
        <w:rPr>
          <w:rFonts w:ascii="Times New Roman" w:hAnsi="Times New Roman" w:eastAsia="Times New Roman" w:cs="Times New Roman"/>
          <w:sz w:val="24"/>
        </w:rPr>
        <w:t>All DOCUMENTS YOU received or will receive from any third party, by subpoena or any other method, concerning this action or any other proceeding in which YOU and PLAINTIFF were/are parties.</w:t>
      </w:r>
    </w:p>
    <w:p>
      <w:pPr/>
      <w:r>
        <w:rPr>
          <w:rFonts w:ascii="Times New Roman" w:hAnsi="Times New Roman" w:eastAsia="Times New Roman" w:cs="Times New Roman"/>
          <w:sz w:val="24"/>
        </w:rPr>
        <w:t>All cell phones, tablets, or laptops in YOUR possession, custody or control that YOU used during YOUR employment with [plaintiff company name], and any data storage devices, including, but not limited to, external hard drives, USBs, and/or other devices that YOU connected to any [plaintiff company name] desktop and/or laptop computer while You were employed by [plaintiff company name].</w:t>
      </w:r>
    </w:p>
    <w:p>
      <w:pPr>
        <w:jc w:val="center"/>
      </w:pPr>
      <w:r>
        <w:rPr>
          <w:rFonts w:ascii="Times New Roman" w:hAnsi="Times New Roman" w:eastAsia="Times New Roman" w:cs="Times New Roman"/>
          <w:sz w:val="24"/>
        </w:rPr>
        <w:t>BREACH OF RESTRICTIVE COVENANT</w:t>
      </w:r>
      <w:r>
        <w:rPr>
          <w:rFonts w:ascii="Times New Roman" w:hAnsi="Times New Roman" w:eastAsia="Times New Roman" w:cs="Times New Roman"/>
          <w:sz w:val="24"/>
        </w:rPr>
        <w:br/>
        <w:t>REQUESTS FOR PRODUCTION (CUSTOMER AND</w:t>
      </w:r>
      <w:r>
        <w:rPr>
          <w:rFonts w:ascii="Times New Roman" w:hAnsi="Times New Roman" w:eastAsia="Times New Roman" w:cs="Times New Roman"/>
          <w:sz w:val="24"/>
        </w:rPr>
        <w:br/>
        <w:t>EMPLOYEE NON-SOLICITATION AGREEMENTS)</w:t>
      </w:r>
    </w:p>
    <w:p>
      <w:pPr/>
      <w:r>
        <w:rPr>
          <w:rFonts w:ascii="Times New Roman" w:hAnsi="Times New Roman" w:eastAsia="Times New Roman" w:cs="Times New Roman"/>
          <w:sz w:val="24"/>
        </w:rPr>
        <w:t>All DOCUMENTS and statements CONCERNING the allegations in the COMPLAINT.</w:t>
      </w:r>
    </w:p>
    <w:p>
      <w:pPr/>
      <w:r>
        <w:rPr>
          <w:rFonts w:ascii="Times New Roman" w:hAnsi="Times New Roman" w:eastAsia="Times New Roman" w:cs="Times New Roman"/>
          <w:sz w:val="24"/>
        </w:rPr>
        <w:t>Any actual, potential, or draft employment agreements or any other agreement or contract that includes any form of restrictive covenant or provision addressing any term or condition of employment between YOU and Plaintiff.</w:t>
      </w:r>
    </w:p>
    <w:p>
      <w:pPr/>
      <w:r>
        <w:rPr>
          <w:rFonts w:ascii="Times New Roman" w:hAnsi="Times New Roman" w:eastAsia="Times New Roman" w:cs="Times New Roman"/>
          <w:sz w:val="24"/>
        </w:rPr>
        <w:t>Any actual, potential, or draft employment agreements or any other agreement or contract that includes any form of restrictive covenant or provision addressing any term or condition of employment between YOU and [defendant's new employer's name].</w:t>
      </w:r>
    </w:p>
    <w:p>
      <w:pPr/>
      <w:r>
        <w:rPr>
          <w:rFonts w:ascii="Times New Roman" w:hAnsi="Times New Roman" w:eastAsia="Times New Roman" w:cs="Times New Roman"/>
          <w:sz w:val="24"/>
        </w:rPr>
        <w:t>Any offer letters or other written offers of employment or other DOCUMENTS indicating the terms and conditions of YOUR employment extended by Plaintiff.</w:t>
      </w:r>
    </w:p>
    <w:p>
      <w:pPr/>
      <w:r>
        <w:rPr>
          <w:rFonts w:ascii="Times New Roman" w:hAnsi="Times New Roman" w:eastAsia="Times New Roman" w:cs="Times New Roman"/>
          <w:sz w:val="24"/>
        </w:rPr>
        <w:t>Any offer letters or other written offers of employment or other DOCUMENTS indicating the terms and conditions of YOUR employment extended by [defendant's new employer's name].</w:t>
      </w:r>
    </w:p>
    <w:p>
      <w:pPr/>
      <w:r>
        <w:rPr>
          <w:rFonts w:ascii="Times New Roman" w:hAnsi="Times New Roman" w:eastAsia="Times New Roman" w:cs="Times New Roman"/>
          <w:sz w:val="24"/>
        </w:rPr>
        <w:t>All DOCUMENTS CONCERNING any COMMUNICATIONS with or among YOU and any current or former customers of Plaintiff.</w:t>
      </w:r>
    </w:p>
    <w:p>
      <w:pPr/>
      <w:r>
        <w:rPr>
          <w:rFonts w:ascii="Times New Roman" w:hAnsi="Times New Roman" w:eastAsia="Times New Roman" w:cs="Times New Roman"/>
          <w:sz w:val="24"/>
        </w:rPr>
        <w:t>All DOCUMENTS CONCERNING any COMMUNICATIONS with or among YOU and any current or former employees of Plaintiff.</w:t>
      </w:r>
    </w:p>
    <w:p>
      <w:pPr/>
      <w:r>
        <w:rPr>
          <w:rFonts w:ascii="Times New Roman" w:hAnsi="Times New Roman" w:eastAsia="Times New Roman" w:cs="Times New Roman"/>
          <w:sz w:val="24"/>
        </w:rPr>
        <w:t>All COMMUNICATIONS, including but not limited to e-mails, faxes, chat programs, instant messages, texts or SMS messages, and letters, sent by YOU CONCERNING [individual defendant's new employer's name] to any current or former Plaintiff client or customer.</w:t>
      </w:r>
    </w:p>
    <w:p>
      <w:pPr/>
      <w:r>
        <w:rPr>
          <w:rFonts w:ascii="Times New Roman" w:hAnsi="Times New Roman" w:eastAsia="Times New Roman" w:cs="Times New Roman"/>
          <w:sz w:val="24"/>
        </w:rPr>
        <w:t>All COMMUNICATIONS, including but not limited to e-mails, faxes, chat programs, instant messages, texts or SMS messages, and letters, sent by YOU CONCERNING [individual defendant's new employer's name] to any current or former Plaintiff employee.</w:t>
      </w:r>
    </w:p>
    <w:p>
      <w:pPr/>
      <w:r>
        <w:rPr>
          <w:rFonts w:ascii="Times New Roman" w:hAnsi="Times New Roman" w:eastAsia="Times New Roman" w:cs="Times New Roman"/>
          <w:sz w:val="24"/>
        </w:rPr>
        <w:t>All calendars, electronically kept or otherwise, and day planners kept by YOU.</w:t>
      </w:r>
    </w:p>
    <w:p>
      <w:pPr/>
      <w:r>
        <w:rPr>
          <w:rFonts w:ascii="Times New Roman" w:hAnsi="Times New Roman" w:eastAsia="Times New Roman" w:cs="Times New Roman"/>
          <w:sz w:val="24"/>
        </w:rPr>
        <w:t>All DOCUMENTS CONCERNING YOUR relationship to and role (including title and duties) for [defendant's new employer's name].</w:t>
      </w:r>
    </w:p>
    <w:p>
      <w:pPr/>
      <w:r>
        <w:rPr>
          <w:rFonts w:ascii="Times New Roman" w:hAnsi="Times New Roman" w:eastAsia="Times New Roman" w:cs="Times New Roman"/>
          <w:sz w:val="24"/>
        </w:rPr>
        <w:t>All client and customer agreements entered into by YOU or [individual defendant's new employer's name], including but not limited to any and all client agreements entered between YOU or [individual defendant's new employer's name] and any former client of Plaintiff.</w:t>
      </w:r>
    </w:p>
    <w:p>
      <w:pPr/>
      <w:r>
        <w:rPr>
          <w:rFonts w:ascii="Times New Roman" w:hAnsi="Times New Roman" w:eastAsia="Times New Roman" w:cs="Times New Roman"/>
          <w:sz w:val="24"/>
        </w:rPr>
        <w:t>All DOCUMENTS, including bank statements, CONCERNING payments or loans received by YOU or [individual defendant's new employer's name] from any former client of Plaintiff.</w:t>
      </w:r>
    </w:p>
    <w:p>
      <w:pPr/>
      <w:r>
        <w:rPr>
          <w:rFonts w:ascii="Times New Roman" w:hAnsi="Times New Roman" w:eastAsia="Times New Roman" w:cs="Times New Roman"/>
          <w:sz w:val="24"/>
        </w:rPr>
        <w:t>All DOCUMENTS CONCERNING any COMMUNICATIONS with or among YOU and any current or former clients of Plaintiff.</w:t>
      </w:r>
    </w:p>
    <w:p>
      <w:pPr/>
      <w:r>
        <w:rPr>
          <w:rFonts w:ascii="Times New Roman" w:hAnsi="Times New Roman" w:eastAsia="Times New Roman" w:cs="Times New Roman"/>
          <w:sz w:val="24"/>
        </w:rPr>
        <w:t>The complete personnel files and compensation agreements of any employee or contractor hired by [defendant's new employer's name], including but not limited to any and all staff members formerly employed by Plaintiff.</w:t>
      </w:r>
    </w:p>
    <w:p>
      <w:pPr/>
      <w:r>
        <w:rPr>
          <w:rFonts w:ascii="Times New Roman" w:hAnsi="Times New Roman" w:eastAsia="Times New Roman" w:cs="Times New Roman"/>
          <w:sz w:val="24"/>
        </w:rPr>
        <w:t>All DOCUMENTS CONCERNING YOUR COMMUNICATIONS with or among YOU and any current or former clients of Plaintiff CONCERNING a potentially competitive company, venture, or business.</w:t>
      </w:r>
    </w:p>
    <w:p>
      <w:pPr/>
      <w:r>
        <w:rPr>
          <w:rFonts w:ascii="Times New Roman" w:hAnsi="Times New Roman" w:eastAsia="Times New Roman" w:cs="Times New Roman"/>
          <w:sz w:val="24"/>
        </w:rPr>
        <w:t>All e-mails sent from YOUR [plaintiff company name] e-mail account to YOUR personal e-mail account(s).</w:t>
      </w:r>
    </w:p>
    <w:p>
      <w:pPr/>
      <w:r>
        <w:rPr>
          <w:rFonts w:ascii="Times New Roman" w:hAnsi="Times New Roman" w:eastAsia="Times New Roman" w:cs="Times New Roman"/>
          <w:sz w:val="24"/>
        </w:rPr>
        <w:t>All e-mails sent from YOUR [plaintiff company name] e-mail account to any [defendant's name] e-mail account(s).</w:t>
      </w:r>
    </w:p>
    <w:p>
      <w:pPr/>
      <w:r>
        <w:rPr>
          <w:rFonts w:ascii="Times New Roman" w:hAnsi="Times New Roman" w:eastAsia="Times New Roman" w:cs="Times New Roman"/>
          <w:sz w:val="24"/>
        </w:rPr>
        <w:t>All e-mails sent from YOUR personal e-mail account(s) to any [plaintiff company name] e-mail account(s).</w:t>
      </w:r>
    </w:p>
    <w:p>
      <w:pPr/>
      <w:r>
        <w:rPr>
          <w:rFonts w:ascii="Times New Roman" w:hAnsi="Times New Roman" w:eastAsia="Times New Roman" w:cs="Times New Roman"/>
          <w:sz w:val="24"/>
        </w:rPr>
        <w:t>All social media messages, postings, and/or COMMUNICATIONS, including but not limited to messages, postings, and/or COMMUNICATIONS on LinkedIn, Facebook, Twitter, and/or other social media sites, that YOU posted CONCERNING Plaintiff.</w:t>
      </w:r>
    </w:p>
    <w:p>
      <w:pPr/>
      <w:r>
        <w:rPr>
          <w:rFonts w:ascii="Times New Roman" w:hAnsi="Times New Roman" w:eastAsia="Times New Roman" w:cs="Times New Roman"/>
          <w:sz w:val="24"/>
        </w:rPr>
        <w:t>All DOCUMENTS that support or may support the allegations or defenses in the COMPLAINT and/or ANSWER.</w:t>
      </w:r>
    </w:p>
    <w:p>
      <w:pPr/>
      <w:r>
        <w:rPr>
          <w:rFonts w:ascii="Times New Roman" w:hAnsi="Times New Roman" w:eastAsia="Times New Roman" w:cs="Times New Roman"/>
          <w:sz w:val="24"/>
        </w:rPr>
        <w:t>All DOCUMENTS referred to in any Interrogatory or response to any Interrogatory.</w:t>
      </w:r>
    </w:p>
    <w:p>
      <w:pPr/>
      <w:r>
        <w:rPr>
          <w:rFonts w:ascii="Times New Roman" w:hAnsi="Times New Roman" w:eastAsia="Times New Roman" w:cs="Times New Roman"/>
          <w:sz w:val="24"/>
        </w:rPr>
        <w:t>All DOCUMENTS YOU received or will receive from any third party, by subpoena or any other method, concerning this action or any other proceeding in which YOU and PLAINTIFF were/are parties.</w:t>
      </w:r>
    </w:p>
    <w:p>
      <w:pPr>
        <w:jc w:val="center"/>
      </w:pPr>
      <w:r>
        <w:rPr>
          <w:rFonts w:ascii="Times New Roman" w:hAnsi="Times New Roman" w:eastAsia="Times New Roman" w:cs="Times New Roman"/>
          <w:sz w:val="24"/>
        </w:rPr>
        <w:t>BREACH OF RESTRICTIVE COVENANT</w:t>
      </w:r>
      <w:r>
        <w:rPr>
          <w:rFonts w:ascii="Times New Roman" w:hAnsi="Times New Roman" w:eastAsia="Times New Roman" w:cs="Times New Roman"/>
          <w:sz w:val="24"/>
        </w:rPr>
        <w:br/>
        <w:t>REQUESTS FOR PRODUCTION (NON-COMPETE)</w:t>
      </w:r>
    </w:p>
    <w:p>
      <w:pPr/>
      <w:r>
        <w:rPr>
          <w:rFonts w:ascii="Times New Roman" w:hAnsi="Times New Roman" w:eastAsia="Times New Roman" w:cs="Times New Roman"/>
          <w:sz w:val="24"/>
        </w:rPr>
        <w:t>All DOCUMENTS and statements CONCERNING the allegations in the COMPLAINT.</w:t>
      </w:r>
    </w:p>
    <w:p>
      <w:pPr/>
      <w:r>
        <w:rPr>
          <w:rFonts w:ascii="Times New Roman" w:hAnsi="Times New Roman" w:eastAsia="Times New Roman" w:cs="Times New Roman"/>
          <w:sz w:val="24"/>
        </w:rPr>
        <w:t>Any actual, potential, or draft employment agreements or any other agreement or contract that includes any form of restrictive covenant or provision addressing any term or condition of employment between YOU and Plaintiff.</w:t>
      </w:r>
    </w:p>
    <w:p>
      <w:pPr/>
      <w:r>
        <w:rPr>
          <w:rFonts w:ascii="Times New Roman" w:hAnsi="Times New Roman" w:eastAsia="Times New Roman" w:cs="Times New Roman"/>
          <w:sz w:val="24"/>
        </w:rPr>
        <w:t>Any actual, potential, or draft employment agreements or any other agreement or contract that includes any form of restrictive covenant or provision addressing any term or condition of employment between YOU and [defendant's name].</w:t>
      </w:r>
    </w:p>
    <w:p>
      <w:pPr/>
      <w:r>
        <w:rPr>
          <w:rFonts w:ascii="Times New Roman" w:hAnsi="Times New Roman" w:eastAsia="Times New Roman" w:cs="Times New Roman"/>
          <w:sz w:val="24"/>
        </w:rPr>
        <w:t>Any offer letters or other written offers of employment or other DOCUMENTS indicating the terms and conditions of YOUR employment extended by Plaintiff.</w:t>
      </w:r>
    </w:p>
    <w:p>
      <w:pPr/>
      <w:r>
        <w:rPr>
          <w:rFonts w:ascii="Times New Roman" w:hAnsi="Times New Roman" w:eastAsia="Times New Roman" w:cs="Times New Roman"/>
          <w:sz w:val="24"/>
        </w:rPr>
        <w:t>Any offer letters or other written offers of employment or other DOCUMENTS indicating the terms and conditions of YOUR employment extended by [defendant's name].</w:t>
      </w:r>
    </w:p>
    <w:p>
      <w:pPr/>
      <w:r>
        <w:rPr>
          <w:rFonts w:ascii="Times New Roman" w:hAnsi="Times New Roman" w:eastAsia="Times New Roman" w:cs="Times New Roman"/>
          <w:sz w:val="24"/>
        </w:rPr>
        <w:t>All calendars, electronically kept or otherwise, and day planners kept by YOU.</w:t>
      </w:r>
    </w:p>
    <w:p>
      <w:pPr/>
      <w:r>
        <w:rPr>
          <w:rFonts w:ascii="Times New Roman" w:hAnsi="Times New Roman" w:eastAsia="Times New Roman" w:cs="Times New Roman"/>
          <w:sz w:val="24"/>
        </w:rPr>
        <w:t>All corporate formation, incorporation, licensing, or registration DOCUMENTS of [defendant's new employer's name], whether in draft or final form.</w:t>
      </w:r>
    </w:p>
    <w:p>
      <w:pPr/>
      <w:r>
        <w:rPr>
          <w:rFonts w:ascii="Times New Roman" w:hAnsi="Times New Roman" w:eastAsia="Times New Roman" w:cs="Times New Roman"/>
          <w:sz w:val="24"/>
        </w:rPr>
        <w:t>All corporate formation, incorporation, licensing, or registration DOCUMENTS of any other entity providing "[type(s) of services]" formed by YOU, in whole or in part, directly or indirectly, whether in draft or final form.</w:t>
      </w:r>
    </w:p>
    <w:p>
      <w:pPr/>
      <w:r>
        <w:rPr>
          <w:rFonts w:ascii="Times New Roman" w:hAnsi="Times New Roman" w:eastAsia="Times New Roman" w:cs="Times New Roman"/>
          <w:sz w:val="24"/>
        </w:rPr>
        <w:t>All DOCUMENTS CONCERNING YOUR relationship to and role for [individual defendant's new employer's name].</w:t>
      </w:r>
    </w:p>
    <w:p>
      <w:pPr/>
      <w:r>
        <w:rPr>
          <w:rFonts w:ascii="Times New Roman" w:hAnsi="Times New Roman" w:eastAsia="Times New Roman" w:cs="Times New Roman"/>
          <w:sz w:val="24"/>
        </w:rPr>
        <w:t>All DOCUMENTS describing in detail the services provided by [defendant's new employer's name].</w:t>
      </w:r>
    </w:p>
    <w:p>
      <w:pPr/>
      <w:r>
        <w:rPr>
          <w:rFonts w:ascii="Times New Roman" w:hAnsi="Times New Roman" w:eastAsia="Times New Roman" w:cs="Times New Roman"/>
          <w:sz w:val="24"/>
        </w:rPr>
        <w:t>All requests for proposal or pitches prepared or issued to prospective customers and clients by YOU and/or [defendant's new employer's name].</w:t>
      </w:r>
    </w:p>
    <w:p>
      <w:pPr/>
      <w:r>
        <w:rPr>
          <w:rFonts w:ascii="Times New Roman" w:hAnsi="Times New Roman" w:eastAsia="Times New Roman" w:cs="Times New Roman"/>
          <w:sz w:val="24"/>
        </w:rPr>
        <w:t>All marketing materials prepared by YOU and/or [individual defendant's new employer's name], including pricing, advertising, customer or client base, solicitations, and strategy.</w:t>
      </w:r>
    </w:p>
    <w:p>
      <w:pPr/>
      <w:r>
        <w:rPr>
          <w:rFonts w:ascii="Times New Roman" w:hAnsi="Times New Roman" w:eastAsia="Times New Roman" w:cs="Times New Roman"/>
          <w:sz w:val="24"/>
        </w:rPr>
        <w:t>All client and customer agreements entered into by YOU or [individual defendant's new employer's name], including but not limited to any and all client agreements entered between [individual defendant's new employer's name] and any former client of Plaintiff.</w:t>
      </w:r>
    </w:p>
    <w:p>
      <w:pPr/>
      <w:r>
        <w:rPr>
          <w:rFonts w:ascii="Times New Roman" w:hAnsi="Times New Roman" w:eastAsia="Times New Roman" w:cs="Times New Roman"/>
          <w:sz w:val="24"/>
        </w:rPr>
        <w:t>All DOCUMENTS, including bank statements, CONCERNING payments or loans received by YOU or [individual defendant's new employer's name] from any former client of Plaintiff.</w:t>
      </w:r>
    </w:p>
    <w:p>
      <w:pPr/>
      <w:r>
        <w:rPr>
          <w:rFonts w:ascii="Times New Roman" w:hAnsi="Times New Roman" w:eastAsia="Times New Roman" w:cs="Times New Roman"/>
          <w:sz w:val="24"/>
        </w:rPr>
        <w:t>All DOCUMENTS CONCERNING any agreement, strategy, plan, proposal, business plan, or discussion to establish any business outside of Plaintiff or to obtain or preserve CONFIDENTIAL or TRADE SECRET INFORMATION from Plaintiff.</w:t>
      </w:r>
    </w:p>
    <w:p>
      <w:pPr/>
      <w:r>
        <w:rPr>
          <w:rFonts w:ascii="Times New Roman" w:hAnsi="Times New Roman" w:eastAsia="Times New Roman" w:cs="Times New Roman"/>
          <w:sz w:val="24"/>
        </w:rPr>
        <w:t>All DOCUMENTS with or among DEFENDANTS CONCERNING any agreement, strategy, plan, proposal, business plan, or discussion to begin or establish any business, other than with Plaintiff.</w:t>
      </w:r>
    </w:p>
    <w:p>
      <w:pPr/>
      <w:r>
        <w:rPr>
          <w:rFonts w:ascii="Times New Roman" w:hAnsi="Times New Roman" w:eastAsia="Times New Roman" w:cs="Times New Roman"/>
          <w:sz w:val="24"/>
        </w:rPr>
        <w:t>All DOCUMENTS CONCERNING procuring software and/or INTELLECTUAL PROPERTY of Plaintiff.</w:t>
      </w:r>
    </w:p>
    <w:p>
      <w:pPr/>
      <w:r>
        <w:rPr>
          <w:rFonts w:ascii="Times New Roman" w:hAnsi="Times New Roman" w:eastAsia="Times New Roman" w:cs="Times New Roman"/>
          <w:sz w:val="24"/>
        </w:rPr>
        <w:t>All DOCUMENTS CONCERNING resignation/termination of YOUR employment from Plaintiff.</w:t>
      </w:r>
    </w:p>
    <w:p>
      <w:pPr/>
      <w:r>
        <w:rPr>
          <w:rFonts w:ascii="Times New Roman" w:hAnsi="Times New Roman" w:eastAsia="Times New Roman" w:cs="Times New Roman"/>
          <w:sz w:val="24"/>
        </w:rPr>
        <w:t>All DOCUMENTS CONCERNING YOUR COMMUNICATIONS with or among YOU and any current or former clients of Plaintiff CONCERNING a potentially competitive company, venture, or business.</w:t>
      </w:r>
    </w:p>
    <w:p>
      <w:pPr/>
      <w:r>
        <w:rPr>
          <w:rFonts w:ascii="Times New Roman" w:hAnsi="Times New Roman" w:eastAsia="Times New Roman" w:cs="Times New Roman"/>
          <w:sz w:val="24"/>
        </w:rPr>
        <w:t>All e-mails sent from YOUR [plaintiff company name] e-mail account to YOUR personal e-mail account(s).</w:t>
      </w:r>
    </w:p>
    <w:p>
      <w:pPr/>
      <w:r>
        <w:rPr>
          <w:rFonts w:ascii="Times New Roman" w:hAnsi="Times New Roman" w:eastAsia="Times New Roman" w:cs="Times New Roman"/>
          <w:sz w:val="24"/>
        </w:rPr>
        <w:t>All e-mails sent from YOUR [plaintiff company name] e-mail account to any [defendant's name] e-mail account(s).</w:t>
      </w:r>
    </w:p>
    <w:p>
      <w:pPr/>
      <w:r>
        <w:rPr>
          <w:rFonts w:ascii="Times New Roman" w:hAnsi="Times New Roman" w:eastAsia="Times New Roman" w:cs="Times New Roman"/>
          <w:sz w:val="24"/>
        </w:rPr>
        <w:t>All e-mails sent from YOUR personal e-mail account(s) to any [plaintiff company name] e-mail account(s).</w:t>
      </w:r>
    </w:p>
    <w:p>
      <w:pPr/>
      <w:r>
        <w:rPr>
          <w:rFonts w:ascii="Times New Roman" w:hAnsi="Times New Roman" w:eastAsia="Times New Roman" w:cs="Times New Roman"/>
          <w:sz w:val="24"/>
        </w:rPr>
        <w:t>All social media messages, postings, and/or COMMUNICATIONS, including but not limited to messages, postings and/or COMMUNICATIONS on LinkedIn, Facebook, Twitter, and/or other social media sites, that YOU posted CONCERNING Plaintiff.</w:t>
      </w:r>
    </w:p>
    <w:p>
      <w:pPr/>
      <w:r>
        <w:rPr>
          <w:rFonts w:ascii="Times New Roman" w:hAnsi="Times New Roman" w:eastAsia="Times New Roman" w:cs="Times New Roman"/>
          <w:sz w:val="24"/>
        </w:rPr>
        <w:t>All DOCUMENTS that support or may support the allegations or defenses in the COMPLAINT and/or ANSWER.</w:t>
      </w:r>
    </w:p>
    <w:p>
      <w:pPr/>
      <w:r>
        <w:rPr>
          <w:rFonts w:ascii="Times New Roman" w:hAnsi="Times New Roman" w:eastAsia="Times New Roman" w:cs="Times New Roman"/>
          <w:sz w:val="24"/>
        </w:rPr>
        <w:t>All DOCUMENTS referred to in any Interrogatory or response to any Interrogatory.</w:t>
      </w:r>
    </w:p>
    <w:p>
      <w:pPr/>
      <w:r>
        <w:rPr>
          <w:rFonts w:ascii="Times New Roman" w:hAnsi="Times New Roman" w:eastAsia="Times New Roman" w:cs="Times New Roman"/>
          <w:sz w:val="24"/>
        </w:rPr>
        <w:t>All DOCUMENTS YOU received or will receive from any third party, by subpoena or any other method, concerning this action or any other proceeding in which YOU and PLAINTIFF were/are parties.</w:t>
      </w:r>
    </w:p>
    <w:p>
      <w:pPr/>
      <w:r>
        <w:rPr>
          <w:rFonts w:ascii="Times New Roman" w:hAnsi="Times New Roman" w:eastAsia="Times New Roman" w:cs="Times New Roman"/>
          <w:sz w:val="24"/>
        </w:rPr>
        <w:t>All DOCUMENTS and COMMUNICATIONS between YOU and [individual defendant's new employer's name] relating to YOUR planned exit/separation from [plaintiff company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