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Document Requests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center"/>
      </w:pPr>
      <w:r>
        <w:rPr>
          <w:rFonts w:ascii="Times New Roman" w:hAnsi="Times New Roman" w:eastAsia="Times New Roman" w:cs="Times New Roman"/>
          <w:b/>
          <w:sz w:val="24"/>
        </w:rPr>
        <w:t>IN THE [NAME OF COURT]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PLEASE TAKE NOTICE that pursuant to Rule 34 of the Federal Rules of Civil Procedure, Defendant [defendant’s name], by and through its attorneys, [name of counsel], requests that Plaintiff [plaintiff’s name] respond to the respective requests for production listed below.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response to this demand and all requested documents must be produced within [time limit for plaintiff’s response] days after service thereof in writing and under oath to counsel for Defendant at [defendant’s counsel’s address]. These Requests for Production and the terms used herein shall be construed to require the fullest and most complete response permitted by the Federal Rules of Civil Procedure, the local rules of the United States District Court for the [district] District of [state], and any applicable rules of this Court. Defendant reserves the right to serve supplemental discovery requests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later date.</w:t>
      </w:r>
    </w:p>
    <w:p>
      <w:pPr>
        <w:keepNext w:val="0"/>
        <w:spacing w:before="120" w:after="0" w:line="260" w:lineRule="exact"/>
        <w:ind w:left="360" w:right="0" w:firstLine="0"/>
        <w:jc w:val="left"/>
      </w:pPr>
      <w:r>
        <w:rPr>
          <w:rFonts w:ascii="Times New Roman" w:hAnsi="Times New Roman" w:eastAsia="Times New Roman" w:cs="Times New Roman"/>
          <w:b/>
          <w:sz w:val="24"/>
        </w:rPr>
        <w:t>INSTRUCTIONS AND DEFINITIONS</w:t>
      </w:r>
      <w:r>
        <w:rPr>
          <w:rFonts w:ascii="Times New Roman" w:hAnsi="Times New Roman" w:eastAsia="Times New Roman" w:cs="Times New Roman"/>
          <w:b w:val="0"/>
          <w:sz w:val="24"/>
        </w:rPr>
        <w:t xml:space="preserve"> </w:t>
      </w:r>
    </w:p>
    <w:p>
      <w:pPr>
        <w:keepNext w:val="0"/>
        <w:spacing w:before="120" w:after="0" w:line="260" w:lineRule="exact"/>
        <w:ind w:left="720" w:right="0" w:firstLine="240"/>
        <w:jc w:val="left"/>
      </w:pPr>
      <w:r>
        <w:rPr>
          <w:rFonts w:ascii="Times New Roman" w:hAnsi="Times New Roman" w:eastAsia="Times New Roman" w:cs="Times New Roman"/>
          <w:b w:val="0"/>
          <w:sz w:val="24"/>
        </w:rPr>
        <w:t>As used herein:</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“Answer” shall mean and refer to Defendant’s Answer to [name of plaintiff’s pleading, e.g., Complaint or Amended Complaint] filed with the Court on [date].</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“Communications” shall mean any exchange or transfer of information (in the form of facts, ideas, inquiries, or otherwise) whether written, oral, graphic, electronic, or in any other form, including metadata.</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“Complaint” shall mean and refer to Plaintiff’s [name of plaintiff’s pleading, e.g., Complaint or Amended Complaint] filed in [case caption] on [date], including any amended complaints subsequently filed by Plaintiff.</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“Concerning” shall mean consisting of, referring to, reflecting of, regarding, relating to, or in any way logically or factually connected with the matter, information, or document discussed or requested, whether directly or indirectly.</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“Defendant” shall mean and refer to Defendant [defendant’s company name], and shall be deemed to include its current and former employees, agents, representatives and attorneys, and all other persons acting or purporting to act on its behalf; any predecessor or successor corporations or other entities; any agents, representatives, or employees of said predecessors; any parent, subsidiary (whether wholly or partially owned) or affiliated corporations or other entities (whether wholly or partially owned), and any of the agents or representatives of such parent, subsidiary or affiliated corporations.</w:t>
      </w:r>
    </w:p>
    <w:p>
      <w:pPr>
        <w:keepNext w:val="0"/>
        <w:spacing w:before="120" w:after="0" w:line="260" w:lineRule="exact"/>
        <w:ind w:left="1080" w:right="0" w:firstLine="0"/>
        <w:jc w:val="left"/>
      </w:pPr>
      <w:r>
        <w:rPr>
          <w:rFonts w:ascii="Times New Roman" w:hAnsi="Times New Roman" w:eastAsia="Times New Roman" w:cs="Times New Roman"/>
          <w:b w:val="0"/>
          <w:sz w:val="24"/>
        </w:rPr>
        <w:t>6.</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term “Document” includes originals, drafts, or copies, wherever located, and shall include, but not be limited to, all handwritten, printed, graphic, typed, electronically recorded, sound recorded, or computer readable materials, or other recorded or graphic matter of every type and description, however and by whomever prepared, produced, reproduced, assimilated or made, in any form which is or was in your actual or constructive possession, custody, or control. Further, the term “Document” shall include, but not be limited to, any and all records, filed writings, letters, minutes, correspondence, electronic mail or email, text or SMS messages, advertisements, mailgrams, telegrams, bulletins, instructions, resolutions, charts, literature, work assignments, reports, sales brochures, memoranda, notations of telephone or personal conversations or conferences, transcripts, contracts, agreements, canceled checks, interoffice microfilm, circulars, pamphlets, studies, notices, summaries, reports, books, invoices, graphs, diagrams, photographs, data sheets, data compilations, computer data sheets, computer data compilations, work sheets, records, statistics, speeches, and other writings, tapes, sound records, data compilations from which information can be obtained or can be translated through detection devices into reasonably usable form, or other tangible thing. The term “Document” shall also mean each copy which is not identical to the original or to any other identified copy, and all drafts and notes (whether typed, handwritten, or otherwise) made or prepared in connection with such documents, whether used or not.</w:t>
      </w:r>
    </w:p>
    <w:p>
      <w:pPr>
        <w:keepNext w:val="0"/>
        <w:spacing w:before="120" w:after="0" w:line="260" w:lineRule="exact"/>
        <w:ind w:left="1080" w:right="0" w:firstLine="0"/>
        <w:jc w:val="left"/>
      </w:pPr>
      <w:r>
        <w:rPr>
          <w:rFonts w:ascii="Times New Roman" w:hAnsi="Times New Roman" w:eastAsia="Times New Roman" w:cs="Times New Roman"/>
          <w:b w:val="0"/>
          <w:sz w:val="24"/>
        </w:rPr>
        <w:t>7.</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term “Medical Documents” refers to documents concerning physical and psychological health including, but not limited to, sickness or illness reports, disability reports; insurance claims, reports and records; medical reports and records; physicians' reports and records; psychiatric or psychological reports and records; hospital reports and records; clinic reports and records; lists of medical providers; diagnoses, prognoses and treatments, including any prescriptions for medication; diaries or notes reflecting appointments related to any physicians, mental health care provider(s), psychotherapist(s), clinic or hospital visit(s); and any information pertaining to the cause of illness, injury, sickness, disability, pain, suffering and/or anguish incurred or sustained.</w:t>
      </w:r>
    </w:p>
    <w:p>
      <w:pPr>
        <w:keepNext w:val="0"/>
        <w:spacing w:before="120" w:after="0" w:line="260" w:lineRule="exact"/>
        <w:ind w:left="1080" w:right="0" w:firstLine="0"/>
        <w:jc w:val="left"/>
      </w:pPr>
      <w:r>
        <w:rPr>
          <w:rFonts w:ascii="Times New Roman" w:hAnsi="Times New Roman" w:eastAsia="Times New Roman" w:cs="Times New Roman"/>
          <w:b w:val="0"/>
          <w:sz w:val="24"/>
        </w:rPr>
        <w:t>8.</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“Person” and “persons” shall each mean any natural person or any business, legal, or governmental entity or association.</w:t>
      </w:r>
    </w:p>
    <w:p>
      <w:pPr>
        <w:keepNext w:val="0"/>
        <w:spacing w:before="120" w:after="0" w:line="260" w:lineRule="exact"/>
        <w:ind w:left="1080" w:right="0" w:firstLine="0"/>
        <w:jc w:val="left"/>
      </w:pPr>
      <w:r>
        <w:rPr>
          <w:rFonts w:ascii="Times New Roman" w:hAnsi="Times New Roman" w:eastAsia="Times New Roman" w:cs="Times New Roman"/>
          <w:b w:val="0"/>
          <w:sz w:val="24"/>
        </w:rPr>
        <w:t>9.</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“Plaintiff,” “You,” and “Your” shall mean Plaintiff [plaintiff’s name] and Plaintiff’s attorneys, agents, representatives, and any and all other persons and/or entities acting on behalf of Plaintiff, individually and/or collectively.</w:t>
      </w:r>
    </w:p>
    <w:p>
      <w:pPr>
        <w:keepNext w:val="0"/>
        <w:spacing w:before="120" w:after="0" w:line="260" w:lineRule="exact"/>
        <w:ind w:left="1080" w:right="0" w:firstLine="0"/>
        <w:jc w:val="left"/>
      </w:pPr>
      <w:r>
        <w:rPr>
          <w:rFonts w:ascii="Times New Roman" w:hAnsi="Times New Roman" w:eastAsia="Times New Roman" w:cs="Times New Roman"/>
          <w:b w:val="0"/>
          <w:sz w:val="24"/>
        </w:rPr>
        <w:t>10.</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In construing the Requests, (i) the terms “and” as well as “or” shall be construed either disjunctively or conjunctively, and references shall be construed either as singular or plural as necessary to bring within the scope of the Requests all Documents that might otherwise be construed to be outside their scope; (ii) the terms “include” and “including” shall be construed to mean “without limitation” so as to be as inclusive as possible; (iii) the singular and masculine form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noun or pronoun shall embrace, and shall be read and applied as the particular context makes appropriate; (iv) the past tense and present tense shall be construed as interchangeable so as to be as inclusive as possible; (v) the term “person” shall mean or refer to natural persons as well as business entities of all sorts, including partnerships, proprietorships, joint ventures, corporations, government agencies, and unincorporated associations; and (vi) the terms “all” as well as “any” shall be construed either disjunctively or conjunctively so as to bring within the scope of the Requests all Documents that might otherwise be construed to be outside their scope.</w:t>
      </w:r>
    </w:p>
    <w:p>
      <w:pPr>
        <w:keepNext w:val="0"/>
        <w:spacing w:before="120" w:after="0" w:line="260" w:lineRule="exact"/>
        <w:ind w:left="1080" w:right="0" w:firstLine="0"/>
        <w:jc w:val="left"/>
      </w:pPr>
      <w:r>
        <w:rPr>
          <w:rFonts w:ascii="Times New Roman" w:hAnsi="Times New Roman" w:eastAsia="Times New Roman" w:cs="Times New Roman"/>
          <w:b w:val="0"/>
          <w:sz w:val="24"/>
        </w:rPr>
        <w:t>11.</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“Identify,” when used in reference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natural person, means to state his or her full name, present residential address and home telephone number, present business address and business telephone number, or if the above are not known, such information as was last known, and his or her residential address, home telephone number, business title, business affiliation, business address, and business telephone number at the time in question. When used in reference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document, “Identify” means to state the type of document (e.g., letter, memorandum, contract, telegram, etc.) or some other means of identifying it, its date, the general subject matter of the document with sufficient particularity so as to enable such document to be precisely identified, its author or authors, addressee or addressees, and its present location or custodian. When used in reference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 occurrence, transaction, decision, statement, communication, or conduct (hereinafter collectively referred to as “act”), “Identify” means to describe in substance the event or events constituting such act or what transpired, the place and date thereof, and to identify the persons present, the persons involved, and the documents referring or relating thereto.</w:t>
      </w:r>
    </w:p>
    <w:p>
      <w:pPr>
        <w:keepNext w:val="0"/>
        <w:spacing w:before="120" w:after="0" w:line="260" w:lineRule="exact"/>
        <w:ind w:left="1080" w:right="0" w:firstLine="0"/>
        <w:jc w:val="left"/>
      </w:pPr>
      <w:r>
        <w:rPr>
          <w:rFonts w:ascii="Times New Roman" w:hAnsi="Times New Roman" w:eastAsia="Times New Roman" w:cs="Times New Roman"/>
          <w:b w:val="0"/>
          <w:sz w:val="24"/>
        </w:rPr>
        <w:t>12.</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Unless otherwise indicated, the Requests cover the period of [date] to the Present.</w:t>
      </w:r>
    </w:p>
    <w:p>
      <w:pPr>
        <w:keepNext w:val="0"/>
        <w:spacing w:before="120" w:after="0" w:line="260" w:lineRule="exact"/>
        <w:ind w:left="1080" w:right="0" w:firstLine="0"/>
        <w:jc w:val="left"/>
      </w:pPr>
      <w:r>
        <w:rPr>
          <w:rFonts w:ascii="Times New Roman" w:hAnsi="Times New Roman" w:eastAsia="Times New Roman" w:cs="Times New Roman"/>
          <w:b w:val="0"/>
          <w:sz w:val="24"/>
        </w:rPr>
        <w:t>13.</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These Requests require Plaintiff to produce all Documents that are in Plaintiff’s actual or constructive possession, custody, or control, including, without limitation, those Documents in the possession, custody, or control of Plaintiff’s attorneys, investigators, agents, or other persons and/or entities acting on Plaintiff’s behalf. If any Document is claimed to not be in Plaintiff’s possession or control, state the reasons for the lack of possession or control, the date such Document was last possessed, and the present location and custodian of the Document.</w:t>
      </w:r>
    </w:p>
    <w:p>
      <w:pPr>
        <w:keepNext w:val="0"/>
        <w:spacing w:before="120" w:after="0" w:line="260" w:lineRule="exact"/>
        <w:ind w:left="1080" w:right="0" w:firstLine="0"/>
        <w:jc w:val="left"/>
      </w:pPr>
      <w:r>
        <w:rPr>
          <w:rFonts w:ascii="Times New Roman" w:hAnsi="Times New Roman" w:eastAsia="Times New Roman" w:cs="Times New Roman"/>
          <w:b w:val="0"/>
          <w:sz w:val="24"/>
        </w:rPr>
        <w:t>14.</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If any Document requested herein has been lost or destroyed, identify said Document; state its present or last known location; describe when, where, how, why, and by whom said Document was lost or destroyed; state the name and address of the person who last had custody thereof; and state the names and addresses of all persons with knowledge of the contents of the Document.</w:t>
      </w:r>
    </w:p>
    <w:p>
      <w:pPr>
        <w:keepNext w:val="0"/>
        <w:spacing w:before="120" w:after="0" w:line="260" w:lineRule="exact"/>
        <w:ind w:left="1080" w:right="0" w:firstLine="0"/>
        <w:jc w:val="left"/>
      </w:pPr>
      <w:r>
        <w:rPr>
          <w:rFonts w:ascii="Times New Roman" w:hAnsi="Times New Roman" w:eastAsia="Times New Roman" w:cs="Times New Roman"/>
          <w:b w:val="0"/>
          <w:sz w:val="24"/>
        </w:rPr>
        <w:t>15.</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These Requests do not call for information that is protected by the attorney client privilege or the attorney work product doctrine.</w:t>
      </w:r>
    </w:p>
    <w:p>
      <w:pPr>
        <w:keepNext w:val="0"/>
        <w:spacing w:before="120" w:after="0" w:line="260" w:lineRule="exact"/>
        <w:ind w:left="1080" w:right="0" w:firstLine="0"/>
        <w:jc w:val="left"/>
      </w:pPr>
      <w:r>
        <w:rPr>
          <w:rFonts w:ascii="Times New Roman" w:hAnsi="Times New Roman" w:eastAsia="Times New Roman" w:cs="Times New Roman"/>
          <w:b w:val="0"/>
          <w:sz w:val="24"/>
        </w:rPr>
        <w:t>16.</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If Plaintiff represents that Plaintiff is unable to comply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request, Plaintiff must affirm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diligent search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inquiry has been made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effort to comply with that request. This statement shall also specify the reason for Plaintiff’s inability to comply.</w:t>
      </w:r>
    </w:p>
    <w:p>
      <w:pPr>
        <w:keepNext w:val="0"/>
        <w:spacing w:before="120" w:after="0" w:line="260" w:lineRule="exact"/>
        <w:ind w:left="1080" w:right="0" w:firstLine="0"/>
        <w:jc w:val="left"/>
      </w:pPr>
      <w:r>
        <w:rPr>
          <w:rFonts w:ascii="Times New Roman" w:hAnsi="Times New Roman" w:eastAsia="Times New Roman" w:cs="Times New Roman"/>
          <w:b w:val="0"/>
          <w:sz w:val="24"/>
        </w:rPr>
        <w:t>17.</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These Requests shall be deemed continuing so as to require supplemental responses if Plaintiff learns of additional responsive information between the time of initial responses and the time of trial.</w:t>
      </w:r>
    </w:p>
    <w:p>
      <w:pPr>
        <w:keepNext w:val="0"/>
        <w:spacing w:before="120" w:after="0" w:line="260" w:lineRule="exact"/>
        <w:ind w:left="1080" w:right="0" w:firstLine="0"/>
        <w:jc w:val="left"/>
      </w:pPr>
      <w:r>
        <w:rPr>
          <w:rFonts w:ascii="Times New Roman" w:hAnsi="Times New Roman" w:eastAsia="Times New Roman" w:cs="Times New Roman"/>
          <w:b w:val="0"/>
          <w:sz w:val="24"/>
        </w:rPr>
        <w:t>18.</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Respond to each of the Requests separately. Identify any Document responsive to any request as being responsive to the specific request at issue. If the same Document is responsive to more than one request, identify all requests to which it is responsive.</w:t>
      </w:r>
    </w:p>
    <w:p>
      <w:pPr>
        <w:keepNext w:val="0"/>
        <w:spacing w:before="120" w:after="0" w:line="260" w:lineRule="exact"/>
        <w:ind w:left="1080" w:right="0" w:firstLine="0"/>
        <w:jc w:val="left"/>
      </w:pPr>
      <w:r>
        <w:rPr>
          <w:rFonts w:ascii="Times New Roman" w:hAnsi="Times New Roman" w:eastAsia="Times New Roman" w:cs="Times New Roman"/>
          <w:b w:val="0"/>
          <w:sz w:val="24"/>
        </w:rPr>
        <w:t>19.</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All Documents are to be produced as they are kept in the usual course of business so that Plaintiff can ascertain the files in which the Documents are located, their relative order in such files, and how such files are maintained.</w:t>
      </w:r>
    </w:p>
    <w:p>
      <w:pPr>
        <w:keepNext w:val="0"/>
        <w:spacing w:before="120" w:after="0" w:line="260" w:lineRule="exact"/>
        <w:ind w:left="360" w:right="0" w:firstLine="0"/>
        <w:jc w:val="left"/>
      </w:pPr>
      <w:r>
        <w:rPr>
          <w:rFonts w:ascii="Times New Roman" w:hAnsi="Times New Roman" w:eastAsia="Times New Roman" w:cs="Times New Roman"/>
          <w:b/>
          <w:sz w:val="24"/>
        </w:rPr>
        <w:t>REQUESTS FOR PRODUCTION OF DOCUMENTS</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concerning the allegations in the Complaint.</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that Plaintiff identified in Plaintiff’s Federal Rule of Civil Procedures Rule 26(</w:t>
      </w:r>
      <w:r>
        <w:rPr>
          <w:rFonts w:ascii="Times New Roman" w:hAnsi="Times New Roman" w:eastAsia="Times New Roman" w:cs="Times New Roman"/>
          <w:b/>
          <w:sz w:val="24"/>
        </w:rPr>
        <w:t>a</w:t>
      </w:r>
      <w:r>
        <w:rPr>
          <w:rFonts w:ascii="Times New Roman" w:hAnsi="Times New Roman" w:eastAsia="Times New Roman" w:cs="Times New Roman"/>
          <w:b w:val="0"/>
          <w:sz w:val="24"/>
        </w:rPr>
        <w:t>) disclosures.</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that Plaintiff believes support the allegations in the Complaint that Defendant discriminated and/or retaliated against Plaintiff in connection with Plaintiff’s employment with Defendant.</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concerning the terms and conditions of Plaintiff’s employment with Defendant, including, but not limited to, offers of employment, contracts of employment, employee or personnel handbooks, and any other document describing or relating to Plaintiff’s employment with Defendant, including Plaintiff’s job duties, responsibilities, compensation, and benefits.</w:t>
      </w:r>
    </w:p>
    <w:p>
      <w:pPr>
        <w:keepNext w:val="0"/>
        <w:spacing w:before="120" w:after="0" w:line="260" w:lineRule="exact"/>
        <w:ind w:left="720" w:right="0" w:firstLine="0"/>
        <w:jc w:val="left"/>
      </w:pPr>
      <w:r>
        <w:rPr>
          <w:rFonts w:ascii="Times New Roman" w:hAnsi="Times New Roman" w:eastAsia="Times New Roman" w:cs="Times New Roman"/>
          <w:b w:val="0"/>
          <w:sz w:val="24"/>
        </w:rPr>
        <w:t>5.</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concerning Plaintiff’s work performance while employed by Defendant, including, but not limited, to any formal or informal evaluation of Plaintiff’s work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of Defendant.</w:t>
      </w:r>
    </w:p>
    <w:p>
      <w:pPr>
        <w:keepNext w:val="0"/>
        <w:spacing w:before="120" w:after="0" w:line="260" w:lineRule="exact"/>
        <w:ind w:left="720" w:right="0" w:firstLine="0"/>
        <w:jc w:val="left"/>
      </w:pPr>
      <w:r>
        <w:rPr>
          <w:rFonts w:ascii="Times New Roman" w:hAnsi="Times New Roman" w:eastAsia="Times New Roman" w:cs="Times New Roman"/>
          <w:b w:val="0"/>
          <w:sz w:val="24"/>
        </w:rPr>
        <w:t>6.</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concerning any alleged adverse or retaliatory employment decisions or actions that Plaintiff alleges that Defendant, or any of Defendant’s employees or agents, took against Plaintiff, including, but not limited to, any counseling, disciplinary actions, suspensions, and/or termination.</w:t>
      </w:r>
    </w:p>
    <w:p>
      <w:pPr>
        <w:keepNext w:val="0"/>
        <w:spacing w:before="120" w:after="0" w:line="260" w:lineRule="exact"/>
        <w:ind w:left="720" w:right="0" w:firstLine="0"/>
        <w:jc w:val="left"/>
      </w:pPr>
      <w:r>
        <w:rPr>
          <w:rFonts w:ascii="Times New Roman" w:hAnsi="Times New Roman" w:eastAsia="Times New Roman" w:cs="Times New Roman"/>
          <w:b w:val="0"/>
          <w:sz w:val="24"/>
        </w:rPr>
        <w:t>7.</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reflecting the dates on which any alleged adverse or retaliatory employment decisions or actions, including, not limited to, any counseling, disciplinary actions, suspensions, and/or termination, took effect and/or the dates on which Plaintiff was notified of any alleged employment decisions or actions.</w:t>
      </w:r>
    </w:p>
    <w:p>
      <w:pPr>
        <w:keepNext w:val="0"/>
        <w:spacing w:before="120" w:after="0" w:line="260" w:lineRule="exact"/>
        <w:ind w:left="720" w:right="0" w:firstLine="0"/>
        <w:jc w:val="left"/>
      </w:pPr>
      <w:r>
        <w:rPr>
          <w:rFonts w:ascii="Times New Roman" w:hAnsi="Times New Roman" w:eastAsia="Times New Roman" w:cs="Times New Roman"/>
          <w:b w:val="0"/>
          <w:sz w:val="24"/>
        </w:rPr>
        <w:t>8.</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relating to evaluations of Plaintiff’s performance while employed by Defendant.</w:t>
      </w:r>
    </w:p>
    <w:p>
      <w:pPr>
        <w:keepNext w:val="0"/>
        <w:spacing w:before="120" w:after="0" w:line="260" w:lineRule="exact"/>
        <w:ind w:left="720" w:right="0" w:firstLine="0"/>
        <w:jc w:val="left"/>
      </w:pPr>
      <w:r>
        <w:rPr>
          <w:rFonts w:ascii="Times New Roman" w:hAnsi="Times New Roman" w:eastAsia="Times New Roman" w:cs="Times New Roman"/>
          <w:b w:val="0"/>
          <w:sz w:val="24"/>
        </w:rPr>
        <w:t>9.</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concerning any complaints made by Plaintiff to Defendant or any of Defendant’s employees or agents alleging discrimination or retaliation by Defendant or any of its agents or employees.</w:t>
      </w:r>
    </w:p>
    <w:p>
      <w:pPr>
        <w:keepNext w:val="0"/>
        <w:spacing w:before="120" w:after="0" w:line="260" w:lineRule="exact"/>
        <w:ind w:left="720" w:right="0" w:firstLine="0"/>
        <w:jc w:val="left"/>
      </w:pPr>
      <w:r>
        <w:rPr>
          <w:rFonts w:ascii="Times New Roman" w:hAnsi="Times New Roman" w:eastAsia="Times New Roman" w:cs="Times New Roman"/>
          <w:b w:val="0"/>
          <w:sz w:val="24"/>
        </w:rPr>
        <w:t>10.</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concerning Plaintiff’s employment with Defendant.</w:t>
      </w:r>
    </w:p>
    <w:p>
      <w:pPr>
        <w:keepNext w:val="0"/>
        <w:spacing w:before="120" w:after="0" w:line="260" w:lineRule="exact"/>
        <w:ind w:left="720" w:right="0" w:firstLine="0"/>
        <w:jc w:val="left"/>
      </w:pPr>
      <w:r>
        <w:rPr>
          <w:rFonts w:ascii="Times New Roman" w:hAnsi="Times New Roman" w:eastAsia="Times New Roman" w:cs="Times New Roman"/>
          <w:b w:val="0"/>
          <w:sz w:val="24"/>
        </w:rPr>
        <w:t>11.</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medical records concerning Plaintiff from [date] to the present. </w:t>
      </w:r>
    </w:p>
    <w:p>
      <w:pPr>
        <w:keepNext w:val="0"/>
        <w:spacing w:before="120" w:after="0" w:line="260" w:lineRule="exact"/>
        <w:ind w:left="720" w:right="0" w:firstLine="0"/>
        <w:jc w:val="left"/>
      </w:pPr>
      <w:r>
        <w:rPr>
          <w:rFonts w:ascii="Times New Roman" w:hAnsi="Times New Roman" w:eastAsia="Times New Roman" w:cs="Times New Roman"/>
          <w:b w:val="0"/>
          <w:sz w:val="24"/>
        </w:rPr>
        <w:t>12.</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Signed authorizations for the release of all medical, pharmaceutical, psychological, and counseling records and information for the years [year] to the present from any and all of Plaintiff s physicians, psychiatrists, health care providers, or other individuals possessing such information in the form annexed hereto as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13.</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concerning Plaintiff’s allegations in Paragraph [paragraph number] of the Complaint, that “[quote from complaint].”</w:t>
      </w:r>
    </w:p>
    <w:p>
      <w:pPr>
        <w:keepNext w:val="0"/>
        <w:spacing w:before="120" w:after="0" w:line="260" w:lineRule="exact"/>
        <w:ind w:left="720" w:right="0" w:firstLine="0"/>
        <w:jc w:val="left"/>
      </w:pPr>
      <w:r>
        <w:rPr>
          <w:rFonts w:ascii="Times New Roman" w:hAnsi="Times New Roman" w:eastAsia="Times New Roman" w:cs="Times New Roman"/>
          <w:b w:val="0"/>
          <w:sz w:val="24"/>
        </w:rPr>
        <w:t>14.</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complaints or other documents that Plaintiff filed with or received from the Equal Employment Opportunity Commission or equivalent state agency, the federal or state Department of Labor, or any other government agency concerning the allegations in the Complaint.</w:t>
      </w:r>
    </w:p>
    <w:p>
      <w:pPr>
        <w:keepNext w:val="0"/>
        <w:spacing w:before="120" w:after="0" w:line="260" w:lineRule="exact"/>
        <w:ind w:left="720" w:right="0" w:firstLine="0"/>
        <w:jc w:val="left"/>
      </w:pPr>
      <w:r>
        <w:rPr>
          <w:rFonts w:ascii="Times New Roman" w:hAnsi="Times New Roman" w:eastAsia="Times New Roman" w:cs="Times New Roman"/>
          <w:b w:val="0"/>
          <w:sz w:val="24"/>
        </w:rPr>
        <w:t>15.</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concerning any communications between Plaintiff and any current or former officer, employee, or agent of Defendant concerning any of the allegations in the Complaint.</w:t>
      </w:r>
    </w:p>
    <w:p>
      <w:pPr>
        <w:keepNext w:val="0"/>
        <w:spacing w:before="120" w:after="0" w:line="260" w:lineRule="exact"/>
        <w:ind w:left="720" w:right="0" w:firstLine="0"/>
        <w:jc w:val="left"/>
      </w:pPr>
      <w:r>
        <w:rPr>
          <w:rFonts w:ascii="Times New Roman" w:hAnsi="Times New Roman" w:eastAsia="Times New Roman" w:cs="Times New Roman"/>
          <w:b w:val="0"/>
          <w:sz w:val="24"/>
        </w:rPr>
        <w:t>16.</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concerning any communications between Plaintiff and any other third-party (other than Plaintiff’s counsel) concerning Plaintiff’s employment with Defendant and/or claims against Defendant in this action.</w:t>
      </w:r>
    </w:p>
    <w:p>
      <w:pPr>
        <w:keepNext w:val="0"/>
        <w:spacing w:before="120" w:after="0" w:line="260" w:lineRule="exact"/>
        <w:ind w:left="720" w:right="0" w:firstLine="0"/>
        <w:jc w:val="left"/>
      </w:pPr>
      <w:r>
        <w:rPr>
          <w:rFonts w:ascii="Times New Roman" w:hAnsi="Times New Roman" w:eastAsia="Times New Roman" w:cs="Times New Roman"/>
          <w:b w:val="0"/>
          <w:sz w:val="24"/>
        </w:rPr>
        <w:t>17.</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calendars, diaries, or notes of events or activities maintained by Plaintiff from the start of Plaintiff’s employment with Defendant through the present.</w:t>
      </w:r>
    </w:p>
    <w:p>
      <w:pPr>
        <w:keepNext w:val="0"/>
        <w:spacing w:before="120" w:after="0" w:line="260" w:lineRule="exact"/>
        <w:ind w:left="720" w:right="0" w:firstLine="0"/>
        <w:jc w:val="left"/>
      </w:pPr>
      <w:r>
        <w:rPr>
          <w:rFonts w:ascii="Times New Roman" w:hAnsi="Times New Roman" w:eastAsia="Times New Roman" w:cs="Times New Roman"/>
          <w:b w:val="0"/>
          <w:sz w:val="24"/>
        </w:rPr>
        <w:t>18.</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past and current resumes prepared by Plaintiff from [the year in which the plaintiff’s employment with defendant started].</w:t>
      </w:r>
    </w:p>
    <w:p>
      <w:pPr>
        <w:keepNext w:val="0"/>
        <w:spacing w:before="120" w:after="0" w:line="260" w:lineRule="exact"/>
        <w:ind w:left="720" w:right="0" w:firstLine="0"/>
        <w:jc w:val="left"/>
      </w:pPr>
      <w:r>
        <w:rPr>
          <w:rFonts w:ascii="Times New Roman" w:hAnsi="Times New Roman" w:eastAsia="Times New Roman" w:cs="Times New Roman"/>
          <w:b w:val="0"/>
          <w:sz w:val="24"/>
        </w:rPr>
        <w:t>19.</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concerning your professional qualifications, employment experience, education, achievements, ability, or qualifications to perform each position you held or sought to hold with Defendant.</w:t>
      </w:r>
    </w:p>
    <w:p>
      <w:pPr>
        <w:keepNext w:val="0"/>
        <w:spacing w:before="120" w:after="0" w:line="260" w:lineRule="exact"/>
        <w:ind w:left="720" w:right="0" w:firstLine="0"/>
        <w:jc w:val="left"/>
      </w:pPr>
      <w:r>
        <w:rPr>
          <w:rFonts w:ascii="Times New Roman" w:hAnsi="Times New Roman" w:eastAsia="Times New Roman" w:cs="Times New Roman"/>
          <w:b w:val="0"/>
          <w:sz w:val="24"/>
        </w:rPr>
        <w:t>20.</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transcripts from any college or university attended by Plaintiff.</w:t>
      </w:r>
    </w:p>
    <w:p>
      <w:pPr>
        <w:keepNext w:val="0"/>
        <w:spacing w:before="120" w:after="0" w:line="260" w:lineRule="exact"/>
        <w:ind w:left="720" w:right="0" w:firstLine="0"/>
        <w:jc w:val="left"/>
      </w:pPr>
      <w:r>
        <w:rPr>
          <w:rFonts w:ascii="Times New Roman" w:hAnsi="Times New Roman" w:eastAsia="Times New Roman" w:cs="Times New Roman"/>
          <w:b w:val="0"/>
          <w:sz w:val="24"/>
        </w:rPr>
        <w:t>21.</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that refer or relate in any way to any attempts by Plaintiff during Plaintiff’s employment with Defendant to obtain other employment, including, but not limited, to applications, resumes, cover letters, offer letters, rejection letters, notes, and calendar and/or diary entries.</w:t>
      </w:r>
    </w:p>
    <w:p>
      <w:pPr>
        <w:keepNext w:val="0"/>
        <w:spacing w:before="120" w:after="0" w:line="260" w:lineRule="exact"/>
        <w:ind w:left="720" w:right="0" w:firstLine="0"/>
        <w:jc w:val="left"/>
      </w:pPr>
      <w:r>
        <w:rPr>
          <w:rFonts w:ascii="Times New Roman" w:hAnsi="Times New Roman" w:eastAsia="Times New Roman" w:cs="Times New Roman"/>
          <w:b w:val="0"/>
          <w:sz w:val="24"/>
        </w:rPr>
        <w:t>22.</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concerning any other employment, including self-employment, held by Plaintiff during the time period that Plaintiff worked for Defendant, including, but not limited to, documents relating to job title, job status, rates of pay, bonuses, pay stubs and vouchers, employee policies, handbooks and benefit statements, insurance payments, health or welfare benefits, stock options or distributions or other benefits to be paid or provided to Plaintiff (regardless of whether those benefits were actually obtained), counseling, disciplinary actions, suspensions, termination, and/or resignation.</w:t>
      </w:r>
    </w:p>
    <w:p>
      <w:pPr>
        <w:keepNext w:val="0"/>
        <w:spacing w:before="120" w:after="0" w:line="260" w:lineRule="exact"/>
        <w:ind w:left="720" w:right="0" w:firstLine="0"/>
        <w:jc w:val="left"/>
      </w:pPr>
      <w:r>
        <w:rPr>
          <w:rFonts w:ascii="Times New Roman" w:hAnsi="Times New Roman" w:eastAsia="Times New Roman" w:cs="Times New Roman"/>
          <w:b w:val="0"/>
          <w:sz w:val="24"/>
        </w:rPr>
        <w:t>23.</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that refer or relate in any way to any job, including self- employment, held by Plaintiff after the termination of Plaintiff’s employment with Defendant, including, but not limited to, documents relating to job title, job status, rates of pay, bonuses, pay stubs and vouchers, employee policies, handbooks and benefit statements, insurance payments, health or welfare benefits, stock options or distributions or other benefits to be paid or provided to Plaintiff (regardless of whether those benefits were actually obtained), counseling, disciplinary actions, suspensions, termination, and/or resignation.</w:t>
      </w:r>
    </w:p>
    <w:p>
      <w:pPr>
        <w:keepNext w:val="0"/>
        <w:spacing w:before="120" w:after="0" w:line="260" w:lineRule="exact"/>
        <w:ind w:left="720" w:right="0" w:firstLine="0"/>
        <w:jc w:val="left"/>
      </w:pPr>
      <w:r>
        <w:rPr>
          <w:rFonts w:ascii="Times New Roman" w:hAnsi="Times New Roman" w:eastAsia="Times New Roman" w:cs="Times New Roman"/>
          <w:b w:val="0"/>
          <w:sz w:val="24"/>
        </w:rPr>
        <w:t>24.</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that refer or relate in any way to Plaintiff’s attempts to obtain employment after the termination of Plaintiff’s employment with Defendant, including, but not limited to, any applications, resumes, cover letters, offer letters, rejection letters, notes, and calendar and/or diary entries concerning any application for employment.</w:t>
      </w:r>
    </w:p>
    <w:p>
      <w:pPr>
        <w:keepNext w:val="0"/>
        <w:spacing w:before="120" w:after="0" w:line="260" w:lineRule="exact"/>
        <w:ind w:left="720" w:right="0" w:firstLine="0"/>
        <w:jc w:val="left"/>
      </w:pPr>
      <w:r>
        <w:rPr>
          <w:rFonts w:ascii="Times New Roman" w:hAnsi="Times New Roman" w:eastAsia="Times New Roman" w:cs="Times New Roman"/>
          <w:b w:val="0"/>
          <w:sz w:val="24"/>
        </w:rPr>
        <w:t>25.</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concerning any compensation that Defendant paid to Plaintiff during the course of Plaintiff’s employment with Defendant, including pay stubs, IRS Form W-2 or 1099, time records, tip distribution records, wage summaries, tax documents, and other documents sufficient to indicate all of Plaintiff’s compensation by calendar date.</w:t>
      </w:r>
    </w:p>
    <w:p>
      <w:pPr>
        <w:keepNext w:val="0"/>
        <w:spacing w:before="120" w:after="0" w:line="260" w:lineRule="exact"/>
        <w:ind w:left="720" w:right="0" w:firstLine="0"/>
        <w:jc w:val="left"/>
      </w:pPr>
      <w:r>
        <w:rPr>
          <w:rFonts w:ascii="Times New Roman" w:hAnsi="Times New Roman" w:eastAsia="Times New Roman" w:cs="Times New Roman"/>
          <w:b w:val="0"/>
          <w:sz w:val="24"/>
        </w:rPr>
        <w:t>26.</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concerning Plaintiff s income (from any source) from [the start of plaintiff’s employment with Defendant] to the present.</w:t>
      </w:r>
    </w:p>
    <w:p>
      <w:pPr>
        <w:keepNext w:val="0"/>
        <w:spacing w:before="120" w:after="0" w:line="260" w:lineRule="exact"/>
        <w:ind w:left="720" w:right="0" w:firstLine="0"/>
        <w:jc w:val="left"/>
      </w:pPr>
      <w:r>
        <w:rPr>
          <w:rFonts w:ascii="Times New Roman" w:hAnsi="Times New Roman" w:eastAsia="Times New Roman" w:cs="Times New Roman"/>
          <w:b w:val="0"/>
          <w:sz w:val="24"/>
        </w:rPr>
        <w:t>27.</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Plaintiff s federal and state tax returns from [last year in which the plaintiff worked for defendant] through the date of trial in this action, with all W-2s, 1099s, schedules, and attachments thereto.</w:t>
      </w:r>
    </w:p>
    <w:p>
      <w:pPr>
        <w:keepNext w:val="0"/>
        <w:spacing w:before="120" w:after="0" w:line="260" w:lineRule="exact"/>
        <w:ind w:left="720" w:right="0" w:firstLine="0"/>
        <w:jc w:val="left"/>
      </w:pPr>
      <w:r>
        <w:rPr>
          <w:rFonts w:ascii="Times New Roman" w:hAnsi="Times New Roman" w:eastAsia="Times New Roman" w:cs="Times New Roman"/>
          <w:b w:val="0"/>
          <w:sz w:val="24"/>
        </w:rPr>
        <w:t>28.</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written or recorded documents that Plaintiff has obtained from any person or source concerning any of Plaintiff’s allegations in the Complaint.</w:t>
      </w:r>
    </w:p>
    <w:p>
      <w:pPr>
        <w:keepNext w:val="0"/>
        <w:spacing w:before="120" w:after="0" w:line="260" w:lineRule="exact"/>
        <w:ind w:left="720" w:right="0" w:firstLine="0"/>
        <w:jc w:val="left"/>
      </w:pPr>
      <w:r>
        <w:rPr>
          <w:rFonts w:ascii="Times New Roman" w:hAnsi="Times New Roman" w:eastAsia="Times New Roman" w:cs="Times New Roman"/>
          <w:b w:val="0"/>
          <w:sz w:val="24"/>
        </w:rPr>
        <w:t>29.</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written or recorded statements or affidavits that Plaintiff has obtained from any person or source concerning any of Plaintiff’s allegations in the Complaint.</w:t>
      </w:r>
    </w:p>
    <w:p>
      <w:pPr>
        <w:keepNext w:val="0"/>
        <w:spacing w:before="120" w:after="0" w:line="260" w:lineRule="exact"/>
        <w:ind w:left="720" w:right="0" w:firstLine="0"/>
        <w:jc w:val="left"/>
      </w:pPr>
      <w:r>
        <w:rPr>
          <w:rFonts w:ascii="Times New Roman" w:hAnsi="Times New Roman" w:eastAsia="Times New Roman" w:cs="Times New Roman"/>
          <w:b w:val="0"/>
          <w:sz w:val="24"/>
        </w:rPr>
        <w:t>30.</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concerning any communications with any individuals from whom Plaintiff has obtained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or oral statement concerning the facts, allegations, and claims contained in the Complaint, the Answer or otherwise involved in this case.</w:t>
      </w:r>
    </w:p>
    <w:p>
      <w:pPr>
        <w:keepNext w:val="0"/>
        <w:spacing w:before="120" w:after="0" w:line="260" w:lineRule="exact"/>
        <w:ind w:left="720" w:right="0" w:firstLine="0"/>
        <w:jc w:val="left"/>
      </w:pPr>
      <w:r>
        <w:rPr>
          <w:rFonts w:ascii="Times New Roman" w:hAnsi="Times New Roman" w:eastAsia="Times New Roman" w:cs="Times New Roman"/>
          <w:b w:val="0"/>
          <w:sz w:val="24"/>
        </w:rPr>
        <w:t>31.</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concerning any communications between Plaintiff and any individual whom Plaintiff has identified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witness in this matter or that Plaintiff identified in Plaintiff’s Federal Rule of Civil Procedures Rule 26(</w:t>
      </w:r>
      <w:r>
        <w:rPr>
          <w:rFonts w:ascii="Times New Roman" w:hAnsi="Times New Roman" w:eastAsia="Times New Roman" w:cs="Times New Roman"/>
          <w:b/>
          <w:sz w:val="24"/>
        </w:rPr>
        <w:t>a</w:t>
      </w:r>
      <w:r>
        <w:rPr>
          <w:rFonts w:ascii="Times New Roman" w:hAnsi="Times New Roman" w:eastAsia="Times New Roman" w:cs="Times New Roman"/>
          <w:b w:val="0"/>
          <w:sz w:val="24"/>
        </w:rPr>
        <w:t>) disclosures.</w:t>
      </w:r>
    </w:p>
    <w:p>
      <w:pPr>
        <w:keepNext w:val="0"/>
        <w:spacing w:before="120" w:after="0" w:line="260" w:lineRule="exact"/>
        <w:ind w:left="720" w:right="0" w:firstLine="0"/>
        <w:jc w:val="left"/>
      </w:pPr>
      <w:r>
        <w:rPr>
          <w:rFonts w:ascii="Times New Roman" w:hAnsi="Times New Roman" w:eastAsia="Times New Roman" w:cs="Times New Roman"/>
          <w:b w:val="0"/>
          <w:sz w:val="24"/>
        </w:rPr>
        <w:t>32.</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concerning any damages that Plaintiff is seeking in this action.</w:t>
      </w:r>
    </w:p>
    <w:p>
      <w:pPr>
        <w:keepNext w:val="0"/>
        <w:spacing w:before="120" w:after="0" w:line="260" w:lineRule="exact"/>
        <w:ind w:left="720" w:right="0" w:firstLine="0"/>
        <w:jc w:val="left"/>
      </w:pPr>
      <w:r>
        <w:rPr>
          <w:rFonts w:ascii="Times New Roman" w:hAnsi="Times New Roman" w:eastAsia="Times New Roman" w:cs="Times New Roman"/>
          <w:b w:val="0"/>
          <w:sz w:val="24"/>
        </w:rPr>
        <w:t>33.</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or evidentiary materials that Plaintiff is using to calculate Plaintiff’s damages.</w:t>
      </w:r>
    </w:p>
    <w:p>
      <w:pPr>
        <w:keepNext w:val="0"/>
        <w:spacing w:before="120" w:after="0" w:line="260" w:lineRule="exact"/>
        <w:ind w:left="720" w:right="0" w:firstLine="0"/>
        <w:jc w:val="left"/>
      </w:pPr>
      <w:r>
        <w:rPr>
          <w:rFonts w:ascii="Times New Roman" w:hAnsi="Times New Roman" w:eastAsia="Times New Roman" w:cs="Times New Roman"/>
          <w:b w:val="0"/>
          <w:sz w:val="24"/>
        </w:rPr>
        <w:t>34.</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concerning any emotional distress that Plaintiff alleges that Plaintiff suffered or continues to suffer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the allegations contained in the Complaint.</w:t>
      </w:r>
    </w:p>
    <w:p>
      <w:pPr>
        <w:keepNext w:val="0"/>
        <w:spacing w:before="120" w:after="0" w:line="260" w:lineRule="exact"/>
        <w:ind w:left="720" w:right="0" w:firstLine="0"/>
        <w:jc w:val="left"/>
      </w:pPr>
      <w:r>
        <w:rPr>
          <w:rFonts w:ascii="Times New Roman" w:hAnsi="Times New Roman" w:eastAsia="Times New Roman" w:cs="Times New Roman"/>
          <w:b w:val="0"/>
          <w:sz w:val="24"/>
        </w:rPr>
        <w:t>35.</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concerning any complaints made by Plaintiff, or on Plaintiff’s behalf, relating to the facts alleged in the Complaint to any local, state, or federal government agents, entities, bodies, agencies, or commissions.</w:t>
      </w:r>
    </w:p>
    <w:p>
      <w:pPr>
        <w:keepNext w:val="0"/>
        <w:spacing w:before="120" w:after="0" w:line="260" w:lineRule="exact"/>
        <w:ind w:left="720" w:right="0" w:firstLine="0"/>
        <w:jc w:val="left"/>
      </w:pPr>
      <w:r>
        <w:rPr>
          <w:rFonts w:ascii="Times New Roman" w:hAnsi="Times New Roman" w:eastAsia="Times New Roman" w:cs="Times New Roman"/>
          <w:b w:val="0"/>
          <w:sz w:val="24"/>
        </w:rPr>
        <w:t>36.</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sent by Plaintiff to any local, state, or federal government agents, entities, bodies, agencies, or commissions that concern Plaintiff’s employment with Defendant or any of the facts alleged in the Complaint.</w:t>
      </w:r>
    </w:p>
    <w:p>
      <w:pPr>
        <w:keepNext w:val="0"/>
        <w:spacing w:before="120" w:after="0" w:line="260" w:lineRule="exact"/>
        <w:ind w:left="720" w:right="0" w:firstLine="0"/>
        <w:jc w:val="left"/>
      </w:pPr>
      <w:r>
        <w:rPr>
          <w:rFonts w:ascii="Times New Roman" w:hAnsi="Times New Roman" w:eastAsia="Times New Roman" w:cs="Times New Roman"/>
          <w:b w:val="0"/>
          <w:sz w:val="24"/>
        </w:rPr>
        <w:t>37.</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received by Plaintiff from any local, state, or federal government agents, entities, bodies, agencies, or commissions that concern Plaintiff’s employment with Defendant or any of the allegations in the Complaint.</w:t>
      </w:r>
    </w:p>
    <w:p>
      <w:pPr>
        <w:keepNext w:val="0"/>
        <w:spacing w:before="120" w:after="0" w:line="260" w:lineRule="exact"/>
        <w:ind w:left="720" w:right="0" w:firstLine="0"/>
        <w:jc w:val="left"/>
      </w:pPr>
      <w:r>
        <w:rPr>
          <w:rFonts w:ascii="Times New Roman" w:hAnsi="Times New Roman" w:eastAsia="Times New Roman" w:cs="Times New Roman"/>
          <w:b w:val="0"/>
          <w:sz w:val="24"/>
        </w:rPr>
        <w:t>38.</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not produced in response to the foregoing requests that Plaintiff may seek to offer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exhibit at any deposition, at trial, or in support of or in opposition to any dispositive motion filed in this action concerning Plaintiff’s claims against Defendant.</w:t>
      </w:r>
    </w:p>
    <w:p>
      <w:pPr>
        <w:keepNext w:val="0"/>
        <w:spacing w:before="120" w:after="0" w:line="260" w:lineRule="exact"/>
        <w:ind w:left="720" w:right="0" w:firstLine="0"/>
        <w:jc w:val="left"/>
      </w:pPr>
      <w:r>
        <w:rPr>
          <w:rFonts w:ascii="Times New Roman" w:hAnsi="Times New Roman" w:eastAsia="Times New Roman" w:cs="Times New Roman"/>
          <w:b w:val="0"/>
          <w:sz w:val="24"/>
        </w:rPr>
        <w:t>39.</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that are within Plaintiff’s custody, possession, or control and upon which Plaintiff intends to rely in whole or in part, directly or indirectly, in connection with any claim or defense related to this action.</w:t>
      </w:r>
    </w:p>
    <w:p>
      <w:pPr>
        <w:keepNext w:val="0"/>
        <w:spacing w:before="120" w:after="0" w:line="260" w:lineRule="exact"/>
        <w:ind w:left="720" w:right="0" w:firstLine="0"/>
        <w:jc w:val="left"/>
      </w:pPr>
      <w:r>
        <w:rPr>
          <w:rFonts w:ascii="Times New Roman" w:hAnsi="Times New Roman" w:eastAsia="Times New Roman" w:cs="Times New Roman"/>
          <w:b w:val="0"/>
          <w:sz w:val="24"/>
        </w:rPr>
        <w:t>40.</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that Plaintiff identified, referred to, or relied upon in preparing the Complaint.</w:t>
      </w:r>
    </w:p>
    <w:p>
      <w:pPr>
        <w:keepNext w:val="0"/>
        <w:spacing w:before="120" w:after="0" w:line="260" w:lineRule="exact"/>
        <w:ind w:left="720" w:right="0" w:firstLine="0"/>
        <w:jc w:val="left"/>
      </w:pPr>
      <w:r>
        <w:rPr>
          <w:rFonts w:ascii="Times New Roman" w:hAnsi="Times New Roman" w:eastAsia="Times New Roman" w:cs="Times New Roman"/>
          <w:b w:val="0"/>
          <w:sz w:val="24"/>
        </w:rPr>
        <w:t>41.</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concerning any lawsuits to which Plaintiff has been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including but not limited to, copies of all complaints, pleadings, motions, and court decisions in such lawsuits.</w:t>
      </w:r>
    </w:p>
    <w:p>
      <w:pPr>
        <w:keepNext w:val="0"/>
        <w:spacing w:before="120" w:after="0" w:line="260" w:lineRule="exact"/>
        <w:ind w:left="720" w:right="0" w:firstLine="0"/>
        <w:jc w:val="left"/>
      </w:pPr>
      <w:r>
        <w:rPr>
          <w:rFonts w:ascii="Times New Roman" w:hAnsi="Times New Roman" w:eastAsia="Times New Roman" w:cs="Times New Roman"/>
          <w:b w:val="0"/>
          <w:sz w:val="24"/>
        </w:rPr>
        <w:t>42.</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concerning any application by Plaintiff to receive or Plaintiff’s receipt of unemployment insurance benefits following the termination of Plaintiff’s employment with Defendant.</w:t>
      </w:r>
    </w:p>
    <w:p>
      <w:pPr>
        <w:keepNext w:val="0"/>
        <w:spacing w:before="120" w:after="0" w:line="260" w:lineRule="exact"/>
        <w:ind w:left="720" w:right="0" w:firstLine="0"/>
        <w:jc w:val="left"/>
      </w:pPr>
      <w:r>
        <w:rPr>
          <w:rFonts w:ascii="Times New Roman" w:hAnsi="Times New Roman" w:eastAsia="Times New Roman" w:cs="Times New Roman"/>
          <w:b w:val="0"/>
          <w:sz w:val="24"/>
        </w:rPr>
        <w:t>43.</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concerning Plaintiff’s application for and, if applicable, receipt of workers’ compensation benefits, short-term or long-term disability benefits, state disability benefits, social security benefits, or any other government-provided benefit, from [last date of employment] to the present.</w:t>
      </w:r>
    </w:p>
    <w:p>
      <w:pPr>
        <w:keepNext w:val="0"/>
        <w:spacing w:before="120" w:after="0" w:line="260" w:lineRule="exact"/>
        <w:ind w:left="720" w:right="0" w:firstLine="0"/>
        <w:jc w:val="left"/>
      </w:pPr>
      <w:r>
        <w:rPr>
          <w:rFonts w:ascii="Times New Roman" w:hAnsi="Times New Roman" w:eastAsia="Times New Roman" w:cs="Times New Roman"/>
          <w:b w:val="0"/>
          <w:sz w:val="24"/>
        </w:rPr>
        <w:t>44.</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received in response to any subpoena or other request for information from any third party concerning any of the allegations contained in the Complaint and/or the defenses contained in the Answer.</w:t>
      </w:r>
    </w:p>
    <w:p>
      <w:pPr>
        <w:keepNext w:val="0"/>
        <w:spacing w:before="120" w:after="0" w:line="260" w:lineRule="exact"/>
        <w:ind w:left="720" w:right="0" w:firstLine="0"/>
        <w:jc w:val="left"/>
      </w:pPr>
      <w:r>
        <w:rPr>
          <w:rFonts w:ascii="Times New Roman" w:hAnsi="Times New Roman" w:eastAsia="Times New Roman" w:cs="Times New Roman"/>
          <w:b w:val="0"/>
          <w:sz w:val="24"/>
        </w:rPr>
        <w:t>45.</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that concern any reports provided to Plaintiff by any expert retained by Plaintiff in connection with this lawsuit.</w:t>
      </w:r>
    </w:p>
    <w:p>
      <w:pPr>
        <w:keepNext w:val="0"/>
        <w:spacing w:before="120" w:after="0" w:line="260" w:lineRule="exact"/>
        <w:ind w:left="720" w:right="0" w:firstLine="0"/>
        <w:jc w:val="left"/>
      </w:pPr>
      <w:r>
        <w:rPr>
          <w:rFonts w:ascii="Times New Roman" w:hAnsi="Times New Roman" w:eastAsia="Times New Roman" w:cs="Times New Roman"/>
          <w:b w:val="0"/>
          <w:sz w:val="24"/>
        </w:rPr>
        <w:t>46.</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upon which any expert retained by Plaintiff has relied in forming, drafting, or preparing his or her opinion.</w:t>
      </w:r>
    </w:p>
    <w:p>
      <w:pPr>
        <w:keepNext w:val="0"/>
        <w:spacing w:before="120" w:after="0" w:line="260" w:lineRule="exact"/>
        <w:ind w:left="720" w:right="0" w:firstLine="0"/>
        <w:jc w:val="left"/>
      </w:pPr>
      <w:r>
        <w:rPr>
          <w:rFonts w:ascii="Times New Roman" w:hAnsi="Times New Roman" w:eastAsia="Times New Roman" w:cs="Times New Roman"/>
          <w:b w:val="0"/>
          <w:sz w:val="24"/>
        </w:rPr>
        <w:t>47.</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concerning any communications that Plaintiff has had with any expert with respect to the facts, allegations, and claims contained in the Complaint, the Answer, or otherwise involved in this case.</w:t>
      </w:r>
    </w:p>
    <w:p>
      <w:pPr>
        <w:keepNext w:val="0"/>
        <w:spacing w:before="120" w:after="0" w:line="260" w:lineRule="exact"/>
        <w:ind w:left="720" w:right="0" w:firstLine="0"/>
        <w:jc w:val="left"/>
      </w:pPr>
      <w:r>
        <w:rPr>
          <w:rFonts w:ascii="Times New Roman" w:hAnsi="Times New Roman" w:eastAsia="Times New Roman" w:cs="Times New Roman"/>
          <w:b w:val="0"/>
          <w:sz w:val="24"/>
        </w:rPr>
        <w:t>48.</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that Plaintiff has identified, referred to, or relied upon in preparing responses to any of Defendant’s interrogatories.</w:t>
      </w:r>
    </w:p>
    <w:p>
      <w:pPr>
        <w:keepNext w:val="0"/>
        <w:spacing w:before="120" w:after="0" w:line="260" w:lineRule="exact"/>
        <w:ind w:left="720" w:right="0" w:firstLine="0"/>
        <w:jc w:val="left"/>
      </w:pPr>
      <w:r>
        <w:rPr>
          <w:rFonts w:ascii="Times New Roman" w:hAnsi="Times New Roman" w:eastAsia="Times New Roman" w:cs="Times New Roman"/>
          <w:b w:val="0"/>
          <w:sz w:val="24"/>
        </w:rPr>
        <w:t>49.</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To the extent not requested in the preceding requests, all e-mails, text messages, other electronically stored information, photos, drawings, films, videos, or recordings of any kind relating to or referencing the allegations in the Complaint or the facts underlying said allegations.</w:t>
      </w:r>
    </w:p>
    <w:p>
      <w:pPr>
        <w:keepNext w:val="0"/>
        <w:spacing w:before="120" w:after="0" w:line="260" w:lineRule="exact"/>
        <w:ind w:left="720" w:right="0" w:firstLine="0"/>
        <w:jc w:val="left"/>
      </w:pPr>
      <w:r>
        <w:rPr>
          <w:rFonts w:ascii="Times New Roman" w:hAnsi="Times New Roman" w:eastAsia="Times New Roman" w:cs="Times New Roman"/>
          <w:b w:val="0"/>
          <w:sz w:val="24"/>
        </w:rPr>
        <w:t>50.</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All documents not produced in response to the foregoing requests that support any of the allegations, claims, statements, or defenses in the Complaint and/or Answer.</w:t>
      </w:r>
    </w:p>
    <w:p>
      <w:pPr>
        <w:keepNext w:val="0"/>
        <w:spacing w:before="200" w:after="0" w:line="260" w:lineRule="exact"/>
        <w:ind w:left="360" w:right="0" w:firstLine="0"/>
        <w:jc w:val="both"/>
      </w:pPr>
      <w:r>
        <w:rPr>
          <w:rFonts w:ascii="Times New Roman" w:hAnsi="Times New Roman" w:eastAsia="Times New Roman" w:cs="Times New Roman"/>
          <w:b w:val="0"/>
          <w:sz w:val="24"/>
        </w:rPr>
        <w:t>DATED this [date].</w:t>
      </w:r>
    </w:p>
    <w:p>
      <w:pPr>
        <w:keepNext w:val="0"/>
        <w:spacing w:before="120" w:after="0" w:line="260" w:lineRule="exact"/>
        <w:ind w:left="360" w:right="0" w:firstLine="0"/>
        <w:jc w:val="right"/>
      </w:pPr>
      <w:r>
        <w:rPr>
          <w:rFonts w:ascii="Times New Roman" w:hAnsi="Times New Roman" w:eastAsia="Times New Roman" w:cs="Times New Roman"/>
          <w:b w:val="0"/>
          <w:sz w:val="24"/>
        </w:rPr>
        <w:t>________________________________</w:t>
      </w:r>
    </w:p>
    <w:p>
      <w:pPr>
        <w:keepNext w:val="0"/>
        <w:spacing w:before="120" w:after="0" w:line="260" w:lineRule="exact"/>
        <w:ind w:left="360" w:right="0" w:firstLine="0"/>
        <w:jc w:val="right"/>
      </w:pPr>
      <w:r>
        <w:rPr>
          <w:rFonts w:ascii="Times New Roman" w:hAnsi="Times New Roman" w:eastAsia="Times New Roman" w:cs="Times New Roman"/>
          <w:b w:val="0"/>
          <w:sz w:val="24"/>
        </w:rPr>
        <w:t>[Counsel’s Name] (Bar No. [number])</w:t>
      </w:r>
    </w:p>
    <w:p>
      <w:pPr>
        <w:keepNext w:val="0"/>
        <w:spacing w:before="120" w:after="0" w:line="260" w:lineRule="exact"/>
        <w:ind w:left="360" w:right="0" w:firstLine="0"/>
        <w:jc w:val="right"/>
      </w:pPr>
      <w:r>
        <w:rPr>
          <w:rFonts w:ascii="Times New Roman" w:hAnsi="Times New Roman" w:eastAsia="Times New Roman" w:cs="Times New Roman"/>
          <w:b w:val="0"/>
          <w:sz w:val="24"/>
        </w:rPr>
        <w:t>[Firm Name]</w:t>
      </w:r>
    </w:p>
    <w:p>
      <w:pPr>
        <w:keepNext w:val="0"/>
        <w:spacing w:before="120" w:after="0" w:line="260" w:lineRule="exact"/>
        <w:ind w:left="360" w:right="0" w:firstLine="0"/>
        <w:jc w:val="right"/>
      </w:pPr>
      <w:r>
        <w:rPr>
          <w:rFonts w:ascii="Times New Roman" w:hAnsi="Times New Roman" w:eastAsia="Times New Roman" w:cs="Times New Roman"/>
          <w:b w:val="0"/>
          <w:sz w:val="24"/>
        </w:rPr>
        <w:t>[Address]</w:t>
      </w:r>
    </w:p>
    <w:p>
      <w:pPr>
        <w:keepNext w:val="0"/>
        <w:spacing w:before="120" w:after="0" w:line="260" w:lineRule="exact"/>
        <w:ind w:left="360" w:right="0" w:firstLine="0"/>
        <w:jc w:val="right"/>
      </w:pPr>
      <w:r>
        <w:rPr>
          <w:rFonts w:ascii="Times New Roman" w:hAnsi="Times New Roman" w:eastAsia="Times New Roman" w:cs="Times New Roman"/>
          <w:b w:val="0"/>
          <w:sz w:val="24"/>
        </w:rPr>
        <w:t>Telephone: [Number]</w:t>
      </w:r>
    </w:p>
    <w:p>
      <w:pPr>
        <w:keepNext w:val="0"/>
        <w:spacing w:before="120" w:after="0" w:line="260" w:lineRule="exact"/>
        <w:ind w:left="360" w:right="0" w:firstLine="0"/>
        <w:jc w:val="right"/>
      </w:pPr>
      <w:r>
        <w:rPr>
          <w:rFonts w:ascii="Times New Roman" w:hAnsi="Times New Roman" w:eastAsia="Times New Roman" w:cs="Times New Roman"/>
          <w:b w:val="0"/>
          <w:sz w:val="24"/>
        </w:rPr>
        <w:t>Facsimile: [Number]</w:t>
      </w:r>
    </w:p>
    <w:p>
      <w:pPr>
        <w:keepNext w:val="0"/>
        <w:spacing w:before="120" w:after="0" w:line="260" w:lineRule="exact"/>
        <w:ind w:left="360" w:right="0" w:firstLine="0"/>
        <w:jc w:val="right"/>
      </w:pPr>
      <w:r>
        <w:rPr>
          <w:rFonts w:ascii="Times New Roman" w:hAnsi="Times New Roman" w:eastAsia="Times New Roman" w:cs="Times New Roman"/>
          <w:b w:val="0"/>
          <w:sz w:val="24"/>
        </w:rPr>
        <w:t>E-mail: [E-mail]</w:t>
      </w:r>
    </w:p>
    <w:p>
      <w:pPr>
        <w:keepNext w:val="0"/>
        <w:spacing w:before="120" w:after="0" w:line="260" w:lineRule="exact"/>
        <w:ind w:left="360" w:right="0" w:firstLine="0"/>
        <w:jc w:val="right"/>
      </w:pPr>
      <w:r>
        <w:rPr>
          <w:rFonts w:ascii="Times New Roman" w:hAnsi="Times New Roman" w:eastAsia="Times New Roman" w:cs="Times New Roman"/>
          <w:b w:val="0"/>
          <w:sz w:val="24"/>
        </w:rPr>
        <w:t>Attorneys for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