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Document and Evidence Preservation Demand Letter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[letterhead]</w:t>
      </w:r>
    </w:p>
    <w:p>
      <w:pPr>
        <w:keepNext w:val="0"/>
        <w:spacing w:before="200" w:after="0" w:line="260" w:lineRule="exact"/>
        <w:ind w:left="360" w:right="0" w:firstLine="0"/>
        <w:jc w:val="both"/>
      </w:pPr>
      <w:r>
        <w:rPr>
          <w:rFonts w:ascii="Times New Roman" w:hAnsi="Times New Roman" w:eastAsia="Times New Roman" w:cs="Times New Roman"/>
          <w:b w:val="0"/>
          <w:sz w:val="24"/>
        </w:rPr>
        <w:t>[Date]</w:t>
      </w:r>
    </w:p>
    <w:p>
      <w:pPr>
        <w:keepNext w:val="0"/>
        <w:spacing w:before="200" w:after="0" w:line="260" w:lineRule="exact"/>
        <w:ind w:left="360" w:right="0" w:firstLine="0"/>
        <w:jc w:val="both"/>
      </w:pPr>
      <w:r>
        <w:rPr>
          <w:rFonts w:ascii="Times New Roman" w:hAnsi="Times New Roman" w:eastAsia="Times New Roman" w:cs="Times New Roman"/>
          <w:b w:val="0"/>
          <w:sz w:val="24"/>
        </w:rPr>
        <w:t>[Recipient name]</w:t>
      </w:r>
    </w:p>
    <w:p>
      <w:pPr>
        <w:keepNext w:val="0"/>
        <w:spacing w:before="200" w:after="0" w:line="260" w:lineRule="exact"/>
        <w:ind w:left="360" w:right="0" w:firstLine="0"/>
        <w:jc w:val="both"/>
      </w:pPr>
      <w:r>
        <w:rPr>
          <w:rFonts w:ascii="Times New Roman" w:hAnsi="Times New Roman" w:eastAsia="Times New Roman" w:cs="Times New Roman"/>
          <w:b w:val="0"/>
          <w:sz w:val="24"/>
        </w:rPr>
        <w:t>[Recipient address]</w:t>
      </w:r>
    </w:p>
    <w:p>
      <w:pPr>
        <w:keepNext w:val="0"/>
        <w:spacing w:before="200" w:after="0" w:line="260" w:lineRule="exact"/>
        <w:ind w:left="360" w:right="0" w:firstLine="0"/>
        <w:jc w:val="both"/>
      </w:pPr>
      <w:r>
        <w:rPr>
          <w:rFonts w:ascii="Times New Roman" w:hAnsi="Times New Roman" w:eastAsia="Times New Roman" w:cs="Times New Roman"/>
          <w:b w:val="0"/>
          <w:sz w:val="24"/>
        </w:rPr>
        <w:t>RE: [subject of potential litigation, or if case has commenced, case title and case number]</w:t>
      </w:r>
    </w:p>
    <w:p>
      <w:pPr>
        <w:keepNext w:val="0"/>
        <w:spacing w:before="200" w:after="0" w:line="260" w:lineRule="exact"/>
        <w:ind w:left="360" w:right="0" w:firstLine="0"/>
        <w:jc w:val="both"/>
      </w:pPr>
      <w:r>
        <w:rPr>
          <w:rFonts w:ascii="Times New Roman" w:hAnsi="Times New Roman" w:eastAsia="Times New Roman" w:cs="Times New Roman"/>
          <w:b w:val="0"/>
          <w:sz w:val="24"/>
        </w:rPr>
        <w:t>DEMAND FOR PRESERVATION OF EVIDENCE</w:t>
      </w:r>
    </w:p>
    <w:p>
      <w:pPr>
        <w:keepNext w:val="0"/>
        <w:spacing w:before="200" w:after="0" w:line="260" w:lineRule="exact"/>
        <w:ind w:left="720" w:right="0" w:firstLine="0"/>
        <w:jc w:val="both"/>
      </w:pPr>
      <w:r>
        <w:rPr>
          <w:rFonts w:ascii="Times New Roman" w:hAnsi="Times New Roman" w:eastAsia="Times New Roman" w:cs="Times New Roman"/>
          <w:b w:val="0"/>
          <w:sz w:val="24"/>
        </w:rPr>
        <w:t>Dear [name of opposing counsel or other recipient]: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letter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formal demand that [you or your company or your client] preserve any and all items and information that are potentially discoverable under Washington Civil Rule 26 in [the above-titled action or the potential future litigation].</w:t>
      </w:r>
    </w:p>
    <w:p>
      <w:pPr>
        <w:keepNext w:val="0"/>
        <w:spacing w:before="200" w:after="0" w:line="260" w:lineRule="exact"/>
        <w:ind w:left="720" w:right="0" w:firstLine="0"/>
        <w:jc w:val="both"/>
      </w:pPr>
      <w:r>
        <w:rPr>
          <w:rFonts w:ascii="Times New Roman" w:hAnsi="Times New Roman" w:eastAsia="Times New Roman" w:cs="Times New Roman"/>
          <w:b w:val="0"/>
          <w:sz w:val="24"/>
        </w:rPr>
        <w:t>This demand encompasses physical evidence, documents, and any other information that may potentially be relevant to the [upcoming] litigation, including any information that is stored in electronic form. Any software, security codes, or hardware needed to access current or archived information, together with operating instructions or manuals, must be preserved as well.</w:t>
      </w:r>
    </w:p>
    <w:p>
      <w:pPr>
        <w:keepNext w:val="0"/>
        <w:spacing w:before="200" w:after="0" w:line="260" w:lineRule="exact"/>
        <w:ind w:left="720" w:right="0" w:firstLine="0"/>
        <w:jc w:val="both"/>
      </w:pPr>
      <w:r>
        <w:rPr>
          <w:rFonts w:ascii="Times New Roman" w:hAnsi="Times New Roman" w:eastAsia="Times New Roman" w:cs="Times New Roman"/>
          <w:b w:val="0"/>
          <w:sz w:val="24"/>
        </w:rPr>
        <w:t>Specifically, in addition to any other items that may be relevant, we request that [you or your company or your client] preserve the following:</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[Set out first request, e.g., All e-mails and other electronic communications between company employees or managers relating to the design, manufacturing, distribution, sale, or repair of the product in question or similar products manufactured by your company from (date) until the present].</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[Set out next request, e.g., Copies of all advertising brochures and other materials relating to the advertising and promotion of the product at issue].</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[Set out next request, e.g., All product specifications, user manuals, or other documentation relating to the design, characteristics, and use of the product at issue].</w:t>
      </w:r>
    </w:p>
    <w:p>
      <w:pPr>
        <w:keepNext w:val="0"/>
        <w:spacing w:before="120" w:after="0" w:line="260" w:lineRule="exact"/>
        <w:ind w:left="1080" w:right="0" w:firstLine="0"/>
        <w:jc w:val="left"/>
      </w:pPr>
      <w:r>
        <w:rPr>
          <w:rFonts w:ascii="Times New Roman" w:hAnsi="Times New Roman" w:eastAsia="Times New Roman" w:cs="Times New Roman"/>
          <w:b w:val="0"/>
          <w:sz w:val="24"/>
        </w:rPr>
        <w:t>4.</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[Set out next request, e.g., Any communications with other customers or users of the product in question concerning any matter related to the use or safety of the product at issue, or similar products manufactured by your company].</w:t>
      </w:r>
    </w:p>
    <w:p>
      <w:pPr>
        <w:keepNext w:val="0"/>
        <w:spacing w:before="200" w:after="0" w:line="260" w:lineRule="exact"/>
        <w:ind w:left="1080" w:right="0" w:firstLine="0"/>
        <w:jc w:val="both"/>
      </w:pPr>
      <w:r>
        <w:rPr>
          <w:rFonts w:ascii="Times New Roman" w:hAnsi="Times New Roman" w:eastAsia="Times New Roman" w:cs="Times New Roman"/>
          <w:b w:val="0"/>
          <w:sz w:val="24"/>
        </w:rPr>
        <w:t>[other specific requests as desired]</w:t>
      </w:r>
    </w:p>
    <w:p>
      <w:pPr>
        <w:keepNext w:val="0"/>
        <w:spacing w:before="200" w:after="0" w:line="260" w:lineRule="exact"/>
        <w:ind w:left="720" w:right="0" w:firstLine="0"/>
        <w:jc w:val="both"/>
      </w:pPr>
      <w:r>
        <w:rPr>
          <w:rFonts w:ascii="Times New Roman" w:hAnsi="Times New Roman" w:eastAsia="Times New Roman" w:cs="Times New Roman"/>
          <w:b w:val="0"/>
          <w:sz w:val="24"/>
        </w:rPr>
        <w:t>All potentially discoverable items and information should be preserved until the discovery process in the [upcoming] litigation is completed, unless the parties agree otherwise.</w:t>
      </w:r>
    </w:p>
    <w:p>
      <w:pPr>
        <w:keepNext w:val="0"/>
        <w:spacing w:before="200" w:after="0" w:line="260" w:lineRule="exact"/>
        <w:ind w:left="720" w:right="0" w:firstLine="0"/>
        <w:jc w:val="both"/>
      </w:pPr>
      <w:r>
        <w:rPr>
          <w:rFonts w:ascii="Times New Roman" w:hAnsi="Times New Roman" w:eastAsia="Times New Roman" w:cs="Times New Roman"/>
          <w:b w:val="0"/>
          <w:sz w:val="24"/>
        </w:rPr>
        <w:t>Please contact me if you have any questions regarding this request. I would be happy to discuss entering into potential stipulations regarding the discovery process.</w:t>
      </w:r>
    </w:p>
    <w:p>
      <w:pPr>
        <w:keepNext w:val="0"/>
        <w:spacing w:before="120" w:after="0" w:line="260" w:lineRule="exact"/>
        <w:ind w:left="720" w:right="0" w:firstLine="0"/>
        <w:jc w:val="left"/>
      </w:pPr>
      <w:r>
        <w:rPr>
          <w:rFonts w:ascii="Times New Roman" w:hAnsi="Times New Roman" w:eastAsia="Times New Roman" w:cs="Times New Roman"/>
          <w:b w:val="0"/>
          <w:sz w:val="24"/>
        </w:rPr>
        <w:t>Sincerely yours,</w:t>
      </w:r>
    </w:p>
    <w:p>
      <w:pPr>
        <w:keepNext w:val="0"/>
        <w:spacing w:before="120" w:after="0" w:line="260" w:lineRule="exact"/>
        <w:ind w:left="720" w:right="0" w:firstLine="0"/>
        <w:jc w:val="left"/>
      </w:pPr>
      <w:r>
        <w:rPr>
          <w:rFonts w:ascii="Times New Roman" w:hAnsi="Times New Roman" w:eastAsia="Times New Roman" w:cs="Times New Roman"/>
          <w:b w:val="0"/>
          <w:sz w:val="24"/>
        </w:rPr>
        <w:t>[law firm name, if any]</w:t>
      </w:r>
    </w:p>
    <w:p>
      <w:pPr>
        <w:keepNext w:val="0"/>
        <w:spacing w:before="120" w:after="0" w:line="260" w:lineRule="exact"/>
        <w:ind w:left="720" w:right="0" w:firstLine="0"/>
        <w:jc w:val="left"/>
      </w:pPr>
      <w:r>
        <w:rPr>
          <w:rFonts w:ascii="Times New Roman" w:hAnsi="Times New Roman" w:eastAsia="Times New Roman" w:cs="Times New Roman"/>
          <w:b w:val="0"/>
          <w:sz w:val="24"/>
        </w:rPr>
        <w:t>By: _____________________________ (signature of attorney)</w:t>
      </w:r>
    </w:p>
    <w:p>
      <w:pPr>
        <w:keepNext w:val="0"/>
        <w:spacing w:before="120" w:after="0" w:line="260" w:lineRule="exact"/>
        <w:ind w:left="720" w:right="0" w:firstLine="0"/>
        <w:jc w:val="left"/>
      </w:pPr>
      <w:r>
        <w:rPr>
          <w:rFonts w:ascii="Times New Roman" w:hAnsi="Times New Roman" w:eastAsia="Times New Roman" w:cs="Times New Roman"/>
          <w:b w:val="0"/>
          <w:sz w:val="24"/>
        </w:rPr>
        <w:t>[attorney name]</w:t>
      </w:r>
    </w:p>
    <w:p>
      <w:pPr>
        <w:keepNext w:val="0"/>
        <w:spacing w:before="120" w:after="0" w:line="260" w:lineRule="exact"/>
        <w:ind w:left="720" w:right="0" w:firstLine="0"/>
        <w:jc w:val="left"/>
      </w:pPr>
      <w:r>
        <w:rPr>
          <w:rFonts w:ascii="Times New Roman" w:hAnsi="Times New Roman" w:eastAsia="Times New Roman" w:cs="Times New Roman"/>
          <w:b w:val="0"/>
          <w:sz w:val="24"/>
        </w:rPr>
        <w:t>Attorney for [party name]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