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auto"/>
        <w:jc w:val="center"/>
      </w:pPr>
      <w:r>
        <w:rPr>
          <w:rFonts w:ascii="Times New Roman" w:hAnsi="Times New Roman" w:eastAsia="Times New Roman" w:cs="Times New Roman"/>
          <w:b/>
          <w:sz w:val="24"/>
        </w:rPr>
        <w:t>DOG/PUPPY BILL OF SALE</w:t>
      </w:r>
    </w:p>
    <w:p>
      <w:pPr>
        <w:spacing w:line="480" w:lineRule="auto"/>
      </w:pPr>
      <w:r>
        <w:rPr>
          <w:rFonts w:ascii="Times New Roman" w:hAnsi="Times New Roman" w:eastAsia="Times New Roman" w:cs="Times New Roman"/>
          <w:b/>
          <w:sz w:val="24"/>
        </w:rPr>
        <w:t>I. Date and Parties</w:t>
      </w:r>
    </w:p>
    <w:p>
      <w:pPr>
        <w:spacing w:line="480" w:lineRule="auto"/>
      </w:pPr>
      <w:r>
        <w:rPr>
          <w:rFonts w:ascii="Times New Roman" w:hAnsi="Times New Roman" w:eastAsia="Times New Roman" w:cs="Times New Roman"/>
          <w:sz w:val="24"/>
        </w:rPr>
        <w:t xml:space="preserve">THIS AGREEMENT made the ____ day of __________________, 20____ between: </w:t>
      </w:r>
    </w:p>
    <w:p>
      <w:pPr>
        <w:spacing w:line="480" w:lineRule="auto"/>
      </w:pPr>
      <w:r>
        <w:rPr>
          <w:rFonts w:ascii="Times New Roman" w:hAnsi="Times New Roman" w:eastAsia="Times New Roman" w:cs="Times New Roman"/>
          <w:sz w:val="24"/>
        </w:rPr>
        <w:t>Name: _____________________ Address: ___________________________________</w:t>
      </w:r>
    </w:p>
    <w:p>
      <w:pPr>
        <w:spacing w:line="480" w:lineRule="auto"/>
      </w:pPr>
      <w:r>
        <w:rPr>
          <w:rFonts w:ascii="Times New Roman" w:hAnsi="Times New Roman" w:eastAsia="Times New Roman" w:cs="Times New Roman"/>
          <w:sz w:val="24"/>
        </w:rPr>
        <w:t xml:space="preserve">(Hereinafter known as the “Buyer”) and </w:t>
      </w:r>
    </w:p>
    <w:p>
      <w:pPr>
        <w:spacing w:line="480" w:lineRule="auto"/>
      </w:pPr>
      <w:r>
        <w:rPr>
          <w:rFonts w:ascii="Times New Roman" w:hAnsi="Times New Roman" w:eastAsia="Times New Roman" w:cs="Times New Roman"/>
          <w:sz w:val="24"/>
        </w:rPr>
        <w:t>Name: _____________________ Address: ___________________________________</w:t>
      </w:r>
    </w:p>
    <w:p>
      <w:pPr>
        <w:spacing w:line="480" w:lineRule="auto"/>
      </w:pPr>
      <w:r>
        <w:rPr>
          <w:rFonts w:ascii="Times New Roman" w:hAnsi="Times New Roman" w:eastAsia="Times New Roman" w:cs="Times New Roman"/>
          <w:sz w:val="24"/>
        </w:rPr>
        <w:t>(Hereinafter known as the “Seller”).</w:t>
      </w:r>
    </w:p>
    <w:p>
      <w:pPr>
        <w:spacing w:line="480" w:lineRule="auto"/>
      </w:pPr>
      <w:r>
        <w:rPr>
          <w:rFonts w:ascii="Times New Roman" w:hAnsi="Times New Roman" w:eastAsia="Times New Roman" w:cs="Times New Roman"/>
          <w:b/>
          <w:sz w:val="24"/>
        </w:rPr>
        <w:t xml:space="preserve">II. Purchase Price &amp; Description </w:t>
      </w:r>
    </w:p>
    <w:p>
      <w:pPr>
        <w:spacing w:line="480" w:lineRule="auto"/>
      </w:pPr>
      <w:r>
        <w:rPr>
          <w:rFonts w:ascii="Times New Roman" w:hAnsi="Times New Roman" w:eastAsia="Times New Roman" w:cs="Times New Roman"/>
          <w:sz w:val="24"/>
        </w:rPr>
        <w:t>The Buyer agrees to purchase, for the sum of $_________________ (US Dollars), the following dog or puppy from the Seller:</w:t>
      </w:r>
    </w:p>
    <w:p>
      <w:pPr>
        <w:spacing w:line="480" w:lineRule="auto"/>
      </w:pPr>
      <w:r>
        <w:rPr>
          <w:rFonts w:ascii="Times New Roman" w:hAnsi="Times New Roman" w:eastAsia="Times New Roman" w:cs="Times New Roman"/>
          <w:sz w:val="24"/>
        </w:rPr>
        <w:t>Name (if any): _____________________ Breed: _____________________</w:t>
      </w:r>
    </w:p>
    <w:p>
      <w:pPr>
        <w:spacing w:line="480" w:lineRule="auto"/>
      </w:pPr>
      <w:r>
        <w:rPr>
          <w:rFonts w:ascii="Times New Roman" w:hAnsi="Times New Roman" w:eastAsia="Times New Roman" w:cs="Times New Roman"/>
          <w:sz w:val="24"/>
        </w:rPr>
        <w:t>Date of Birth: _____________________ Sex: _____________________</w:t>
      </w:r>
    </w:p>
    <w:p>
      <w:pPr>
        <w:spacing w:line="480" w:lineRule="auto"/>
      </w:pPr>
      <w:r>
        <w:rPr>
          <w:rFonts w:ascii="Times New Roman" w:hAnsi="Times New Roman" w:eastAsia="Times New Roman" w:cs="Times New Roman"/>
          <w:sz w:val="24"/>
        </w:rPr>
        <w:t>Color: _____________________ Registration (#): _____________________</w:t>
      </w:r>
    </w:p>
    <w:p>
      <w:pPr>
        <w:spacing w:line="480" w:lineRule="auto"/>
      </w:pPr>
      <w:r>
        <w:rPr>
          <w:rFonts w:ascii="Times New Roman" w:hAnsi="Times New Roman" w:eastAsia="Times New Roman" w:cs="Times New Roman"/>
          <w:sz w:val="24"/>
        </w:rPr>
        <w:t>State of Health: _________________________________________________________</w:t>
      </w:r>
    </w:p>
    <w:p>
      <w:pPr>
        <w:spacing w:line="480" w:lineRule="auto"/>
      </w:pPr>
      <w:r>
        <w:rPr>
          <w:rFonts w:ascii="Times New Roman" w:hAnsi="Times New Roman" w:eastAsia="Times New Roman" w:cs="Times New Roman"/>
          <w:b/>
          <w:sz w:val="24"/>
        </w:rPr>
        <w:t>III. Date of Sale</w:t>
      </w:r>
    </w:p>
    <w:p>
      <w:pPr>
        <w:spacing w:line="480" w:lineRule="auto"/>
      </w:pPr>
      <w:r>
        <w:rPr>
          <w:rFonts w:ascii="Times New Roman" w:hAnsi="Times New Roman" w:eastAsia="Times New Roman" w:cs="Times New Roman"/>
          <w:sz w:val="24"/>
        </w:rPr>
        <w:t>The sale of the Dog/Puppy shall occur on the ____ day of __________________, 20____ with either:</w:t>
      </w:r>
    </w:p>
    <w:p>
      <w:pPr>
        <w:spacing w:line="48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A deposit being made in the amount of $_________________ (US Dollars) on the date of this agreement that will be credited towards the purchase price.</w:t>
      </w:r>
    </w:p>
    <w:p>
      <w:pPr>
        <w:spacing w:line="48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No deposit.</w:t>
      </w:r>
    </w:p>
    <w:p>
      <w:pPr>
        <w:spacing w:line="480" w:lineRule="auto"/>
      </w:pPr>
      <w:r>
        <w:rPr>
          <w:rFonts w:ascii="Times New Roman" w:hAnsi="Times New Roman" w:eastAsia="Times New Roman" w:cs="Times New Roman"/>
          <w:sz w:val="24"/>
        </w:rPr>
        <w:t>On the date of sale, the monetary funds shall be delivered to the Seller and the dog shall transfer possession to the Buyer. Any outside or other arrangements made by the Buyer and Seller will not be recognized unless stated in this agreement.</w:t>
      </w:r>
    </w:p>
    <w:p>
      <w:pPr>
        <w:spacing w:line="480" w:lineRule="auto"/>
      </w:pPr>
    </w:p>
    <w:p>
      <w:pPr>
        <w:spacing w:line="480" w:lineRule="auto"/>
      </w:pPr>
      <w:r>
        <w:rPr>
          <w:rFonts w:ascii="Times New Roman" w:hAnsi="Times New Roman" w:eastAsia="Times New Roman" w:cs="Times New Roman"/>
          <w:b/>
          <w:sz w:val="24"/>
        </w:rPr>
        <w:t>Buyer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Date _________ Print ________________</w:t>
      </w:r>
    </w:p>
    <w:p>
      <w:pPr>
        <w:spacing w:line="480" w:lineRule="auto"/>
      </w:pPr>
    </w:p>
    <w:p>
      <w:pPr>
        <w:spacing w:line="480" w:lineRule="auto"/>
      </w:pPr>
      <w:r>
        <w:rPr>
          <w:rFonts w:ascii="Times New Roman" w:hAnsi="Times New Roman" w:eastAsia="Times New Roman" w:cs="Times New Roman"/>
          <w:b/>
          <w:sz w:val="24"/>
        </w:rPr>
        <w:t>Seller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Date _________ Print ________________</w:t>
      </w:r>
    </w:p>
    <w:p>
      <w:pPr>
        <w:spacing w:line="480" w:lineRule="auto"/>
      </w:pPr>
    </w:p>
    <w:p>
      <w:pPr>
        <w:spacing w:line="480" w:lineRule="auto"/>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w:t>
      </w:r>
      <w:r>
        <w:rPr>
          <w:rFonts w:ascii="Times New Roman" w:hAnsi="Times New Roman" w:eastAsia="Times New Roman" w:cs="Times New Roman"/>
          <w:sz w:val="24"/>
        </w:rPr>
        <w:t xml:space="preserve"> Date _________ Print ________________</w:t>
      </w:r>
    </w:p>
    <w:p>
      <w:pPr>
        <w:spacing w:line="480" w:lineRule="auto"/>
      </w:pPr>
    </w:p>
    <w:p>
      <w:pPr>
        <w:spacing w:line="480" w:lineRule="auto"/>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w:t>
      </w:r>
      <w:r>
        <w:rPr>
          <w:rFonts w:ascii="Times New Roman" w:hAnsi="Times New Roman" w:eastAsia="Times New Roman" w:cs="Times New Roman"/>
          <w:sz w:val="24"/>
        </w:rPr>
        <w:t xml:space="preserve"> Date _________ Print ________________</w:t>
      </w:r>
    </w:p>
    <w:p>
      <w:pPr>
        <w:spacing w:line="480" w:lineRule="auto"/>
        <w:jc w:val="center"/>
      </w:pPr>
    </w:p>
    <w:p>
      <w:pPr>
        <w:spacing w:line="480" w:lineRule="auto"/>
        <w:jc w:val="center"/>
      </w:pPr>
      <w:r>
        <w:rPr>
          <w:rFonts w:ascii="Times New Roman" w:hAnsi="Times New Roman" w:eastAsia="Times New Roman" w:cs="Times New Roman"/>
          <w:b/>
          <w:sz w:val="24"/>
        </w:rPr>
        <w:t>Certificate of Acknowledgement</w:t>
      </w:r>
    </w:p>
    <w:p>
      <w:pPr>
        <w:spacing w:line="480" w:lineRule="auto"/>
      </w:pPr>
      <w:r>
        <w:rPr>
          <w:rFonts w:ascii="Times New Roman" w:hAnsi="Times New Roman" w:eastAsia="Times New Roman" w:cs="Times New Roman"/>
          <w:sz w:val="24"/>
        </w:rPr>
        <w:t>State of ___________________</w:t>
      </w:r>
    </w:p>
    <w:p>
      <w:pPr>
        <w:spacing w:line="480" w:lineRule="auto"/>
      </w:pPr>
      <w:r>
        <w:rPr>
          <w:rFonts w:ascii="Times New Roman" w:hAnsi="Times New Roman" w:eastAsia="Times New Roman" w:cs="Times New Roman"/>
          <w:sz w:val="24"/>
        </w:rPr>
        <w:t>County of ___________________</w:t>
      </w:r>
    </w:p>
    <w:p>
      <w:pPr>
        <w:spacing w:line="480" w:lineRule="auto"/>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 xml:space="preserve">___ day of ________________, 20___ </w:t>
      </w:r>
      <w:r>
        <w:rPr>
          <w:rFonts w:ascii="Times New Roman" w:hAnsi="Times New Roman" w:eastAsia="Times New Roman" w:cs="Times New Roman"/>
          <w:sz w:val="24"/>
        </w:rPr>
        <w:t xml:space="preserve">before me, ___________________, personally appeared, ___________________, ___________________,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                                                             </w:t>
      </w:r>
    </w:p>
    <w:p>
      <w:pPr>
        <w:spacing w:line="480" w:lineRule="auto"/>
      </w:pPr>
      <w:r>
        <w:rPr>
          <w:rFonts w:ascii="Times New Roman" w:hAnsi="Times New Roman" w:eastAsia="Times New Roman" w:cs="Times New Roman"/>
          <w:sz w:val="24"/>
        </w:rPr>
        <w:t>WITNESS my hand and official seal,</w:t>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r>
    </w:p>
    <w:p>
      <w:pPr/>
      <w:r>
        <w:rPr>
          <w:rFonts w:ascii="Times New Roman" w:hAnsi="Times New Roman" w:eastAsia="Times New Roman" w:cs="Times New Roman"/>
          <w:sz w:val="24"/>
        </w:rPr>
        <w:t>(Notary Signature)</w:t>
      </w:r>
    </w:p>
    <w:p>
      <w:pPr/>
    </w:p>
    <w:p>
      <w:pP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My Commission Expires: ___________________</w:t>
      </w:r>
    </w:p>
    <w:p>
      <w:pPr/>
      <w:r>
        <w:rPr>
          <w:rFonts w:ascii="Times New Roman" w:hAnsi="Times New Roman" w:eastAsia="Times New Roman" w:cs="Times New Roman"/>
          <w:sz w:val="24"/>
        </w:rPr>
        <w:t>(Print Name)</w:t>
        <w:tab/>
        <w:tab/>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