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DOG (PUPPY) SALES RECEIPT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Date: 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Receipt Number 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Seller’s Name 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Address 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State, City, Zip 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Phone Number _______________________</w:t>
      </w:r>
    </w:p>
    <w:p>
      <w:pPr>
        <w:spacing w:line="48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Description of Dog/Puppy: _______________________ Sex: ( </w:t>
      </w:r>
      <w:r>
        <w:rPr>
          <w:rFonts w:ascii="Times New Roman" w:hAnsi="Times New Roman" w:eastAsia="Times New Roman" w:cs="Times New Roman"/>
          <w:sz w:val="24"/>
        </w:rPr>
        <w:t xml:space="preserve"> Male / </w:t>
      </w:r>
      <w:r>
        <w:rPr>
          <w:rFonts w:ascii="Times New Roman" w:hAnsi="Times New Roman" w:eastAsia="Times New Roman" w:cs="Times New Roman"/>
          <w:sz w:val="24"/>
        </w:rPr>
        <w:t xml:space="preserve"> Female)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Color _______________________ Registration # _______________________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This receipt acknowledges the payment of (check one):</w:t>
      </w:r>
    </w:p>
    <w:p>
      <w:pPr>
        <w:spacing w:line="360" w:lineRule="auto"/>
        <w:ind w:hanging="380"/>
      </w:pP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A deposit being made in the amount of _______________________ Dollars ($_______________________) on the date of the Agreement (Dog/Puppy Bill of Sale) that will be credited towards the purchase price. The remainder of _______________________ Dollars ($_______________________) is expected at time of pickup.</w:t>
      </w:r>
    </w:p>
    <w:p>
      <w:pPr>
        <w:spacing w:line="360" w:lineRule="auto"/>
        <w:ind w:hanging="720"/>
      </w:pPr>
      <w:r>
        <w:rPr>
          <w:rFonts w:ascii="Times New Roman" w:hAnsi="Times New Roman" w:eastAsia="Times New Roman" w:cs="Times New Roman"/>
          <w:sz w:val="24"/>
        </w:rPr>
        <w:t xml:space="preserve">   </w:t>
      </w:r>
      <w:r>
        <w:rPr>
          <w:rFonts w:ascii="Times New Roman" w:hAnsi="Times New Roman" w:eastAsia="Times New Roman" w:cs="Times New Roman"/>
          <w:sz w:val="24"/>
        </w:rPr>
        <w:tab/>
        <w:t>The agreed total (or remainder) purchase price for a Dog or Puppy of _______________________ Dollars ($_______________________).</w:t>
      </w:r>
    </w:p>
    <w:p>
      <w:pPr>
        <w:spacing w:line="360" w:lineRule="auto"/>
        <w:ind w:hanging="720"/>
      </w:pPr>
    </w:p>
    <w:p>
      <w:pPr/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Payment made by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 xml:space="preserve"> Check / </w:t>
      </w:r>
      <w:r>
        <w:rPr>
          <w:rFonts w:ascii="Times New Roman" w:hAnsi="Times New Roman" w:eastAsia="Times New Roman" w:cs="Times New Roman"/>
          <w:sz w:val="24"/>
        </w:rPr>
        <w:t xml:space="preserve"> Credit Card / </w:t>
      </w:r>
      <w:r>
        <w:rPr>
          <w:rFonts w:ascii="Times New Roman" w:hAnsi="Times New Roman" w:eastAsia="Times New Roman" w:cs="Times New Roman"/>
          <w:sz w:val="24"/>
        </w:rPr>
        <w:t xml:space="preserve"> Other: 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Check/Card # 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Buyer’s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Print _______________________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Seller’s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Print 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