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DOMAIN NAME ASSIGNMENT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Domain Name Assignment Agreement (“Agreement”)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by and between:</w:t>
      </w:r>
    </w:p>
    <w:p>
      <w:pPr/>
    </w:p>
    <w:p>
      <w:pPr/>
      <w:r>
        <w:rPr>
          <w:rFonts w:ascii="Times New Roman" w:hAnsi="Times New Roman" w:eastAsia="Times New Roman" w:cs="Times New Roman"/>
          <w:b/>
          <w:sz w:val="24"/>
        </w:rPr>
        <w:t>Assignor</w:t>
      </w:r>
      <w:r>
        <w:rPr>
          <w:rFonts w:ascii="Times New Roman" w:hAnsi="Times New Roman" w:eastAsia="Times New Roman" w:cs="Times New Roman"/>
          <w:sz w:val="24"/>
        </w:rPr>
        <w:t xml:space="preserve">: </w:t>
      </w:r>
      <w:r>
        <w:rPr>
          <w:rFonts w:ascii="Times New Roman" w:hAnsi="Times New Roman" w:eastAsia="Times New Roman" w:cs="Times New Roman"/>
          <w:sz w:val="24"/>
        </w:rPr>
        <w:t>[ASSIGNOR'S NAME]</w:t>
      </w:r>
      <w:r>
        <w:rPr>
          <w:rFonts w:ascii="Times New Roman" w:hAnsi="Times New Roman" w:eastAsia="Times New Roman" w:cs="Times New Roman"/>
          <w:sz w:val="24"/>
        </w:rPr>
        <w:t xml:space="preserve">, (“Assignor”) with a mailing address of </w:t>
      </w:r>
      <w:r>
        <w:rPr>
          <w:rFonts w:ascii="Times New Roman" w:hAnsi="Times New Roman" w:eastAsia="Times New Roman" w:cs="Times New Roman"/>
          <w:sz w:val="24"/>
        </w:rPr>
        <w:t>[ASSIGNOR'S MAILING ADDRESS]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Assignee</w:t>
      </w:r>
      <w:r>
        <w:rPr>
          <w:rFonts w:ascii="Times New Roman" w:hAnsi="Times New Roman" w:eastAsia="Times New Roman" w:cs="Times New Roman"/>
          <w:sz w:val="24"/>
        </w:rPr>
        <w:t xml:space="preserve">: </w:t>
      </w:r>
      <w:r>
        <w:rPr>
          <w:rFonts w:ascii="Times New Roman" w:hAnsi="Times New Roman" w:eastAsia="Times New Roman" w:cs="Times New Roman"/>
          <w:sz w:val="24"/>
        </w:rPr>
        <w:t>[ASSIGNEE'S NAME]</w:t>
      </w:r>
      <w:r>
        <w:rPr>
          <w:rFonts w:ascii="Times New Roman" w:hAnsi="Times New Roman" w:eastAsia="Times New Roman" w:cs="Times New Roman"/>
          <w:sz w:val="24"/>
        </w:rPr>
        <w:t xml:space="preserve">, (“Assignee”) with a mailing address of </w:t>
      </w:r>
      <w:r>
        <w:rPr>
          <w:rFonts w:ascii="Times New Roman" w:hAnsi="Times New Roman" w:eastAsia="Times New Roman" w:cs="Times New Roman"/>
          <w:sz w:val="24"/>
        </w:rPr>
        <w:t>[ASSIGNEE'S 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above-referenced Assignor and Assignee may each be referred to as a “Party” and collectively referred to herein as the “Parties.”</w:t>
      </w:r>
    </w:p>
    <w:p>
      <w:pPr/>
    </w:p>
    <w:p>
      <w:pPr/>
      <w:r>
        <w:rPr>
          <w:rFonts w:ascii="Times New Roman" w:hAnsi="Times New Roman" w:eastAsia="Times New Roman" w:cs="Times New Roman"/>
          <w:b/>
          <w:sz w:val="24"/>
        </w:rPr>
        <w:t>II. DOMAIN NAME</w:t>
      </w:r>
      <w:r>
        <w:rPr>
          <w:rFonts w:ascii="Times New Roman" w:hAnsi="Times New Roman" w:eastAsia="Times New Roman" w:cs="Times New Roman"/>
          <w:sz w:val="24"/>
        </w:rPr>
        <w:t xml:space="preserve">. The Parties agree that under this Agreement, the Assignor shall assign, convey, and transfer all their interest in the domain name </w:t>
      </w:r>
      <w:r>
        <w:rPr>
          <w:rFonts w:ascii="Times New Roman" w:hAnsi="Times New Roman" w:eastAsia="Times New Roman" w:cs="Times New Roman"/>
          <w:sz w:val="24"/>
        </w:rPr>
        <w:t>[DOMAIN NAME]</w:t>
      </w:r>
      <w:r>
        <w:rPr>
          <w:rFonts w:ascii="Times New Roman" w:hAnsi="Times New Roman" w:eastAsia="Times New Roman" w:cs="Times New Roman"/>
          <w:sz w:val="24"/>
        </w:rPr>
        <w:t xml:space="preserve"> (“Domain Name”) to the Assignee.</w:t>
      </w:r>
    </w:p>
    <w:p>
      <w:pPr/>
    </w:p>
    <w:p>
      <w:pPr/>
      <w:r>
        <w:rPr>
          <w:rFonts w:ascii="Times New Roman" w:hAnsi="Times New Roman" w:eastAsia="Times New Roman" w:cs="Times New Roman"/>
          <w:b/>
          <w:sz w:val="24"/>
        </w:rPr>
        <w:t>III. TRANSFER</w:t>
      </w:r>
      <w:r>
        <w:rPr>
          <w:rFonts w:ascii="Times New Roman" w:hAnsi="Times New Roman" w:eastAsia="Times New Roman" w:cs="Times New Roman"/>
          <w:sz w:val="24"/>
        </w:rPr>
        <w:t>. The Parties agree that the Assignor is transferring the Domain Name for the following:</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Fixed Payment</w:t>
      </w:r>
      <w:r>
        <w:rPr>
          <w:rFonts w:ascii="Times New Roman" w:hAnsi="Times New Roman" w:eastAsia="Times New Roman" w:cs="Times New Roman"/>
          <w:sz w:val="24"/>
        </w:rPr>
        <w:t xml:space="preserve"> of $</w:t>
      </w:r>
      <w:r>
        <w:rPr>
          <w:rFonts w:ascii="Times New Roman" w:hAnsi="Times New Roman" w:eastAsia="Times New Roman" w:cs="Times New Roman"/>
          <w:sz w:val="24"/>
        </w:rPr>
        <w:t>[PAYMENT AMOUNT]</w:t>
      </w:r>
      <w:r>
        <w:rPr>
          <w:rFonts w:ascii="Times New Roman" w:hAnsi="Times New Roman" w:eastAsia="Times New Roman" w:cs="Times New Roman"/>
          <w:sz w:val="24"/>
        </w:rPr>
        <w:t xml:space="preserve"> (“Payment Amount”). The Domain Name is to be transferred in exchange for the Assignee paying the Assignor the Payment Amount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of the Effective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Payment</w:t>
      </w:r>
      <w:r>
        <w:rPr>
          <w:rFonts w:ascii="Times New Roman" w:hAnsi="Times New Roman" w:eastAsia="Times New Roman" w:cs="Times New Roman"/>
          <w:sz w:val="24"/>
        </w:rPr>
        <w:t>. The Assignor is transferring the Domain Name to the Assignee for no payment or compensation. The Assignee’s consideration shall be recognized as the undertaking of any liabilities or obligations in the Domain Name.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Gift</w:t>
      </w:r>
      <w:r>
        <w:rPr>
          <w:rFonts w:ascii="Times New Roman" w:hAnsi="Times New Roman" w:eastAsia="Times New Roman" w:cs="Times New Roman"/>
          <w:sz w:val="24"/>
        </w:rPr>
        <w:t>. The Assignor is granting the Domain Name as a gift to the Assignee.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p>
    <w:p>
      <w:pPr/>
      <w:r>
        <w:rPr>
          <w:rFonts w:ascii="Times New Roman" w:hAnsi="Times New Roman" w:eastAsia="Times New Roman" w:cs="Times New Roman"/>
          <w:b/>
          <w:sz w:val="24"/>
        </w:rPr>
        <w:t>IV. LIABILITIES</w:t>
      </w:r>
      <w:r>
        <w:rPr>
          <w:rFonts w:ascii="Times New Roman" w:hAnsi="Times New Roman" w:eastAsia="Times New Roman" w:cs="Times New Roman"/>
          <w:sz w:val="24"/>
        </w:rPr>
        <w:t>. The Assignor hereby claims and warranties to hold the interest in the Domain Name and that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Domain Name is </w:t>
      </w:r>
      <w:r>
        <w:rPr>
          <w:rFonts w:ascii="Times New Roman" w:hAnsi="Times New Roman" w:eastAsia="Times New Roman" w:cs="Times New Roman"/>
          <w:b/>
          <w:sz w:val="24"/>
        </w:rPr>
        <w:t>Free</w:t>
      </w:r>
      <w:r>
        <w:rPr>
          <w:rFonts w:ascii="Times New Roman" w:hAnsi="Times New Roman" w:eastAsia="Times New Roman" w:cs="Times New Roman"/>
          <w:sz w:val="24"/>
        </w:rPr>
        <w:t xml:space="preserve"> of Liens, Claims, or Encumbrances. The Assignor is transferring interest in the Domain Name and warranties it to be free of liens, claims, or encumbrances of any kind.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Domain Name is </w:t>
      </w:r>
      <w:r>
        <w:rPr>
          <w:rFonts w:ascii="Times New Roman" w:hAnsi="Times New Roman" w:eastAsia="Times New Roman" w:cs="Times New Roman"/>
          <w:b/>
          <w:sz w:val="24"/>
        </w:rPr>
        <w:t>Holds</w:t>
      </w:r>
      <w:r>
        <w:rPr>
          <w:rFonts w:ascii="Times New Roman" w:hAnsi="Times New Roman" w:eastAsia="Times New Roman" w:cs="Times New Roman"/>
          <w:sz w:val="24"/>
        </w:rPr>
        <w:t xml:space="preserve"> the following Liens, Claims, or Encumbrances: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V. 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PARTY APPROVAL</w:t>
      </w:r>
      <w:r>
        <w:rPr>
          <w:rFonts w:ascii="Times New Roman" w:hAnsi="Times New Roman" w:eastAsia="Times New Roman" w:cs="Times New Roman"/>
          <w:sz w:val="24"/>
        </w:rPr>
        <w:t>. For this Agreement to be in effect: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It is </w:t>
      </w:r>
      <w:r>
        <w:rPr>
          <w:rFonts w:ascii="Times New Roman" w:hAnsi="Times New Roman" w:eastAsia="Times New Roman" w:cs="Times New Roman"/>
          <w:b/>
          <w:sz w:val="24"/>
        </w:rPr>
        <w:t>REQUIRED</w:t>
      </w:r>
      <w:r>
        <w:rPr>
          <w:rFonts w:ascii="Times New Roman" w:hAnsi="Times New Roman" w:eastAsia="Times New Roman" w:cs="Times New Roman"/>
          <w:sz w:val="24"/>
        </w:rPr>
        <w:t xml:space="preserve"> for </w:t>
      </w:r>
      <w:r>
        <w:rPr>
          <w:rFonts w:ascii="Times New Roman" w:hAnsi="Times New Roman" w:eastAsia="Times New Roman" w:cs="Times New Roman"/>
          <w:sz w:val="24"/>
        </w:rPr>
        <w:t>[3RD PARTY'S NAME]</w:t>
      </w:r>
      <w:r>
        <w:rPr>
          <w:rFonts w:ascii="Times New Roman" w:hAnsi="Times New Roman" w:eastAsia="Times New Roman" w:cs="Times New Roman"/>
          <w:sz w:val="24"/>
        </w:rPr>
        <w:t xml:space="preserv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to approve this Agreement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of the Effective Date. If the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does not approve this Agreement or fails to sign, this Agreement shall be considered void.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It is </w:t>
      </w:r>
      <w:r>
        <w:rPr>
          <w:rFonts w:ascii="Times New Roman" w:hAnsi="Times New Roman" w:eastAsia="Times New Roman" w:cs="Times New Roman"/>
          <w:b/>
          <w:sz w:val="24"/>
        </w:rPr>
        <w:t>NOT REQUIRED</w:t>
      </w:r>
      <w:r>
        <w:rPr>
          <w:rFonts w:ascii="Times New Roman" w:hAnsi="Times New Roman" w:eastAsia="Times New Roman" w:cs="Times New Roman"/>
          <w:sz w:val="24"/>
        </w:rPr>
        <w:t xml:space="preserve"> a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to approve this Agreement. Upon the execution by both Parties, this Agreement shall be in full force and effect.</w:t>
      </w:r>
    </w:p>
    <w:p>
      <w:pPr/>
    </w:p>
    <w:p>
      <w:pPr/>
      <w:r>
        <w:rPr>
          <w:rFonts w:ascii="Times New Roman" w:hAnsi="Times New Roman" w:eastAsia="Times New Roman" w:cs="Times New Roman"/>
          <w:b/>
          <w:sz w:val="24"/>
        </w:rPr>
        <w:t>VI. ASSUMPTION</w:t>
      </w:r>
      <w:r>
        <w:rPr>
          <w:rFonts w:ascii="Times New Roman" w:hAnsi="Times New Roman" w:eastAsia="Times New Roman" w:cs="Times New Roman"/>
          <w:sz w:val="24"/>
        </w:rPr>
        <w:t>. The Assignee acknowledges and agrees to assume the transfer and ownership of all liabilities, obligations, and claims that currently exist or may in the future regarding the Domain Name. As of the Effective Date, the Assignee agrees to comply with all terms, make all payments, and perform all the conditions, covenants, and any other duties as part of the Domain Name.</w:t>
      </w:r>
    </w:p>
    <w:p>
      <w:pPr/>
    </w:p>
    <w:p>
      <w:pPr/>
      <w:r>
        <w:rPr>
          <w:rFonts w:ascii="Times New Roman" w:hAnsi="Times New Roman" w:eastAsia="Times New Roman" w:cs="Times New Roman"/>
          <w:b/>
          <w:sz w:val="24"/>
        </w:rPr>
        <w:t>VII. PARTIES’ REPRESENTATIONS</w:t>
      </w:r>
      <w:r>
        <w:rPr>
          <w:rFonts w:ascii="Times New Roman" w:hAnsi="Times New Roman" w:eastAsia="Times New Roman" w:cs="Times New Roman"/>
          <w:sz w:val="24"/>
        </w:rPr>
        <w:t>. The Assignee acknowledges that they have a full understanding of the Domain Name and the terms of this Agreement. The Assignor further warrants that they own the rights transferred in the Domain Name and understand the terms of this Agreement. Both Parties agree to provide and complete any obligations under this Agreement or the Domain Name.</w:t>
      </w:r>
    </w:p>
    <w:p>
      <w:pPr/>
    </w:p>
    <w:p>
      <w:pPr/>
      <w:r>
        <w:rPr>
          <w:rFonts w:ascii="Times New Roman" w:hAnsi="Times New Roman" w:eastAsia="Times New Roman" w:cs="Times New Roman"/>
          <w:b/>
          <w:sz w:val="24"/>
        </w:rPr>
        <w:t>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IX. GOVERNING LAW</w:t>
      </w:r>
      <w:r>
        <w:rPr>
          <w:rFonts w:ascii="Times New Roman" w:hAnsi="Times New Roman" w:eastAsia="Times New Roman" w:cs="Times New Roman"/>
          <w:sz w:val="24"/>
        </w:rPr>
        <w:t xml:space="preserve">. This Agreement shall be governed under the laws located in the State of </w:t>
      </w:r>
      <w:r>
        <w:rPr>
          <w:rFonts w:ascii="Times New Roman" w:hAnsi="Times New Roman" w:eastAsia="Times New Roman" w:cs="Times New Roman"/>
          <w:sz w:val="24"/>
        </w:rPr>
        <w:t>[STATE OF GOVERNING LAW]</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X. WAIVER</w:t>
      </w:r>
      <w:r>
        <w:rPr>
          <w:rFonts w:ascii="Times New Roman" w:hAnsi="Times New Roman" w:eastAsia="Times New Roman" w:cs="Times New Roman"/>
          <w:sz w:val="24"/>
        </w:rPr>
        <w:t>. The failure of either Party to enforce any provision of this Agreement shall not be deemed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 ADDITIONAL TERMS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p>
    <w:p>
      <w:pPr/>
    </w:p>
    <w:p>
      <w:pPr/>
      <w:r>
        <w:rPr>
          <w:rFonts w:ascii="Times New Roman" w:hAnsi="Times New Roman" w:eastAsia="Times New Roman" w:cs="Times New Roman"/>
          <w:b/>
          <w:sz w:val="24"/>
        </w:rPr>
        <w:t>XII. ENTIRE AGREEMENT</w:t>
      </w:r>
      <w:r>
        <w:rPr>
          <w:rFonts w:ascii="Times New Roman" w:hAnsi="Times New Roman" w:eastAsia="Times New Roman" w:cs="Times New Roman"/>
          <w:sz w:val="24"/>
        </w:rPr>
        <w:t>. This Agreement constitutes the entire Agreement between the Parties. No modification or amendment of this Agreement shall be effective unless in writing and signed by both Parties.</w:t>
      </w:r>
    </w:p>
    <w:p>
      <w:pPr/>
    </w:p>
    <w:p>
      <w:pPr/>
    </w:p>
    <w:p>
      <w:pPr/>
      <w:r>
        <w:rPr>
          <w:rFonts w:ascii="Times New Roman" w:hAnsi="Times New Roman" w:eastAsia="Times New Roman" w:cs="Times New Roman"/>
          <w:sz w:val="24"/>
        </w:rPr>
        <w:t xml:space="preserve">Assignor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p>
      <w:pPr/>
    </w:p>
    <w:p>
      <w:pPr/>
    </w:p>
    <w:p>
      <w:pPr/>
      <w:r>
        <w:rPr>
          <w:rFonts w:ascii="Times New Roman" w:hAnsi="Times New Roman" w:eastAsia="Times New Roman" w:cs="Times New Roman"/>
          <w:sz w:val="24"/>
        </w:rPr>
        <w:t xml:space="preserve">Assignee Signature: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p>
      <w:pPr/>
    </w:p>
    <w:p>
      <w:pP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Signature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