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Domain Name Cease and Desist Letter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VIA EMAIL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Infringement of Trademark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Sir/Madam: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It has come to our attention that your company is using [opposed term]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key word meta-tag in the code of two of the websites your company operates, namely [web address] and [web address] (collectively the "Websites"). In addition we note that you have incorporated the term [opposed term] in at least one domain name used to offer [description of services that are similar to Company services].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[Opposed term]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common law [and/or registered] trademark of [Company] and the subject of Canadian trademark [Registration or Application] Number: [number]; the mark [opposed term] is also part of the [Registered and/or common law] design trademark of [Company] and the subject of Canadian trademark [Registration/Application] Number [number]. [Company] and its licensees have been using the name [opposed term], and [opposed term] &amp; Design, as trademarks (the “Trademarks”) in association with [description of wares and services] since as early as [date]. [Company] operates the website [Company website address] for [description of website content]. [Company] has accumulated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considerable amount of goodwill in its Trademarks in the [industry] industry, and the term [opposed term] has become distinctive of [Company]’s wares and services and those of its licensees and affiliates.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It is our position that your company's use and incorporation of the Trademarks in key word meta-tags for your Websites, on your Websites and in your domain name [opposed domain name] amounts to trademark infringement and passing off. Further, your company's use of the Trademarks causes initial interest confusion, depreciates the value of the Trademarks and could lead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Internet consumer to believe mistakenly that the wares and services provided on your Websites are sponsored, endorsed, manufactured, approved or supplied by Company or its licensee and affiliated companies.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Under the circumstances, we must insist that your company </w:t>
      </w:r>
      <w:r>
        <w:rPr>
          <w:rFonts w:ascii="Times New Roman" w:hAnsi="Times New Roman" w:eastAsia="Times New Roman" w:cs="Times New Roman"/>
          <w:b w:val="0"/>
          <w:sz w:val="24"/>
        </w:rPr>
        <w:t>immediately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do the following: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cease and desist from using the Trademark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key word meta-tag or other meta-tag and generally on the Websites and any other websites your company operates;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cease and desist the purchase of our Trademark as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AdWord from Google, or any similar Internet advertising device provided by other search engines;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provide us with written evidence of the removal of the key word meta-tags and use of the term [opposed term] from the Websites and any other websites your company operates; and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agree to transfer the domain registration for [opposed domain name] to our client and take all necessary steps to effect such transfer.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provide confirmation to the undersigned that you have complied with, or are in the process of complying with, the above demands no later than [date].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reserve all of our client's legal rights.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govern yourselves accordingly.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Yours truly,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[Company]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