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stylesWithEffects.xml" ContentType="application/vnd.ms-word.stylesWithEffect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pPr>
        <w:jc w:val="center"/>
      </w:pPr>
      <w:r>
        <w:rPr>
          <w:rFonts w:ascii="Times New Roman" w:hAnsi="Times New Roman" w:eastAsia="Times New Roman" w:cs="Times New Roman"/>
          <w:b/>
          <w:sz w:val="24"/>
        </w:rPr>
        <w:t>LETTER OF INTENT TO DONATE</w:t>
      </w:r>
    </w:p>
    <w:p>
      <w:pPr>
        <w:jc w:val="center"/>
      </w:pPr>
    </w:p>
    <w:p>
      <w:pPr/>
      <w:r>
        <w:rPr>
          <w:rFonts w:ascii="Times New Roman" w:hAnsi="Times New Roman" w:eastAsia="Times New Roman" w:cs="Times New Roman"/>
          <w:sz w:val="24"/>
        </w:rPr>
        <w:t>[DONEE NAME]</w:t>
      </w:r>
      <w:r>
        <w:rPr>
          <w:rFonts w:ascii="Times New Roman" w:hAnsi="Times New Roman" w:eastAsia="Times New Roman" w:cs="Times New Roman"/>
          <w:sz w:val="24"/>
        </w:rPr>
        <w:t xml:space="preserve"> </w:t>
      </w:r>
    </w:p>
    <w:p>
      <w:pPr/>
      <w:r>
        <w:rPr>
          <w:rFonts w:ascii="Times New Roman" w:hAnsi="Times New Roman" w:eastAsia="Times New Roman" w:cs="Times New Roman"/>
          <w:sz w:val="24"/>
        </w:rPr>
        <w:t>[DONEE ADDRESS]</w:t>
      </w:r>
      <w:r>
        <w:rPr>
          <w:rFonts w:ascii="Times New Roman" w:hAnsi="Times New Roman" w:eastAsia="Times New Roman" w:cs="Times New Roman"/>
          <w:sz w:val="24"/>
        </w:rPr>
        <w:t xml:space="preserve"> </w:t>
      </w:r>
    </w:p>
    <w:p>
      <w:pPr/>
      <w:r>
        <w:rPr>
          <w:rFonts w:ascii="Times New Roman" w:hAnsi="Times New Roman" w:eastAsia="Times New Roman" w:cs="Times New Roman"/>
          <w:sz w:val="24"/>
        </w:rPr>
        <w:t>[DONEE CITY, STATE, ZIP CODE]</w:t>
      </w:r>
      <w:r>
        <w:rPr>
          <w:rFonts w:ascii="Times New Roman" w:hAnsi="Times New Roman" w:eastAsia="Times New Roman" w:cs="Times New Roman"/>
          <w:sz w:val="24"/>
        </w:rPr>
        <w:t xml:space="preserve"> </w:t>
      </w:r>
    </w:p>
    <w:p>
      <w:pPr/>
    </w:p>
    <w:p>
      <w:pPr/>
      <w:r>
        <w:rPr>
          <w:rFonts w:ascii="Times New Roman" w:hAnsi="Times New Roman" w:eastAsia="Times New Roman" w:cs="Times New Roman"/>
          <w:sz w:val="24"/>
        </w:rPr>
        <w:t xml:space="preserve">Effective Date: </w:t>
      </w:r>
      <w:r>
        <w:rPr>
          <w:rFonts w:ascii="Times New Roman" w:hAnsi="Times New Roman" w:eastAsia="Times New Roman" w:cs="Times New Roman"/>
          <w:sz w:val="24"/>
        </w:rPr>
        <w:t>[DATE]</w:t>
      </w:r>
      <w:r>
        <w:rPr>
          <w:rFonts w:ascii="Times New Roman" w:hAnsi="Times New Roman" w:eastAsia="Times New Roman" w:cs="Times New Roman"/>
          <w:sz w:val="24"/>
        </w:rPr>
        <w:t xml:space="preserve"> </w:t>
      </w:r>
    </w:p>
    <w:p>
      <w:pPr/>
    </w:p>
    <w:p>
      <w:pPr/>
      <w:r>
        <w:rPr>
          <w:rFonts w:ascii="Times New Roman" w:hAnsi="Times New Roman" w:eastAsia="Times New Roman" w:cs="Times New Roman"/>
          <w:sz w:val="24"/>
        </w:rPr>
        <w:t>[DONOR NAME]</w:t>
      </w:r>
      <w:r>
        <w:rPr>
          <w:rFonts w:ascii="Times New Roman" w:hAnsi="Times New Roman" w:eastAsia="Times New Roman" w:cs="Times New Roman"/>
          <w:sz w:val="24"/>
        </w:rPr>
        <w:t xml:space="preserve"> </w:t>
      </w:r>
    </w:p>
    <w:p>
      <w:pPr/>
      <w:r>
        <w:rPr>
          <w:rFonts w:ascii="Times New Roman" w:hAnsi="Times New Roman" w:eastAsia="Times New Roman" w:cs="Times New Roman"/>
          <w:sz w:val="24"/>
        </w:rPr>
        <w:t>[DONOR ADDRESS]</w:t>
      </w:r>
      <w:r>
        <w:rPr>
          <w:rFonts w:ascii="Times New Roman" w:hAnsi="Times New Roman" w:eastAsia="Times New Roman" w:cs="Times New Roman"/>
          <w:sz w:val="24"/>
        </w:rPr>
        <w:t xml:space="preserve"> </w:t>
      </w:r>
    </w:p>
    <w:p>
      <w:pPr/>
      <w:r>
        <w:rPr>
          <w:rFonts w:ascii="Times New Roman" w:hAnsi="Times New Roman" w:eastAsia="Times New Roman" w:cs="Times New Roman"/>
          <w:sz w:val="24"/>
        </w:rPr>
        <w:t>[DONOR CITY, STATE, ZIP CODE]</w:t>
      </w:r>
      <w:r>
        <w:rPr>
          <w:rFonts w:ascii="Times New Roman" w:hAnsi="Times New Roman" w:eastAsia="Times New Roman" w:cs="Times New Roman"/>
          <w:sz w:val="24"/>
        </w:rPr>
        <w:t xml:space="preserve"> </w:t>
      </w:r>
    </w:p>
    <w:p>
      <w:pPr/>
    </w:p>
    <w:p>
      <w:pPr/>
      <w:r>
        <w:rPr>
          <w:rFonts w:ascii="Times New Roman" w:hAnsi="Times New Roman" w:eastAsia="Times New Roman" w:cs="Times New Roman"/>
          <w:b/>
          <w:sz w:val="24"/>
        </w:rPr>
        <w:t>RE: Donation to Qualified Organization</w:t>
      </w:r>
    </w:p>
    <w:p>
      <w:pPr/>
    </w:p>
    <w:p>
      <w:pPr/>
      <w:r>
        <w:rPr>
          <w:rFonts w:ascii="Times New Roman" w:hAnsi="Times New Roman" w:eastAsia="Times New Roman" w:cs="Times New Roman"/>
          <w:sz w:val="24"/>
        </w:rPr>
        <w:t xml:space="preserve">This donation letter of intent (the “Letter of Intent”) represents the basic terms for an agreement that shall be considered </w:t>
      </w:r>
      <w:r>
        <w:rPr>
          <w:rFonts w:ascii="Times New Roman" w:hAnsi="Times New Roman" w:eastAsia="Times New Roman" w:cs="Times New Roman"/>
          <w:sz w:val="24"/>
        </w:rPr>
        <w:t>☐</w:t>
      </w:r>
      <w:r>
        <w:rPr>
          <w:rFonts w:ascii="Times New Roman" w:hAnsi="Times New Roman" w:eastAsia="Times New Roman" w:cs="Times New Roman"/>
          <w:sz w:val="24"/>
        </w:rPr>
        <w:t xml:space="preserve"> binding </w:t>
      </w:r>
      <w:r>
        <w:rPr>
          <w:rFonts w:ascii="Times New Roman" w:hAnsi="Times New Roman" w:eastAsia="Times New Roman" w:cs="Times New Roman"/>
          <w:sz w:val="24"/>
        </w:rPr>
        <w:t>☐</w:t>
      </w:r>
      <w:r>
        <w:rPr>
          <w:rFonts w:ascii="Times New Roman" w:hAnsi="Times New Roman" w:eastAsia="Times New Roman" w:cs="Times New Roman"/>
          <w:sz w:val="24"/>
        </w:rPr>
        <w:t xml:space="preserve"> non-binding. After this Letter of Intent has been made, a formal agreement may be constructed to the benefit of the Parties involved.</w:t>
      </w:r>
    </w:p>
    <w:p>
      <w:pPr/>
    </w:p>
    <w:p>
      <w:pPr/>
      <w:r>
        <w:rPr>
          <w:rFonts w:ascii="Times New Roman" w:hAnsi="Times New Roman" w:eastAsia="Times New Roman" w:cs="Times New Roman"/>
          <w:b/>
          <w:sz w:val="24"/>
        </w:rPr>
        <w:t>I. The Donor</w:t>
      </w:r>
      <w:r>
        <w:rPr>
          <w:rFonts w:ascii="Times New Roman" w:hAnsi="Times New Roman" w:eastAsia="Times New Roman" w:cs="Times New Roman"/>
          <w:sz w:val="24"/>
        </w:rPr>
        <w:t xml:space="preserve">: </w:t>
      </w:r>
      <w:r>
        <w:rPr>
          <w:rFonts w:ascii="Times New Roman" w:hAnsi="Times New Roman" w:eastAsia="Times New Roman" w:cs="Times New Roman"/>
          <w:sz w:val="24"/>
        </w:rPr>
        <w:t>[DONOR NAME]</w:t>
      </w:r>
      <w:r>
        <w:rPr>
          <w:rFonts w:ascii="Times New Roman" w:hAnsi="Times New Roman" w:eastAsia="Times New Roman" w:cs="Times New Roman"/>
          <w:sz w:val="24"/>
        </w:rPr>
        <w:t xml:space="preserve"> (the “Donor”).</w:t>
      </w:r>
    </w:p>
    <w:p>
      <w:pPr/>
    </w:p>
    <w:p>
      <w:pPr/>
      <w:r>
        <w:rPr>
          <w:rFonts w:ascii="Times New Roman" w:hAnsi="Times New Roman" w:eastAsia="Times New Roman" w:cs="Times New Roman"/>
          <w:b/>
          <w:sz w:val="24"/>
        </w:rPr>
        <w:t>II. The Donee</w:t>
      </w:r>
      <w:r>
        <w:rPr>
          <w:rFonts w:ascii="Times New Roman" w:hAnsi="Times New Roman" w:eastAsia="Times New Roman" w:cs="Times New Roman"/>
          <w:sz w:val="24"/>
        </w:rPr>
        <w:t xml:space="preserve">: </w:t>
      </w:r>
      <w:r>
        <w:rPr>
          <w:rFonts w:ascii="Times New Roman" w:hAnsi="Times New Roman" w:eastAsia="Times New Roman" w:cs="Times New Roman"/>
          <w:sz w:val="24"/>
        </w:rPr>
        <w:t>[DONEE NAME]</w:t>
      </w:r>
      <w:r>
        <w:rPr>
          <w:rFonts w:ascii="Times New Roman" w:hAnsi="Times New Roman" w:eastAsia="Times New Roman" w:cs="Times New Roman"/>
          <w:sz w:val="24"/>
        </w:rPr>
        <w:t xml:space="preserve"> (the “Donee”).</w:t>
      </w:r>
    </w:p>
    <w:p>
      <w:pPr/>
    </w:p>
    <w:p>
      <w:pPr/>
      <w:r>
        <w:rPr>
          <w:rFonts w:ascii="Times New Roman" w:hAnsi="Times New Roman" w:eastAsia="Times New Roman" w:cs="Times New Roman"/>
          <w:b/>
          <w:sz w:val="24"/>
        </w:rPr>
        <w:t>III. The Donation</w:t>
      </w:r>
      <w:r>
        <w:rPr>
          <w:rFonts w:ascii="Times New Roman" w:hAnsi="Times New Roman" w:eastAsia="Times New Roman" w:cs="Times New Roman"/>
          <w:sz w:val="24"/>
        </w:rPr>
        <w:t>: Choose One (1)</w:t>
      </w:r>
    </w:p>
    <w:p>
      <w:pP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One-time Monetary Donation: The Donor wishes to make a one-time monetary donation to the Donee in the amount of $</w:t>
      </w:r>
      <w:r>
        <w:rPr>
          <w:rFonts w:ascii="Times New Roman" w:hAnsi="Times New Roman" w:eastAsia="Times New Roman" w:cs="Times New Roman"/>
          <w:sz w:val="24"/>
        </w:rPr>
        <w:t>[AMOUNT]</w:t>
      </w:r>
      <w:r>
        <w:rPr>
          <w:rFonts w:ascii="Times New Roman" w:hAnsi="Times New Roman" w:eastAsia="Times New Roman" w:cs="Times New Roman"/>
          <w:sz w:val="24"/>
        </w:rPr>
        <w:t>.</w:t>
      </w:r>
    </w:p>
    <w:p>
      <w:pP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Monthly Pledge: The Donor wishes to make a monthly donation of $</w:t>
      </w:r>
      <w:r>
        <w:rPr>
          <w:rFonts w:ascii="Times New Roman" w:hAnsi="Times New Roman" w:eastAsia="Times New Roman" w:cs="Times New Roman"/>
          <w:sz w:val="24"/>
        </w:rPr>
        <w:t>[AMOUNT]</w:t>
      </w:r>
      <w:r>
        <w:rPr>
          <w:rFonts w:ascii="Times New Roman" w:hAnsi="Times New Roman" w:eastAsia="Times New Roman" w:cs="Times New Roman"/>
          <w:sz w:val="24"/>
        </w:rPr>
        <w:t xml:space="preserve"> to the Donee beginning </w:t>
      </w:r>
      <w:r>
        <w:rPr>
          <w:rFonts w:ascii="Times New Roman" w:hAnsi="Times New Roman" w:eastAsia="Times New Roman" w:cs="Times New Roman"/>
          <w:sz w:val="24"/>
        </w:rPr>
        <w:t>[DATE]</w:t>
      </w:r>
      <w:r>
        <w:rPr>
          <w:rFonts w:ascii="Times New Roman" w:hAnsi="Times New Roman" w:eastAsia="Times New Roman" w:cs="Times New Roman"/>
          <w:sz w:val="24"/>
        </w:rPr>
        <w:t xml:space="preserve"> and </w:t>
      </w:r>
      <w:r>
        <w:rPr>
          <w:rFonts w:ascii="Times New Roman" w:hAnsi="Times New Roman" w:eastAsia="Times New Roman" w:cs="Times New Roman"/>
          <w:sz w:val="24"/>
        </w:rPr>
        <w:t xml:space="preserve"> ending </w:t>
      </w:r>
      <w:r>
        <w:rPr>
          <w:rFonts w:ascii="Times New Roman" w:hAnsi="Times New Roman" w:eastAsia="Times New Roman" w:cs="Times New Roman"/>
          <w:sz w:val="24"/>
        </w:rPr>
        <w:t>[DATE]</w:t>
      </w:r>
      <w:r>
        <w:rPr>
          <w:rFonts w:ascii="Times New Roman" w:hAnsi="Times New Roman" w:eastAsia="Times New Roman" w:cs="Times New Roman"/>
          <w:sz w:val="24"/>
        </w:rPr>
        <w:t xml:space="preserve"> for a total donation of $</w:t>
      </w:r>
      <w:r>
        <w:rPr>
          <w:rFonts w:ascii="Times New Roman" w:hAnsi="Times New Roman" w:eastAsia="Times New Roman" w:cs="Times New Roman"/>
          <w:sz w:val="24"/>
        </w:rPr>
        <w:t>[AMOUNT]</w:t>
      </w:r>
      <w:r>
        <w:rPr>
          <w:rFonts w:ascii="Times New Roman" w:hAnsi="Times New Roman" w:eastAsia="Times New Roman" w:cs="Times New Roman"/>
          <w:sz w:val="24"/>
        </w:rPr>
        <w:t xml:space="preserve"> OR </w:t>
      </w:r>
      <w:r>
        <w:rPr>
          <w:rFonts w:ascii="Times New Roman" w:hAnsi="Times New Roman" w:eastAsia="Times New Roman" w:cs="Times New Roman"/>
          <w:sz w:val="24"/>
        </w:rPr>
        <w:t xml:space="preserve"> ongoing until further notice.</w:t>
      </w:r>
    </w:p>
    <w:p>
      <w:pP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Annual Pledge: The Donor wishes to make an annual donation of $</w:t>
      </w:r>
      <w:r>
        <w:rPr>
          <w:rFonts w:ascii="Times New Roman" w:hAnsi="Times New Roman" w:eastAsia="Times New Roman" w:cs="Times New Roman"/>
          <w:sz w:val="24"/>
        </w:rPr>
        <w:t>[AMOUNT]</w:t>
      </w:r>
      <w:r>
        <w:rPr>
          <w:rFonts w:ascii="Times New Roman" w:hAnsi="Times New Roman" w:eastAsia="Times New Roman" w:cs="Times New Roman"/>
          <w:sz w:val="24"/>
        </w:rPr>
        <w:t xml:space="preserve"> to the Donee each year for </w:t>
      </w:r>
      <w:r>
        <w:rPr>
          <w:rFonts w:ascii="Times New Roman" w:hAnsi="Times New Roman" w:eastAsia="Times New Roman" w:cs="Times New Roman"/>
          <w:sz w:val="24"/>
        </w:rPr>
        <w:t>[NUMBER]</w:t>
      </w:r>
      <w:r>
        <w:rPr>
          <w:rFonts w:ascii="Times New Roman" w:hAnsi="Times New Roman" w:eastAsia="Times New Roman" w:cs="Times New Roman"/>
          <w:sz w:val="24"/>
        </w:rPr>
        <w:t xml:space="preserve"> years, beginning </w:t>
      </w:r>
      <w:r>
        <w:rPr>
          <w:rFonts w:ascii="Times New Roman" w:hAnsi="Times New Roman" w:eastAsia="Times New Roman" w:cs="Times New Roman"/>
          <w:sz w:val="24"/>
        </w:rPr>
        <w:t>[DATE]</w:t>
      </w:r>
      <w:r>
        <w:rPr>
          <w:rFonts w:ascii="Times New Roman" w:hAnsi="Times New Roman" w:eastAsia="Times New Roman" w:cs="Times New Roman"/>
          <w:sz w:val="24"/>
        </w:rPr>
        <w:t xml:space="preserve"> for a total donation of $</w:t>
      </w:r>
      <w:r>
        <w:rPr>
          <w:rFonts w:ascii="Times New Roman" w:hAnsi="Times New Roman" w:eastAsia="Times New Roman" w:cs="Times New Roman"/>
          <w:sz w:val="24"/>
        </w:rPr>
        <w:t>[AMOUNT]</w:t>
      </w:r>
      <w:r>
        <w:rPr>
          <w:rFonts w:ascii="Times New Roman" w:hAnsi="Times New Roman" w:eastAsia="Times New Roman" w:cs="Times New Roman"/>
          <w:sz w:val="24"/>
        </w:rPr>
        <w:t>.</w:t>
      </w:r>
    </w:p>
    <w:p>
      <w:pP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Other: The Donor wishes to donate the following to the Donee: $</w:t>
      </w:r>
      <w:r>
        <w:rPr>
          <w:rFonts w:ascii="Times New Roman" w:hAnsi="Times New Roman" w:eastAsia="Times New Roman" w:cs="Times New Roman"/>
          <w:sz w:val="24"/>
        </w:rPr>
        <w:t>[AMOUNT]</w:t>
      </w:r>
      <w:r>
        <w:rPr>
          <w:rFonts w:ascii="Times New Roman" w:hAnsi="Times New Roman" w:eastAsia="Times New Roman" w:cs="Times New Roman"/>
          <w:sz w:val="24"/>
        </w:rPr>
        <w:t>.</w:t>
      </w:r>
    </w:p>
    <w:p>
      <w:pPr/>
      <w:r>
        <w:rPr>
          <w:rFonts w:ascii="Times New Roman" w:hAnsi="Times New Roman" w:eastAsia="Times New Roman" w:cs="Times New Roman"/>
          <w:sz w:val="24"/>
        </w:rPr>
        <w:t xml:space="preserve"> </w:t>
      </w:r>
    </w:p>
    <w:p>
      <w:pPr/>
      <w:r>
        <w:rPr>
          <w:rFonts w:ascii="Times New Roman" w:hAnsi="Times New Roman" w:eastAsia="Times New Roman" w:cs="Times New Roman"/>
          <w:b/>
          <w:sz w:val="24"/>
        </w:rPr>
        <w:t>IV. Donation Designation</w:t>
      </w:r>
      <w:r>
        <w:rPr>
          <w:rFonts w:ascii="Times New Roman" w:hAnsi="Times New Roman" w:eastAsia="Times New Roman" w:cs="Times New Roman"/>
          <w:sz w:val="24"/>
        </w:rPr>
        <w:t xml:space="preserve">: The above-described donation should be used for the following purpose(s): </w:t>
      </w:r>
      <w:r>
        <w:rPr>
          <w:rFonts w:ascii="Times New Roman" w:hAnsi="Times New Roman" w:eastAsia="Times New Roman" w:cs="Times New Roman"/>
          <w:sz w:val="24"/>
        </w:rPr>
        <w:t>[PURPOSE]</w:t>
      </w:r>
      <w:r>
        <w:rPr>
          <w:rFonts w:ascii="Times New Roman" w:hAnsi="Times New Roman" w:eastAsia="Times New Roman" w:cs="Times New Roman"/>
          <w:sz w:val="24"/>
        </w:rPr>
        <w:t>.</w:t>
      </w:r>
    </w:p>
    <w:p>
      <w:pPr/>
    </w:p>
    <w:p>
      <w:pPr/>
      <w:r>
        <w:rPr>
          <w:rFonts w:ascii="Times New Roman" w:hAnsi="Times New Roman" w:eastAsia="Times New Roman" w:cs="Times New Roman"/>
          <w:b/>
          <w:sz w:val="24"/>
        </w:rPr>
        <w:t>V. Alterations to Donation Designation</w:t>
      </w:r>
      <w:r>
        <w:rPr>
          <w:rFonts w:ascii="Times New Roman" w:hAnsi="Times New Roman" w:eastAsia="Times New Roman" w:cs="Times New Roman"/>
          <w:sz w:val="24"/>
        </w:rPr>
        <w:t xml:space="preserve">: The Donee may need to alter the donation designation to ensure that current priorities are met. Should this be required, the Donee will respect the initial intent of this letter as closely as possible.  </w:t>
      </w:r>
    </w:p>
    <w:p>
      <w:pPr/>
    </w:p>
    <w:p>
      <w:pPr/>
    </w:p>
    <w:p>
      <w:pPr/>
    </w:p>
    <w:p>
      <w:pPr/>
    </w:p>
    <w:p>
      <w:pPr/>
    </w:p>
    <w:p>
      <w:pPr/>
    </w:p>
    <w:p>
      <w:pPr/>
      <w:r>
        <w:rPr>
          <w:rFonts w:ascii="Times New Roman" w:hAnsi="Times New Roman" w:eastAsia="Times New Roman" w:cs="Times New Roman"/>
          <w:b/>
          <w:sz w:val="24"/>
        </w:rPr>
        <w:t>VI. Donation Recognition</w:t>
      </w:r>
      <w:r>
        <w:rPr>
          <w:rFonts w:ascii="Times New Roman" w:hAnsi="Times New Roman" w:eastAsia="Times New Roman" w:cs="Times New Roman"/>
          <w:sz w:val="24"/>
        </w:rPr>
        <w:t>: Choose One (1)</w:t>
      </w:r>
    </w:p>
    <w:p>
      <w:pP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The Donor agrees to be recognized for the donation under the following name(s):</w:t>
      </w:r>
    </w:p>
    <w:p>
      <w:pPr/>
      <w:r>
        <w:rPr>
          <w:rFonts w:ascii="Times New Roman" w:hAnsi="Times New Roman" w:eastAsia="Times New Roman" w:cs="Times New Roman"/>
          <w:sz w:val="24"/>
        </w:rPr>
        <w:t>[NAME(S)]</w:t>
      </w:r>
      <w:r>
        <w:rPr>
          <w:rFonts w:ascii="Times New Roman" w:hAnsi="Times New Roman" w:eastAsia="Times New Roman" w:cs="Times New Roman"/>
          <w:sz w:val="24"/>
        </w:rPr>
        <w:t>.</w:t>
      </w:r>
    </w:p>
    <w:p>
      <w:pP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The Donor wishes to remain anonymous.</w:t>
      </w:r>
    </w:p>
    <w:p>
      <w:pPr/>
    </w:p>
    <w:p>
      <w:pPr/>
      <w:r>
        <w:rPr>
          <w:rFonts w:ascii="Times New Roman" w:hAnsi="Times New Roman" w:eastAsia="Times New Roman" w:cs="Times New Roman"/>
          <w:b/>
          <w:sz w:val="24"/>
        </w:rPr>
        <w:t>VII. Method of Payment</w:t>
      </w:r>
      <w:r>
        <w:rPr>
          <w:rFonts w:ascii="Times New Roman" w:hAnsi="Times New Roman" w:eastAsia="Times New Roman" w:cs="Times New Roman"/>
          <w:sz w:val="24"/>
        </w:rPr>
        <w:t>:</w:t>
      </w:r>
      <w:r>
        <w:rPr>
          <w:rFonts w:ascii="Times New Roman" w:hAnsi="Times New Roman" w:eastAsia="Times New Roman" w:cs="Times New Roman"/>
          <w:b/>
          <w:sz w:val="24"/>
        </w:rPr>
        <w:t xml:space="preserve"> </w:t>
      </w:r>
      <w:r>
        <w:rPr>
          <w:rFonts w:ascii="Times New Roman" w:hAnsi="Times New Roman" w:eastAsia="Times New Roman" w:cs="Times New Roman"/>
          <w:sz w:val="24"/>
        </w:rPr>
        <w:t>(Monetary Donations Only)</w:t>
      </w:r>
    </w:p>
    <w:p>
      <w:pP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Cash or Check (If paying by check, make check payable to </w:t>
      </w:r>
      <w:r>
        <w:rPr>
          <w:rFonts w:ascii="Times New Roman" w:hAnsi="Times New Roman" w:eastAsia="Times New Roman" w:cs="Times New Roman"/>
          <w:sz w:val="24"/>
        </w:rPr>
        <w:t>[PAYABLE TO]</w:t>
      </w:r>
      <w:r>
        <w:rPr>
          <w:rFonts w:ascii="Times New Roman" w:hAnsi="Times New Roman" w:eastAsia="Times New Roman" w:cs="Times New Roman"/>
          <w:sz w:val="24"/>
        </w:rPr>
        <w:t>.)</w:t>
      </w:r>
    </w:p>
    <w:p>
      <w:pP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Credit Card – Card Information: </w:t>
      </w:r>
      <w:r>
        <w:rPr>
          <w:rFonts w:ascii="Times New Roman" w:hAnsi="Times New Roman" w:eastAsia="Times New Roman" w:cs="Times New Roman"/>
          <w:sz w:val="24"/>
        </w:rPr>
        <w:t>[CREDIT CARD INFORMATION]</w:t>
      </w:r>
      <w:r>
        <w:rPr>
          <w:rFonts w:ascii="Times New Roman" w:hAnsi="Times New Roman" w:eastAsia="Times New Roman" w:cs="Times New Roman"/>
          <w:sz w:val="24"/>
        </w:rPr>
        <w:t>.</w:t>
      </w:r>
    </w:p>
    <w:p>
      <w:pP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Automatic Withdrawal (attach void check)</w:t>
      </w:r>
    </w:p>
    <w:p>
      <w:pPr/>
    </w:p>
    <w:p>
      <w:pPr/>
      <w:r>
        <w:rPr>
          <w:rFonts w:ascii="Times New Roman" w:hAnsi="Times New Roman" w:eastAsia="Times New Roman" w:cs="Times New Roman"/>
          <w:sz w:val="24"/>
        </w:rPr>
        <w:t>The Donor authorizes the Donee to withdrawal funds from his/her financial institution account.</w:t>
      </w:r>
    </w:p>
    <w:p>
      <w:pPr/>
    </w:p>
    <w:p>
      <w:pPr/>
      <w:r>
        <w:rPr>
          <w:rFonts w:ascii="Times New Roman" w:hAnsi="Times New Roman" w:eastAsia="Times New Roman" w:cs="Times New Roman"/>
          <w:sz w:val="24"/>
        </w:rPr>
        <w:t xml:space="preserve">Donor’s Signature </w:t>
      </w:r>
      <w:r>
        <w:rPr>
          <w:rFonts w:ascii="Times New Roman" w:hAnsi="Times New Roman" w:eastAsia="Times New Roman" w:cs="Times New Roman"/>
          <w:sz w:val="24"/>
        </w:rPr>
        <w:t>______________________</w:t>
      </w:r>
      <w:r>
        <w:rPr>
          <w:rFonts w:ascii="Times New Roman" w:hAnsi="Times New Roman" w:eastAsia="Times New Roman" w:cs="Times New Roman"/>
          <w:sz w:val="24"/>
        </w:rPr>
        <w:t xml:space="preserve"> Date______________________</w:t>
      </w:r>
    </w:p>
    <w:p>
      <w:pPr/>
    </w:p>
    <w:p>
      <w:pPr/>
      <w:r>
        <w:rPr>
          <w:rFonts w:ascii="Times New Roman" w:hAnsi="Times New Roman" w:eastAsia="Times New Roman" w:cs="Times New Roman"/>
          <w:b/>
          <w:sz w:val="24"/>
        </w:rPr>
        <w:t>VIII. Organization Type</w:t>
      </w:r>
      <w:r>
        <w:rPr>
          <w:rFonts w:ascii="Times New Roman" w:hAnsi="Times New Roman" w:eastAsia="Times New Roman" w:cs="Times New Roman"/>
          <w:sz w:val="24"/>
        </w:rPr>
        <w:t>: The Donee is an organization that is: Choose One (1)</w:t>
      </w:r>
    </w:p>
    <w:p>
      <w:pP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Classified</w:t>
      </w:r>
      <w:r>
        <w:rPr>
          <w:rFonts w:ascii="Times New Roman" w:hAnsi="Times New Roman" w:eastAsia="Times New Roman" w:cs="Times New Roman"/>
          <w:sz w:val="24"/>
        </w:rPr>
        <w:t xml:space="preserve"> as a 501(c)(3) non-profit organization by the standards of the Internal Revenue Service (IRS). Therefore, the donation may be tax-deductible to the extent allowed by law.</w:t>
      </w:r>
    </w:p>
    <w:p>
      <w:pP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Not classified</w:t>
      </w:r>
      <w:r>
        <w:rPr>
          <w:rFonts w:ascii="Times New Roman" w:hAnsi="Times New Roman" w:eastAsia="Times New Roman" w:cs="Times New Roman"/>
          <w:sz w:val="24"/>
        </w:rPr>
        <w:t xml:space="preserve"> as a 501(c)(3) non-profit organization by the standards of the Internal Revenue Service (IRS).</w:t>
      </w:r>
    </w:p>
    <w:p>
      <w:pPr/>
    </w:p>
    <w:p>
      <w:pPr/>
      <w:r>
        <w:rPr>
          <w:rFonts w:ascii="Times New Roman" w:hAnsi="Times New Roman" w:eastAsia="Times New Roman" w:cs="Times New Roman"/>
          <w:b/>
          <w:sz w:val="24"/>
        </w:rPr>
        <w:t>IX. Currency</w:t>
      </w:r>
      <w:r>
        <w:rPr>
          <w:rFonts w:ascii="Times New Roman" w:hAnsi="Times New Roman" w:eastAsia="Times New Roman" w:cs="Times New Roman"/>
          <w:sz w:val="24"/>
        </w:rPr>
        <w:t>: All mentions of currency or the usage of the “$” icon shall be known as referring to the US Dollar.</w:t>
      </w:r>
    </w:p>
    <w:p>
      <w:pPr/>
    </w:p>
    <w:p>
      <w:pPr/>
      <w:r>
        <w:rPr>
          <w:rFonts w:ascii="Times New Roman" w:hAnsi="Times New Roman" w:eastAsia="Times New Roman" w:cs="Times New Roman"/>
          <w:b/>
          <w:sz w:val="24"/>
        </w:rPr>
        <w:t>X. Governing Law</w:t>
      </w:r>
      <w:r>
        <w:rPr>
          <w:rFonts w:ascii="Times New Roman" w:hAnsi="Times New Roman" w:eastAsia="Times New Roman" w:cs="Times New Roman"/>
          <w:sz w:val="24"/>
        </w:rPr>
        <w:t xml:space="preserve">: This Letter of Intent shall be governed under the laws of the State of </w:t>
      </w:r>
      <w:r>
        <w:rPr>
          <w:rFonts w:ascii="Times New Roman" w:hAnsi="Times New Roman" w:eastAsia="Times New Roman" w:cs="Times New Roman"/>
          <w:sz w:val="24"/>
        </w:rPr>
        <w:t>[STATE]</w:t>
      </w:r>
      <w:r>
        <w:rPr>
          <w:rFonts w:ascii="Times New Roman" w:hAnsi="Times New Roman" w:eastAsia="Times New Roman" w:cs="Times New Roman"/>
          <w:sz w:val="24"/>
        </w:rPr>
        <w:t>.</w:t>
      </w:r>
    </w:p>
    <w:p>
      <w:pPr/>
    </w:p>
    <w:p>
      <w:pPr/>
      <w:r>
        <w:rPr>
          <w:rFonts w:ascii="Times New Roman" w:hAnsi="Times New Roman" w:eastAsia="Times New Roman" w:cs="Times New Roman"/>
          <w:b/>
          <w:sz w:val="24"/>
        </w:rPr>
        <w:t>XI. Acceptance</w:t>
      </w:r>
      <w:r>
        <w:rPr>
          <w:rFonts w:ascii="Times New Roman" w:hAnsi="Times New Roman" w:eastAsia="Times New Roman" w:cs="Times New Roman"/>
          <w:sz w:val="24"/>
        </w:rPr>
        <w:t xml:space="preserve">: If you are agreeable to the aforementioned terms, please sign and return a duplicate copy of this Letter of Intent by no later than </w:t>
      </w:r>
      <w:r>
        <w:rPr>
          <w:rFonts w:ascii="Times New Roman" w:hAnsi="Times New Roman" w:eastAsia="Times New Roman" w:cs="Times New Roman"/>
          <w:sz w:val="24"/>
        </w:rPr>
        <w:t>[DATE]</w:t>
      </w:r>
      <w:r>
        <w:rPr>
          <w:rFonts w:ascii="Times New Roman" w:hAnsi="Times New Roman" w:eastAsia="Times New Roman" w:cs="Times New Roman"/>
          <w:sz w:val="24"/>
        </w:rPr>
        <w:t>.</w:t>
      </w:r>
    </w:p>
    <w:p>
      <w:pPr/>
    </w:p>
    <w:p>
      <w:pPr/>
      <w:r>
        <w:rPr>
          <w:rFonts w:ascii="Times New Roman" w:hAnsi="Times New Roman" w:eastAsia="Times New Roman" w:cs="Times New Roman"/>
          <w:b/>
          <w:sz w:val="24"/>
        </w:rPr>
        <w:t>DONOR</w:t>
      </w:r>
    </w:p>
    <w:p>
      <w:pPr/>
    </w:p>
    <w:p>
      <w:pPr/>
      <w:r>
        <w:rPr>
          <w:rFonts w:ascii="Times New Roman" w:hAnsi="Times New Roman" w:eastAsia="Times New Roman" w:cs="Times New Roman"/>
          <w:sz w:val="24"/>
        </w:rPr>
        <w:t xml:space="preserve">Donor’s Signature </w:t>
      </w:r>
      <w:r>
        <w:rPr>
          <w:rFonts w:ascii="Times New Roman" w:hAnsi="Times New Roman" w:eastAsia="Times New Roman" w:cs="Times New Roman"/>
          <w:sz w:val="24"/>
        </w:rPr>
        <w:t>______________________</w:t>
      </w:r>
      <w:r>
        <w:rPr>
          <w:rFonts w:ascii="Times New Roman" w:hAnsi="Times New Roman" w:eastAsia="Times New Roman" w:cs="Times New Roman"/>
          <w:sz w:val="24"/>
        </w:rPr>
        <w:t xml:space="preserve"> Date ______________________ </w:t>
      </w:r>
    </w:p>
    <w:p>
      <w:pPr/>
    </w:p>
    <w:p>
      <w:pPr/>
      <w:r>
        <w:rPr>
          <w:rFonts w:ascii="Times New Roman" w:hAnsi="Times New Roman" w:eastAsia="Times New Roman" w:cs="Times New Roman"/>
          <w:sz w:val="24"/>
        </w:rPr>
        <w:t xml:space="preserve">Print Name ______________________ </w:t>
      </w:r>
    </w:p>
    <w:p>
      <w:pPr/>
    </w:p>
    <w:p>
      <w:pPr/>
      <w:r>
        <w:rPr>
          <w:rFonts w:ascii="Times New Roman" w:hAnsi="Times New Roman" w:eastAsia="Times New Roman" w:cs="Times New Roman"/>
          <w:b/>
          <w:sz w:val="24"/>
        </w:rPr>
        <w:t>DONEE</w:t>
      </w:r>
    </w:p>
    <w:p>
      <w:pPr/>
    </w:p>
    <w:p>
      <w:pPr/>
      <w:r>
        <w:rPr>
          <w:rFonts w:ascii="Times New Roman" w:hAnsi="Times New Roman" w:eastAsia="Times New Roman" w:cs="Times New Roman"/>
          <w:sz w:val="24"/>
        </w:rPr>
        <w:t xml:space="preserve">Authorized Signature </w:t>
      </w:r>
      <w:r>
        <w:rPr>
          <w:rFonts w:ascii="Times New Roman" w:hAnsi="Times New Roman" w:eastAsia="Times New Roman" w:cs="Times New Roman"/>
          <w:sz w:val="24"/>
        </w:rPr>
        <w:t>______________________</w:t>
      </w:r>
      <w:r>
        <w:rPr>
          <w:rFonts w:ascii="Times New Roman" w:hAnsi="Times New Roman" w:eastAsia="Times New Roman" w:cs="Times New Roman"/>
          <w:sz w:val="24"/>
        </w:rPr>
        <w:t xml:space="preserve"> Date ______________________ </w:t>
      </w:r>
    </w:p>
    <w:p>
      <w:pPr/>
    </w:p>
    <w:p>
      <w:pPr/>
      <w:r>
        <w:rPr>
          <w:rFonts w:ascii="Times New Roman" w:hAnsi="Times New Roman" w:eastAsia="Times New Roman" w:cs="Times New Roman"/>
          <w:sz w:val="24"/>
        </w:rPr>
        <w:t xml:space="preserve">Print Name ______________________ </w:t>
      </w:r>
    </w:p>
    <w:sectPr w:rsidR="00FC693F" w:rsidRPr="0006063C" w:rsidSect="00034616">
      <w:pgSz w:w="12240" w:h="15840"/>
      <w:pgMar w:top="1440" w:right="1800" w:bottom="1440" w:left="180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0000000000000000000"/>
    <w:charset w:val="02"/>
    <w:family w:val="auto"/>
    <w:pitch w:val="variable"/>
    <w:sig w:usb0="00000000" w:usb1="10000000" w:usb2="00000000" w:usb3="00000000" w:csb0="80000000" w:csb1="00000000"/>
  </w:font>
  <w:font w:name="Times New Roman">
    <w:panose1 w:val="02020603050405020304"/>
    <w:charset w:val="00"/>
    <w:family w:val="auto"/>
    <w:pitch w:val="variable"/>
    <w:sig w:usb0="E0002AFF" w:usb1="C0007841" w:usb2="00000009" w:usb3="00000000" w:csb0="000001FF" w:csb1="00000000"/>
  </w:font>
  <w:font w:name="Cambria">
    <w:panose1 w:val="02040503050406030204"/>
    <w:charset w:val="00"/>
    <w:family w:val="auto"/>
    <w:pitch w:val="variable"/>
    <w:sig w:usb0="E00002FF" w:usb1="400004FF" w:usb2="00000000" w:usb3="00000000" w:csb0="0000019F" w:csb1="00000000"/>
  </w:font>
  <w:font w:name="ＭＳ 明朝">
    <w:panose1 w:val="00000000000000000000"/>
    <w:charset w:val="80"/>
    <w:family w:val="roman"/>
    <w:notTrueType/>
    <w:pitch w:val="fixed"/>
    <w:sig w:usb0="00000001" w:usb1="08070000" w:usb2="00000010" w:usb3="00000000" w:csb0="00020000" w:csb1="00000000"/>
  </w:font>
  <w:font w:name="Calibri">
    <w:panose1 w:val="020F0502020204030204"/>
    <w:charset w:val="00"/>
    <w:family w:val="auto"/>
    <w:pitch w:val="variable"/>
    <w:sig w:usb0="E10002FF" w:usb1="4000ACFF" w:usb2="00000009" w:usb3="00000000" w:csb0="0000019F" w:csb1="00000000"/>
  </w:font>
  <w:font w:name="ＭＳ ゴシック">
    <w:panose1 w:val="00000000000000000000"/>
    <w:charset w:val="80"/>
    <w:family w:val="modern"/>
    <w:notTrueType/>
    <w:pitch w:val="fixed"/>
    <w:sig w:usb0="00000001" w:usb1="08070000" w:usb2="00000010" w:usb3="00000000" w:csb0="00020000" w:csb1="00000000"/>
  </w:font>
  <w:font w:name="Courier">
    <w:panose1 w:val="02000500000000000000"/>
    <w:charset w:val="00"/>
    <w:family w:val="auto"/>
    <w:pitch w:val="variable"/>
    <w:sig w:usb0="00000003" w:usb1="00000000" w:usb2="00000000" w:usb3="00000000" w:csb0="00000001" w:csb1="00000000"/>
  </w:font>
  <w:font w:name="Arial">
    <w:panose1 w:val="020B0604020202020204"/>
    <w:charset w:val="00"/>
    <w:family w:val="auto"/>
    <w:pitch w:val="variable"/>
    <w:sig w:usb0="E0002AFF" w:usb1="C0007843" w:usb2="00000009" w:usb3="00000000" w:csb0="000001FF" w:csb1="00000000"/>
  </w:font>
</w:fonts>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FFFFFF7C"/>
    <w:multiLevelType w:val="singleLevel"/>
    <w:tmpl w:val="C310EC42"/>
    <w:lvl w:ilvl="0">
      <w:start w:val="1"/>
      <w:numFmt w:val="decimal"/>
      <w:lvlText w:val="%1."/>
      <w:lvlJc w:val="left"/>
      <w:pPr>
        <w:tabs>
          <w:tab w:val="num" w:pos="1800"/>
        </w:tabs>
        <w:ind w:left="1800" w:hanging="360"/>
      </w:pPr>
    </w:lvl>
  </w:abstractNum>
  <w:abstractNum w:abstractNumId="1">
    <w:nsid w:val="FFFFFF7D"/>
    <w:multiLevelType w:val="singleLevel"/>
    <w:tmpl w:val="E4089024"/>
    <w:lvl w:ilvl="0">
      <w:start w:val="1"/>
      <w:numFmt w:val="decimal"/>
      <w:lvlText w:val="%1."/>
      <w:lvlJc w:val="left"/>
      <w:pPr>
        <w:tabs>
          <w:tab w:val="num" w:pos="1440"/>
        </w:tabs>
        <w:ind w:left="1440" w:hanging="360"/>
      </w:pPr>
    </w:lvl>
  </w:abstractNum>
  <w:abstractNum w:abstractNumId="2">
    <w:nsid w:val="FFFFFF7E"/>
    <w:multiLevelType w:val="singleLevel"/>
    <w:tmpl w:val="FB12693A"/>
    <w:lvl w:ilvl="0">
      <w:start w:val="1"/>
      <w:numFmt w:val="decimal"/>
      <w:pStyle w:val="ListNumber3"/>
      <w:lvlText w:val="%1."/>
      <w:lvlJc w:val="left"/>
      <w:pPr>
        <w:tabs>
          <w:tab w:val="num" w:pos="1080"/>
        </w:tabs>
        <w:ind w:left="1080" w:hanging="360"/>
      </w:pPr>
    </w:lvl>
  </w:abstractNum>
  <w:abstractNum w:abstractNumId="3">
    <w:nsid w:val="FFFFFF7F"/>
    <w:multiLevelType w:val="singleLevel"/>
    <w:tmpl w:val="38441652"/>
    <w:lvl w:ilvl="0">
      <w:start w:val="1"/>
      <w:numFmt w:val="decimal"/>
      <w:pStyle w:val="ListNumber2"/>
      <w:lvlText w:val="%1."/>
      <w:lvlJc w:val="left"/>
      <w:pPr>
        <w:tabs>
          <w:tab w:val="num" w:pos="720"/>
        </w:tabs>
        <w:ind w:left="720" w:hanging="360"/>
      </w:pPr>
    </w:lvl>
  </w:abstractNum>
  <w:abstractNum w:abstractNumId="4">
    <w:nsid w:val="FFFFFF81"/>
    <w:multiLevelType w:val="singleLevel"/>
    <w:tmpl w:val="171AC3A4"/>
    <w:lvl w:ilvl="0">
      <w:start w:val="1"/>
      <w:numFmt w:val="bullet"/>
      <w:lvlText w:val=""/>
      <w:lvlJc w:val="left"/>
      <w:pPr>
        <w:tabs>
          <w:tab w:val="num" w:pos="1440"/>
        </w:tabs>
        <w:ind w:left="1440" w:hanging="360"/>
      </w:pPr>
      <w:rPr>
        <w:rFonts w:ascii="Symbol" w:hAnsi="Symbol" w:hint="default"/>
      </w:rPr>
    </w:lvl>
  </w:abstractNum>
  <w:abstractNum w:abstractNumId="5">
    <w:nsid w:val="FFFFFF82"/>
    <w:multiLevelType w:val="singleLevel"/>
    <w:tmpl w:val="F3EAFDEC"/>
    <w:lvl w:ilvl="0">
      <w:start w:val="1"/>
      <w:numFmt w:val="bullet"/>
      <w:pStyle w:val="ListBullet3"/>
      <w:lvlText w:val=""/>
      <w:lvlJc w:val="left"/>
      <w:pPr>
        <w:tabs>
          <w:tab w:val="num" w:pos="1080"/>
        </w:tabs>
        <w:ind w:left="1080" w:hanging="360"/>
      </w:pPr>
      <w:rPr>
        <w:rFonts w:ascii="Symbol" w:hAnsi="Symbol" w:hint="default"/>
      </w:rPr>
    </w:lvl>
  </w:abstractNum>
  <w:abstractNum w:abstractNumId="6">
    <w:nsid w:val="FFFFFF83"/>
    <w:multiLevelType w:val="singleLevel"/>
    <w:tmpl w:val="3D1EFFD4"/>
    <w:lvl w:ilvl="0">
      <w:start w:val="1"/>
      <w:numFmt w:val="bullet"/>
      <w:pStyle w:val="ListBullet2"/>
      <w:lvlText w:val=""/>
      <w:lvlJc w:val="left"/>
      <w:pPr>
        <w:tabs>
          <w:tab w:val="num" w:pos="720"/>
        </w:tabs>
        <w:ind w:left="720" w:hanging="360"/>
      </w:pPr>
      <w:rPr>
        <w:rFonts w:ascii="Symbol" w:hAnsi="Symbol" w:hint="default"/>
      </w:rPr>
    </w:lvl>
  </w:abstractNum>
  <w:abstractNum w:abstractNumId="7">
    <w:nsid w:val="FFFFFF88"/>
    <w:multiLevelType w:val="singleLevel"/>
    <w:tmpl w:val="D0A62B40"/>
    <w:lvl w:ilvl="0">
      <w:start w:val="1"/>
      <w:numFmt w:val="decimal"/>
      <w:pStyle w:val="ListNumber"/>
      <w:lvlText w:val="%1."/>
      <w:lvlJc w:val="left"/>
      <w:pPr>
        <w:tabs>
          <w:tab w:val="num" w:pos="360"/>
        </w:tabs>
        <w:ind w:left="360" w:hanging="360"/>
      </w:pPr>
    </w:lvl>
  </w:abstractNum>
  <w:abstractNum w:abstractNumId="8">
    <w:nsid w:val="FFFFFF89"/>
    <w:multiLevelType w:val="singleLevel"/>
    <w:tmpl w:val="29761A62"/>
    <w:lvl w:ilvl="0">
      <w:start w:val="1"/>
      <w:numFmt w:val="bullet"/>
      <w:pStyle w:val="ListBullet"/>
      <w:lvlText w:val=""/>
      <w:lvlJc w:val="left"/>
      <w:pPr>
        <w:tabs>
          <w:tab w:val="num" w:pos="360"/>
        </w:tabs>
        <w:ind w:left="360" w:hanging="360"/>
      </w:pPr>
      <w:rPr>
        <w:rFonts w:ascii="Symbol" w:hAnsi="Symbol" w:hint="default"/>
      </w:rPr>
    </w:lvl>
  </w:abstractNum>
  <w:num w:numId="1">
    <w:abstractNumId w:val="8"/>
  </w:num>
  <w:num w:numId="2">
    <w:abstractNumId w:val="6"/>
  </w:num>
  <w:num w:numId="3">
    <w:abstractNumId w:val="5"/>
  </w:num>
  <w:num w:numId="4">
    <w:abstractNumId w:val="4"/>
  </w:num>
  <w:num w:numId="5">
    <w:abstractNumId w:val="7"/>
  </w:num>
  <w:num w:numId="6">
    <w:abstractNumId w:val="3"/>
  </w:num>
  <w:num w:numId="7">
    <w:abstractNumId w:val="2"/>
  </w:num>
  <w:num w:numId="8">
    <w:abstractNumId w:val="1"/>
  </w:num>
  <w:num w:numId="9">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val="bestFit"/>
  <w:proofState w:spelling="clean" w:grammar="clean"/>
  <w:defaultTabStop w:val="720"/>
  <w:characterSpacingControl w:val="doNotCompress"/>
  <w:savePreviewPicture/>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B47730"/>
    <w:rsid w:val="00034616"/>
    <w:rsid w:val="0006063C"/>
    <w:rsid w:val="0015074B"/>
    <w:rsid w:val="0029639D"/>
    <w:rsid w:val="00326F90"/>
    <w:rsid w:val="00AA1D8D"/>
    <w:rsid w:val="00B47730"/>
    <w:rsid w:val="00CB0664"/>
    <w:rsid w:val="00FC693F"/>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7"/>
    <o:shapelayout v:ext="edit">
      <o:idmap v:ext="edit" data="1"/>
    </o:shapelayout>
  </w:shapeDefaults>
  <w:decimalSymbol w:val="."/>
  <w:listSeparator w:val=","/>
  <w14:docId w14:val="24062061"/>
  <w14:defaultImageDpi w14:val="30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style>
  <w:style w:type="paragraph" w:styleId="Header">
    <w:name w:val="header"/>
    <w:basedOn w:val="Normal"/>
    <w:link w:val="HeaderChar"/>
    <w:uiPriority w:val="99"/>
    <w:unhideWhenUsed/>
    <w:rsid w:val="00E618BF"/>
    <w:pPr>
      <w:tabs>
        <w:tab w:val="center" w:pos="4680"/>
        <w:tab w:val="right" w:pos="9360"/>
      </w:tabs>
      <w:spacing w:after="0" w:line="240" w:lineRule="auto"/>
    </w:pPr>
  </w:style>
  <w:style w:type="character" w:customStyle="1" w:styleId="HeaderChar">
    <w:name w:val="Header Char"/>
    <w:basedOn w:val="DefaultParagraphFont"/>
    <w:link w:val="Header"/>
    <w:uiPriority w:val="99"/>
    <w:rsid w:val="00E618BF"/>
  </w:style>
  <w:style w:type="paragraph" w:styleId="Footer">
    <w:name w:val="footer"/>
    <w:basedOn w:val="Normal"/>
    <w:link w:val="FooterChar"/>
    <w:uiPriority w:val="99"/>
    <w:unhideWhenUsed/>
    <w:rsid w:val="00E618BF"/>
    <w:pPr>
      <w:tabs>
        <w:tab w:val="center" w:pos="4680"/>
        <w:tab w:val="right" w:pos="9360"/>
      </w:tabs>
      <w:spacing w:after="0" w:line="240" w:lineRule="auto"/>
    </w:pPr>
  </w:style>
  <w:style w:type="character" w:customStyle="1" w:styleId="FooterChar">
    <w:name w:val="Footer Char"/>
    <w:basedOn w:val="DefaultParagraphFont"/>
    <w:link w:val="Footer"/>
    <w:uiPriority w:val="99"/>
    <w:rsid w:val="00E618B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allowPNG/>
  <w:doNotSaveAsSingleFile/>
</w:webSettings>
</file>

<file path=word/_rels/document.xml.rels><?xml version='1.0' encoding='UTF-8' standalone='yes'?>
<Relationships xmlns="http://schemas.openxmlformats.org/package/2006/relationships"><Relationship Id="rId3" Type="http://schemas.openxmlformats.org/officeDocument/2006/relationships/styles" Target="styles.xml"/><Relationship Id="rId4" Type="http://schemas.microsoft.com/office/2007/relationships/stylesWithEffects" Target="stylesWithEffects.xml"/><Relationship Id="rId5" Type="http://schemas.openxmlformats.org/officeDocument/2006/relationships/settings" Target="settings.xml"/><Relationship Id="rId6" Type="http://schemas.openxmlformats.org/officeDocument/2006/relationships/webSettings" Target="webSettings.xml"/><Relationship Id="rId7" Type="http://schemas.openxmlformats.org/officeDocument/2006/relationships/fontTable" Target="fontTable.xml"/><Relationship Id="rId8" Type="http://schemas.openxmlformats.org/officeDocument/2006/relationships/theme" Target="theme/theme1.xml"/><Relationship Id="rId1" Type="http://schemas.openxmlformats.org/officeDocument/2006/relationships/customXml" Target="../customXml/item1.xml"/><Relationship Id="rId2" Type="http://schemas.openxmlformats.org/officeDocument/2006/relationships/numbering" Target="numbering.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EF278816-EC6F-A645-907D-7F25AECB1D4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1</Pages>
  <Words>0</Words>
  <Characters>0</Characters>
  <Application>Microsoft Macintosh Word</Application>
  <DocSecurity>0</DocSecurity>
  <Lines>0</Lines>
  <Paragraphs>0</Paragraphs>
  <ScaleCrop>false</ScaleCrop>
  <HeadingPairs>
    <vt:vector size="2" baseType="variant">
      <vt:variant>
        <vt:lpstr>Title</vt:lpstr>
      </vt:variant>
      <vt:variant>
        <vt:i4>1</vt:i4>
      </vt:variant>
    </vt:vector>
  </HeadingPairs>
  <TitlesOfParts>
    <vt:vector size="1" baseType="lpstr">
      <vt:lpstr/>
    </vt:vector>
  </TitlesOfParts>
  <Manager/>
  <Company/>
  <LinksUpToDate>false</LinksUpToDate>
  <CharactersWithSpaces>0</CharactersWithSpaces>
  <SharedDoc>false</SharedDoc>
  <HyperlinkBase/>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python-docx</dc:creator>
  <cp:keywords/>
  <dc:description>generated by python-docx</dc:description>
  <cp:lastModifiedBy/>
  <cp:revision>1</cp:revision>
  <dcterms:created xsi:type="dcterms:W3CDTF">2013-12-23T23:15:00Z</dcterms:created>
  <dcterms:modified xsi:type="dcterms:W3CDTF">2013-12-23T23:15:00Z</dcterms:modified>
  <cp:category/>
</cp:coreProperties>
</file>