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>DONATION REQUEST LETTER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[SENDER'S NAME]</w:t>
      </w:r>
    </w:p>
    <w:p>
      <w:pPr/>
      <w:r>
        <w:rPr>
          <w:rFonts w:ascii="Times New Roman" w:hAnsi="Times New Roman" w:eastAsia="Times New Roman" w:cs="Times New Roman"/>
          <w:sz w:val="24"/>
        </w:rPr>
        <w:t>[SENDER'S STREET ADDRESS]</w:t>
      </w:r>
    </w:p>
    <w:p>
      <w:pPr/>
      <w:r>
        <w:rPr>
          <w:rFonts w:ascii="Times New Roman" w:hAnsi="Times New Roman" w:eastAsia="Times New Roman" w:cs="Times New Roman"/>
          <w:sz w:val="24"/>
        </w:rPr>
        <w:t>[SENDER'S CITY, STATE, ZIP]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Date: </w:t>
      </w:r>
      <w:r>
        <w:rPr>
          <w:rFonts w:ascii="Times New Roman" w:hAnsi="Times New Roman" w:eastAsia="Times New Roman" w:cs="Times New Roman"/>
          <w:sz w:val="24"/>
        </w:rPr>
        <w:t>[DATE]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[RECIPIENT'S NAME]</w:t>
      </w:r>
    </w:p>
    <w:p>
      <w:pPr/>
      <w:r>
        <w:rPr>
          <w:rFonts w:ascii="Times New Roman" w:hAnsi="Times New Roman" w:eastAsia="Times New Roman" w:cs="Times New Roman"/>
          <w:sz w:val="24"/>
        </w:rPr>
        <w:t>[RECIPIENT'S STREET ADDRESS]</w:t>
      </w:r>
    </w:p>
    <w:p>
      <w:pPr/>
      <w:r>
        <w:rPr>
          <w:rFonts w:ascii="Times New Roman" w:hAnsi="Times New Roman" w:eastAsia="Times New Roman" w:cs="Times New Roman"/>
          <w:sz w:val="24"/>
        </w:rPr>
        <w:t>[RECIPIENT'S CITY, STATE, ZIP]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RE: DONATION  REQUEST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Dear </w:t>
      </w:r>
      <w:r>
        <w:rPr>
          <w:rFonts w:ascii="Times New Roman" w:hAnsi="Times New Roman" w:eastAsia="Times New Roman" w:cs="Times New Roman"/>
          <w:sz w:val="24"/>
        </w:rPr>
        <w:t>[RECIPIENT'S NAME]</w:t>
      </w:r>
      <w:r>
        <w:rPr>
          <w:rFonts w:ascii="Times New Roman" w:hAnsi="Times New Roman" w:eastAsia="Times New Roman" w:cs="Times New Roman"/>
          <w:sz w:val="24"/>
        </w:rPr>
        <w:t>,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I am writing to you today regarding </w:t>
      </w:r>
      <w:r>
        <w:rPr>
          <w:rFonts w:ascii="Times New Roman" w:hAnsi="Times New Roman" w:eastAsia="Times New Roman" w:cs="Times New Roman"/>
          <w:sz w:val="24"/>
        </w:rPr>
        <w:t>[ORGANIZATION'S NAME]</w:t>
      </w:r>
      <w:r>
        <w:rPr>
          <w:rFonts w:ascii="Times New Roman" w:hAnsi="Times New Roman" w:eastAsia="Times New Roman" w:cs="Times New Roman"/>
          <w:sz w:val="24"/>
        </w:rPr>
        <w:t xml:space="preserve"> and its mission of </w:t>
      </w:r>
      <w:r>
        <w:rPr>
          <w:rFonts w:ascii="Times New Roman" w:hAnsi="Times New Roman" w:eastAsia="Times New Roman" w:cs="Times New Roman"/>
          <w:sz w:val="24"/>
        </w:rPr>
        <w:t>[MISSION STATEMENT]</w:t>
      </w:r>
      <w:r>
        <w:rPr>
          <w:rFonts w:ascii="Times New Roman" w:hAnsi="Times New Roman" w:eastAsia="Times New Roman" w:cs="Times New Roman"/>
          <w:sz w:val="24"/>
        </w:rPr>
        <w:t xml:space="preserve">. I serve as its </w:t>
      </w:r>
      <w:r>
        <w:rPr>
          <w:rFonts w:ascii="Times New Roman" w:hAnsi="Times New Roman" w:eastAsia="Times New Roman" w:cs="Times New Roman"/>
          <w:sz w:val="24"/>
        </w:rPr>
        <w:t>[TITLE/ROLE]</w:t>
      </w:r>
      <w:r>
        <w:rPr>
          <w:rFonts w:ascii="Times New Roman" w:hAnsi="Times New Roman" w:eastAsia="Times New Roman" w:cs="Times New Roman"/>
          <w:sz w:val="24"/>
        </w:rPr>
        <w:t xml:space="preserve"> and asking for a contribution from you today.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Since </w:t>
      </w:r>
      <w:r>
        <w:rPr>
          <w:rFonts w:ascii="Times New Roman" w:hAnsi="Times New Roman" w:eastAsia="Times New Roman" w:cs="Times New Roman"/>
          <w:sz w:val="24"/>
        </w:rPr>
        <w:t>[YEAR]</w:t>
      </w:r>
      <w:r>
        <w:rPr>
          <w:rFonts w:ascii="Times New Roman" w:hAnsi="Times New Roman" w:eastAsia="Times New Roman" w:cs="Times New Roman"/>
          <w:sz w:val="24"/>
        </w:rPr>
        <w:t>, we have accomplished the following:</w:t>
      </w:r>
    </w:p>
    <w:p>
      <w:pPr/>
      <w:r>
        <w:rPr>
          <w:rFonts w:ascii="Times New Roman" w:hAnsi="Times New Roman" w:eastAsia="Times New Roman" w:cs="Times New Roman"/>
          <w:sz w:val="24"/>
        </w:rPr>
        <w:t>[ACCOMPLISHMENT #1]</w:t>
      </w:r>
    </w:p>
    <w:p>
      <w:pPr/>
      <w:r>
        <w:rPr>
          <w:rFonts w:ascii="Times New Roman" w:hAnsi="Times New Roman" w:eastAsia="Times New Roman" w:cs="Times New Roman"/>
          <w:sz w:val="24"/>
        </w:rPr>
        <w:t>[ACCOMPLISHMENT #2]</w:t>
      </w:r>
    </w:p>
    <w:p>
      <w:pPr/>
      <w:r>
        <w:rPr>
          <w:rFonts w:ascii="Times New Roman" w:hAnsi="Times New Roman" w:eastAsia="Times New Roman" w:cs="Times New Roman"/>
          <w:sz w:val="24"/>
        </w:rPr>
        <w:t>[ACCOMPLISHMENT #3]</w:t>
      </w:r>
    </w:p>
    <w:p>
      <w:pPr/>
      <w:r>
        <w:rPr>
          <w:rFonts w:ascii="Times New Roman" w:hAnsi="Times New Roman" w:eastAsia="Times New Roman" w:cs="Times New Roman"/>
          <w:sz w:val="24"/>
        </w:rPr>
        <w:t>[ACCOMPLISHMENT #4]</w:t>
      </w:r>
    </w:p>
    <w:p>
      <w:pPr/>
      <w:r>
        <w:rPr>
          <w:rFonts w:ascii="Times New Roman" w:hAnsi="Times New Roman" w:eastAsia="Times New Roman" w:cs="Times New Roman"/>
          <w:sz w:val="24"/>
        </w:rPr>
        <w:t>[ACCOMPLISHMENT #5]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We are inquiring with community members about </w:t>
      </w:r>
      <w:r>
        <w:rPr>
          <w:rFonts w:ascii="Times New Roman" w:hAnsi="Times New Roman" w:eastAsia="Times New Roman" w:cs="Times New Roman"/>
          <w:sz w:val="24"/>
        </w:rPr>
        <w:t>[TYPES OF DONATIONS]</w:t>
      </w:r>
      <w:r>
        <w:rPr>
          <w:rFonts w:ascii="Times New Roman" w:hAnsi="Times New Roman" w:eastAsia="Times New Roman" w:cs="Times New Roman"/>
          <w:sz w:val="24"/>
        </w:rPr>
        <w:t xml:space="preserve"> donations to our mission. We will use the donations primarily for </w:t>
      </w:r>
      <w:r>
        <w:rPr>
          <w:rFonts w:ascii="Times New Roman" w:hAnsi="Times New Roman" w:eastAsia="Times New Roman" w:cs="Times New Roman"/>
          <w:sz w:val="24"/>
        </w:rPr>
        <w:t>[PRIMARY USE OF DONATIONS]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With your help, we are one step closer to meeting our goals.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For more information or to donate to our cause, please get in touch with me directly at the contact information below or visit our website at </w:t>
      </w:r>
      <w:r>
        <w:rPr>
          <w:rFonts w:ascii="Times New Roman" w:hAnsi="Times New Roman" w:eastAsia="Times New Roman" w:cs="Times New Roman"/>
          <w:sz w:val="24"/>
        </w:rPr>
        <w:t>[URL]</w:t>
      </w:r>
      <w:r>
        <w:rPr>
          <w:rFonts w:ascii="Times New Roman" w:hAnsi="Times New Roman" w:eastAsia="Times New Roman" w:cs="Times New Roman"/>
          <w:sz w:val="24"/>
        </w:rPr>
        <w:t>. I am also happy to help you determine if your employer matches donations with our organization.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Thank you for your time and consideration,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_______________________________</w:t>
      </w:r>
    </w:p>
    <w:p>
      <w:pPr/>
      <w:r>
        <w:rPr>
          <w:rFonts w:ascii="Times New Roman" w:hAnsi="Times New Roman" w:eastAsia="Times New Roman" w:cs="Times New Roman"/>
          <w:sz w:val="24"/>
        </w:rPr>
        <w:t>Signature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[SENDER'S NAME]</w:t>
      </w:r>
    </w:p>
    <w:p>
      <w:pPr/>
      <w:r>
        <w:rPr>
          <w:rFonts w:ascii="Times New Roman" w:hAnsi="Times New Roman" w:eastAsia="Times New Roman" w:cs="Times New Roman"/>
          <w:sz w:val="24"/>
        </w:rPr>
        <w:t>[SENDER'S PHONE NUMBER]</w:t>
      </w:r>
    </w:p>
    <w:p>
      <w:pPr/>
      <w:r>
        <w:rPr>
          <w:rFonts w:ascii="Times New Roman" w:hAnsi="Times New Roman" w:eastAsia="Times New Roman" w:cs="Times New Roman"/>
          <w:sz w:val="24"/>
        </w:rPr>
        <w:t>[SENDER'S E-MAIL]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