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Dress Code and Grooming Policy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1.</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are expected to dress appropriately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environment. Your clothing must be neat, clean, and without rips or tears.</w:t>
      </w:r>
    </w:p>
    <w:p>
      <w:pPr>
        <w:keepNext w:val="0"/>
        <w:spacing w:before="120" w:after="0" w:line="260" w:lineRule="exact"/>
        <w:ind w:left="360" w:right="0" w:firstLine="0"/>
        <w:jc w:val="left"/>
      </w:pPr>
      <w:r>
        <w:rPr>
          <w:rFonts w:ascii="Times New Roman" w:hAnsi="Times New Roman" w:eastAsia="Times New Roman" w:cs="Times New Roman"/>
          <w:b w:val="0"/>
          <w:sz w:val="24"/>
        </w:rPr>
        <w:t>2.</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Examples of appropriate business attire include suits, blazers, button down shirts, pants, dresses, and skirts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length.</w:t>
      </w:r>
    </w:p>
    <w:p>
      <w:pPr>
        <w:keepNext w:val="0"/>
        <w:spacing w:before="120" w:after="0" w:line="260" w:lineRule="exact"/>
        <w:ind w:left="360" w:right="0" w:firstLine="0"/>
        <w:jc w:val="left"/>
      </w:pPr>
      <w:r>
        <w:rPr>
          <w:rFonts w:ascii="Times New Roman" w:hAnsi="Times New Roman" w:eastAsia="Times New Roman" w:cs="Times New Roman"/>
          <w:b w:val="0"/>
          <w:sz w:val="24"/>
        </w:rPr>
        <w:t>3.</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following clothing items are prohibited in the workplace: clothing that is too revealing, such as tank tops, miniskirts, and bare-midriff shirts, sweatpants and sweatshirts, Capri pants, shorts, and sandals or flip flops. Also prohibited are clothes that contain offensive messages or meanings whether they are slogans, words, pictures, graphics, or logos. This list is not intended to be all-inclusive, and the Company may prohibit other items that it determines to be inappropriate in the workplace.</w:t>
      </w:r>
    </w:p>
    <w:p>
      <w:pPr>
        <w:keepNext w:val="0"/>
        <w:spacing w:before="120" w:after="0" w:line="260" w:lineRule="exact"/>
        <w:ind w:left="360" w:right="0" w:firstLine="0"/>
        <w:jc w:val="left"/>
      </w:pPr>
      <w:r>
        <w:rPr>
          <w:rFonts w:ascii="Times New Roman" w:hAnsi="Times New Roman" w:eastAsia="Times New Roman" w:cs="Times New Roman"/>
          <w:b w:val="0"/>
          <w:sz w:val="24"/>
        </w:rPr>
        <w:t>4.</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Your hair should be neat and clean.</w:t>
      </w:r>
    </w:p>
    <w:p>
      <w:pPr>
        <w:keepNext w:val="0"/>
        <w:spacing w:before="120" w:after="0" w:line="260" w:lineRule="exact"/>
        <w:ind w:left="360" w:right="0" w:firstLine="0"/>
        <w:jc w:val="left"/>
      </w:pPr>
      <w:r>
        <w:rPr>
          <w:rFonts w:ascii="Times New Roman" w:hAnsi="Times New Roman" w:eastAsia="Times New Roman" w:cs="Times New Roman"/>
          <w:b w:val="0"/>
          <w:sz w:val="24"/>
        </w:rPr>
        <w:t>5.</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should avoid excessive use of cologne, perfume, and other scented personal hygiene products, as such products can irritate or distract other employees. In the event that employees report allergies or sensitivities to such fragrances, the Company may institute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fragrance-free workplace.</w:t>
      </w:r>
    </w:p>
    <w:p>
      <w:pPr>
        <w:keepNext w:val="0"/>
        <w:spacing w:before="120" w:after="0" w:line="260" w:lineRule="exact"/>
        <w:ind w:left="360" w:right="0" w:firstLine="0"/>
        <w:jc w:val="left"/>
      </w:pPr>
      <w:r>
        <w:rPr>
          <w:rFonts w:ascii="Times New Roman" w:hAnsi="Times New Roman" w:eastAsia="Times New Roman" w:cs="Times New Roman"/>
          <w:b w:val="0"/>
          <w:sz w:val="24"/>
        </w:rPr>
        <w:t>6.</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Department heads may establish dress and grooming standards unique to their departments and tailored to employees’ job duties, for example, as appropriate due to health and safety concerns.</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Religious accommodation.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[insert Company representative’s name]. Employees seeking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exemption/accommodation from the Company’s dress code and grooming standards should speak to [insert Company representative’s name].</w:t>
      </w:r>
    </w:p>
    <w:p>
      <w:pPr>
        <w:keepNext w:val="0"/>
        <w:spacing w:before="120" w:after="0" w:line="260" w:lineRule="exact"/>
        <w:ind w:left="360" w:right="0" w:firstLine="0"/>
        <w:jc w:val="left"/>
      </w:pPr>
      <w:r>
        <w:rPr>
          <w:rFonts w:ascii="Times New Roman" w:hAnsi="Times New Roman" w:eastAsia="Times New Roman" w:cs="Times New Roman"/>
          <w:b w:val="0"/>
          <w:sz w:val="24"/>
        </w:rPr>
        <w:t>8.</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The Company has the right to determine whether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employee’s clothing or grooming is appropriate and in compliance with the Company’s dress code and grooming standards. The Company may ask employees who fail to comply with these standards to leave the workplace to take the steps necessary to comply. The Company will dock non-exempt employees for any lost work time.</w:t>
      </w:r>
    </w:p>
    <w:p>
      <w:pPr>
        <w:keepNext w:val="0"/>
        <w:spacing w:before="120" w:after="0" w:line="260" w:lineRule="exact"/>
        <w:ind w:left="360" w:right="0" w:firstLine="0"/>
        <w:jc w:val="left"/>
      </w:pPr>
      <w:r>
        <w:rPr>
          <w:rFonts w:ascii="Times New Roman" w:hAnsi="Times New Roman" w:eastAsia="Times New Roman" w:cs="Times New Roman"/>
          <w:b w:val="0"/>
          <w:sz w:val="24"/>
        </w:rPr>
        <w:t>9.</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Violations of the Company’s dress code and grooming standards may result in discipline, up to and including termination from employment.</w:t>
      </w:r>
    </w:p>
    <w:p>
      <w:pPr>
        <w:keepNext w:val="0"/>
        <w:spacing w:before="120" w:after="0" w:line="260" w:lineRule="exact"/>
        <w:ind w:left="360" w:right="0" w:firstLine="0"/>
        <w:jc w:val="left"/>
      </w:pPr>
      <w:r>
        <w:rPr>
          <w:rFonts w:ascii="Times New Roman" w:hAnsi="Times New Roman" w:eastAsia="Times New Roman" w:cs="Times New Roman"/>
          <w:b/>
          <w:sz w:val="24"/>
        </w:rPr>
        <w:t>ACKNOWLEDGEMENT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acknowledge that I have received and read the Company’s Dress Code and Grooming Policy. I understand it and will abide by it. I understand that this policy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employment contract and does not change my status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at-will employee.</w:t>
      </w:r>
    </w:p>
    <w:p>
      <w:pPr>
        <w:keepNext w:val="0"/>
        <w:spacing w:before="200" w:after="0" w:line="260" w:lineRule="exact"/>
        <w:ind w:left="720" w:right="0" w:firstLine="0"/>
        <w:jc w:val="both"/>
      </w:pPr>
      <w:r>
        <w:rPr>
          <w:rFonts w:ascii="Times New Roman" w:hAnsi="Times New Roman" w:eastAsia="Times New Roman" w:cs="Times New Roman"/>
          <w:b w:val="0"/>
          <w:sz w:val="24"/>
        </w:rPr>
        <w:t>Dated:</w:t>
      </w:r>
    </w:p>
    <w:p>
      <w:pPr>
        <w:keepNext w:val="0"/>
        <w:spacing w:before="60" w:after="0" w:line="260" w:lineRule="exact"/>
        <w:ind w:left="720" w:right="0" w:firstLine="0"/>
        <w:jc w:val="both"/>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Employee’s Printed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