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pPr>
      <w:r>
        <w:rPr>
          <w:rFonts w:ascii="Times New Roman" w:hAnsi="Times New Roman" w:eastAsia="Times New Roman" w:cs="Times New Roman"/>
          <w:b/>
          <w:sz w:val="24"/>
        </w:rPr>
        <w:t>DRUG/ALCOHOL TESTING CONSENT FORM</w:t>
      </w:r>
    </w:p>
    <w:p>
      <w:pPr>
        <w:spacing w:line="480" w:lineRule="auto"/>
      </w:pPr>
    </w:p>
    <w:p>
      <w:pPr>
        <w:spacing w:line="480" w:lineRule="auto"/>
      </w:pPr>
      <w:r>
        <w:rPr>
          <w:rFonts w:ascii="Times New Roman" w:hAnsi="Times New Roman" w:eastAsia="Times New Roman" w:cs="Times New Roman"/>
          <w:sz w:val="24"/>
        </w:rPr>
        <w:t xml:space="preserve">I, </w:t>
      </w:r>
      <w:r>
        <w:rPr>
          <w:rFonts w:ascii="Times New Roman" w:hAnsi="Times New Roman" w:eastAsia="Times New Roman" w:cs="Times New Roman"/>
          <w:sz w:val="24"/>
        </w:rPr>
        <w:t>[NAME]</w:t>
      </w:r>
      <w:r>
        <w:rPr>
          <w:rFonts w:ascii="Times New Roman" w:hAnsi="Times New Roman" w:eastAsia="Times New Roman" w:cs="Times New Roman"/>
          <w:sz w:val="24"/>
        </w:rPr>
        <w:t xml:space="preserve">, hereby give my consent to authorize my employer known as </w:t>
      </w:r>
      <w:r>
        <w:rPr>
          <w:rFonts w:ascii="Times New Roman" w:hAnsi="Times New Roman" w:eastAsia="Times New Roman" w:cs="Times New Roman"/>
          <w:sz w:val="24"/>
        </w:rPr>
        <w:t>[EMPLOYER]</w:t>
      </w:r>
      <w:r>
        <w:rPr>
          <w:rFonts w:ascii="Times New Roman" w:hAnsi="Times New Roman" w:eastAsia="Times New Roman" w:cs="Times New Roman"/>
          <w:sz w:val="24"/>
        </w:rPr>
        <w:t xml:space="preserve"> and the testing laboratory designated to conduct analytical tests deemed necessary, on an ongoing basis, to determine the absence or the presence of </w:t>
      </w:r>
    </w:p>
    <w:p>
      <w:pPr>
        <w:spacing w:line="480" w:lineRule="auto"/>
      </w:pPr>
      <w:r>
        <w:rPr>
          <w:rFonts w:ascii="Times New Roman" w:hAnsi="Times New Roman" w:eastAsia="Times New Roman" w:cs="Times New Roman"/>
          <w:sz w:val="24"/>
        </w:rPr>
        <w:t xml:space="preserve">- Alcohol </w:t>
      </w:r>
      <w:r>
        <w:rPr>
          <w:rFonts w:ascii="Times New Roman" w:hAnsi="Times New Roman" w:eastAsia="Times New Roman" w:cs="Times New Roman"/>
          <w:sz w:val="24"/>
        </w:rPr>
        <w:t xml:space="preserve"> - Class A Drugs (heroin, cocaine, etc.) </w:t>
      </w:r>
      <w:r>
        <w:rPr>
          <w:rFonts w:ascii="Times New Roman" w:hAnsi="Times New Roman" w:eastAsia="Times New Roman" w:cs="Times New Roman"/>
          <w:sz w:val="24"/>
        </w:rPr>
        <w:t xml:space="preserve"> - Class B Drugs (cannabis, amphetamines, etc.) in my body through the use of urine, hair, blood, breath or any sample as specified by statute and regulation.</w:t>
      </w:r>
    </w:p>
    <w:p>
      <w:pPr>
        <w:spacing w:line="480" w:lineRule="auto"/>
      </w:pPr>
      <w:r>
        <w:rPr>
          <w:rFonts w:ascii="Times New Roman" w:hAnsi="Times New Roman" w:eastAsia="Times New Roman" w:cs="Times New Roman"/>
          <w:sz w:val="24"/>
        </w:rPr>
        <w:t xml:space="preserve">I give my consent to release the results of the test(s) and other medical information from the laboratory to my employer pursuant to statute or regulation with the condition that the results may not be used in any criminal proceeding.  </w:t>
      </w:r>
    </w:p>
    <w:p>
      <w:pPr>
        <w:spacing w:line="480" w:lineRule="auto"/>
      </w:pPr>
      <w:r>
        <w:rPr>
          <w:rFonts w:ascii="Times New Roman" w:hAnsi="Times New Roman" w:eastAsia="Times New Roman" w:cs="Times New Roman"/>
          <w:sz w:val="24"/>
        </w:rPr>
        <w:t>My employer may request proof that I am taking a controlled substance as directed pursuant to a lawful prescription issued in my name. If requested, I agree to provide such proof within 72 hours.</w:t>
      </w:r>
    </w:p>
    <w:p>
      <w:pPr>
        <w:spacing w:line="480" w:lineRule="auto"/>
      </w:pPr>
      <w:r>
        <w:rPr>
          <w:rFonts w:ascii="Times New Roman" w:hAnsi="Times New Roman" w:eastAsia="Times New Roman" w:cs="Times New Roman"/>
          <w:sz w:val="24"/>
        </w:rPr>
        <w:t>I have the right to request a re-test of the initial specimen at a licensed laboratory of my choice if and when I have a positive test for drugs.  All requests for a re-test of the sample must be made within ten (10) working days of the receipt of the original positive test result. The results of the samples must be forwarded to me by the appointing authority of the licensed laboratory.</w:t>
      </w:r>
    </w:p>
    <w:p>
      <w:pPr>
        <w:spacing w:line="480" w:lineRule="auto"/>
      </w:pPr>
      <w:r>
        <w:rPr>
          <w:rFonts w:ascii="Times New Roman" w:hAnsi="Times New Roman" w:eastAsia="Times New Roman" w:cs="Times New Roman"/>
          <w:sz w:val="24"/>
        </w:rPr>
        <w:t>I further understand that a positive test, refusal to authorize this form, refusal to take the test, or failure to produce a specimen, may result in disciplinary action up to and including dismissal in accordance with any local, State, or Federal statute, regulation, and policy.</w:t>
      </w:r>
    </w:p>
    <w:p>
      <w:pPr>
        <w:spacing w:line="480" w:lineRule="auto"/>
      </w:pPr>
    </w:p>
    <w:p>
      <w:pPr>
        <w:spacing w:line="480" w:lineRule="auto"/>
      </w:pPr>
      <w:r>
        <w:rPr>
          <w:rFonts w:ascii="Times New Roman" w:hAnsi="Times New Roman" w:eastAsia="Times New Roman" w:cs="Times New Roman"/>
          <w:b/>
          <w:sz w:val="24"/>
        </w:rPr>
        <w:t>Employee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Print ____________________________</w:t>
      </w:r>
    </w:p>
    <w:p>
      <w:pPr>
        <w:spacing w:line="480" w:lineRule="auto"/>
      </w:pPr>
    </w:p>
    <w:p>
      <w:pPr>
        <w:spacing w:line="480" w:lineRule="auto"/>
      </w:pPr>
      <w:r>
        <w:rPr>
          <w:rFonts w:ascii="Times New Roman" w:hAnsi="Times New Roman" w:eastAsia="Times New Roman" w:cs="Times New Roman"/>
          <w:sz w:val="24"/>
        </w:rPr>
        <w:t>Date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