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Drug and Alcohol Testing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is committed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healthy, and productive workplace that is free from alcohol, unlawful drugs, or any other unlawful substance as classified under local, Pennsylvania state, or federal laws while employees are working for the Company, whether on or off its premises. The Company will not take adverse action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applicant or employee solely on the basis of his or her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certified to use medical marijuana. As addressed in more detail below, to the extent permitted by law, the Company will not treat positive tests for medical marijuana use as it treats positive tests for other drugs. This policy also applies to use of all of the Company's vehicles and equipment.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Pre-Employment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applicants for employment are subject to submitting to pre-hire drug testing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offer of employment has been made. To the extent permitted by law, the Company may condition employment offers on the successful completion and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drug screening administered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Pennsylvania licensed independent testing facility of the Company's choice. To the extent permitted by law, candidates for employment that provide certification that they are authorized to use medical marijuana will not be refused hire based solely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positive test for marijuana.</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Reasonable Suspicion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permitted by law, if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suspicion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performance or behavior indicates that he or she is violating the Company's alcohol and drug testing and abuse policies, then the Company reserves the right to have the employee undergo drug and/or alcohol testing and/or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medical evaluation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Testing of Employees in Designated Safety Sensitive Positions.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in the position(s) of [designated safety-sensitive position(s)] are subject to random drug testing, under the procedures described below in this policy. The Human Resources Department will schedule the testing.</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Post-Incident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accordance with applicable Pennsylvania law, the Company may subject employees who violate the Company's safety or security procedures or who are in work-related accidents to drug and alcohol testing. No injuries or property damage are necessary to require drug testing.</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Drug Testing.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refer the applicant or employee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National Institute on Drug Abuse (NIDA)-certified medical clinic or laboratory, which will administer the test. The Company will pay the cost of the test and reasonable transportation costs to the testing facility. The applicant or employee will have the opportunity to alert the clinic or laboratory personnel to any prescription or non-prescription drugs that he or she has taken that may affect the outcome of the test. All drug testing will be performed by urinalysis. Initial screening will be done by EMIT II. Positive results will be confirmed by gas chromatography / mass spectrometry.</w:t>
      </w:r>
    </w:p>
    <w:p>
      <w:pPr>
        <w:keepNext w:val="0"/>
        <w:spacing w:before="200" w:after="0" w:line="260" w:lineRule="exact"/>
        <w:ind w:left="720" w:right="0" w:firstLine="0"/>
        <w:jc w:val="both"/>
      </w:pPr>
      <w:r>
        <w:rPr>
          <w:rFonts w:ascii="Times New Roman" w:hAnsi="Times New Roman" w:eastAsia="Times New Roman" w:cs="Times New Roman"/>
          <w:b w:val="0"/>
          <w:sz w:val="24"/>
        </w:rPr>
        <w:t>The clinic or laboratory will inform the Company as to whether the applicant passed or failed the drug test.</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treat all drug testing-records as confidential as required by law. The Company will not disclose the results of the test without the employee's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Consequences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Positive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any applicants who test positive for inappropriate drug use.</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test positive for inappropriate alcohol or drug use will be subject to discipline, up to and including termination.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the extent permitted by law, applicants and employees who provide certification that they are authorized to use medical marijuana will not face adverse employment actions based solely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positive test for medical marijuana use.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for Failing to Complete or Submit to the Test.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the Company will deny employment to applicants who refuse to take the drug test or fail to complete it after it is assigned.</w:t>
      </w:r>
    </w:p>
    <w:p>
      <w:pPr>
        <w:keepNext w:val="0"/>
        <w:spacing w:before="200" w:after="0" w:line="260" w:lineRule="exact"/>
        <w:ind w:left="360" w:right="0" w:firstLine="0"/>
        <w:jc w:val="both"/>
      </w:pPr>
      <w:r>
        <w:rPr>
          <w:rFonts w:ascii="Times New Roman" w:hAnsi="Times New Roman" w:eastAsia="Times New Roman" w:cs="Times New Roman"/>
          <w:b w:val="0"/>
          <w:sz w:val="24"/>
        </w:rPr>
        <w:t>To the extent permitted by law, employees who refuse to take the drug test or fail to complete the test after it is assigned will be subject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Drug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Any applicant or employee subject to testing under this policy will be asked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acknowledging the procedures governing testing, and consenting to (1) the collection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urine sample for the purpose of determining the presence of alcohol or drugs, and (2) the release to the Company of medical information regarding the test results. To the extent permitted by law, refusal to sign the agreement and consent form, or to submit to the drug test, will result in the revocation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applicant's job offer, or will subject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to discipline,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Drug and Alcohol Testing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