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DRYWALL CONTRACT</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Drywall Contract (“Contract”)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w:t>
      </w:r>
    </w:p>
    <w:p>
      <w:pPr/>
    </w:p>
    <w:p>
      <w:pPr/>
      <w:r>
        <w:rPr>
          <w:rFonts w:ascii="Times New Roman" w:hAnsi="Times New Roman" w:eastAsia="Times New Roman" w:cs="Times New Roman"/>
          <w:sz w:val="24"/>
        </w:rPr>
        <w:t xml:space="preserve">Contractor: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(“Contractor”), and</w:t>
      </w:r>
    </w:p>
    <w:p>
      <w:pPr/>
    </w:p>
    <w:p>
      <w:pPr/>
      <w:r>
        <w:rPr>
          <w:rFonts w:ascii="Times New Roman" w:hAnsi="Times New Roman" w:eastAsia="Times New Roman" w:cs="Times New Roman"/>
          <w:sz w:val="24"/>
        </w:rPr>
        <w:t xml:space="preserve">Client: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(“Client”).</w:t>
      </w:r>
    </w:p>
    <w:p>
      <w:pPr/>
    </w:p>
    <w:p>
      <w:pPr/>
      <w:r>
        <w:rPr>
          <w:rFonts w:ascii="Times New Roman" w:hAnsi="Times New Roman" w:eastAsia="Times New Roman" w:cs="Times New Roman"/>
          <w:sz w:val="24"/>
        </w:rPr>
        <w:t>The Contractor and the Client are each referred to herein as a “Party” and collectively as the “Parties.”</w:t>
      </w:r>
    </w:p>
    <w:p>
      <w:pPr/>
    </w:p>
    <w:p>
      <w:pPr/>
      <w:r>
        <w:rPr>
          <w:rFonts w:ascii="Times New Roman" w:hAnsi="Times New Roman" w:eastAsia="Times New Roman" w:cs="Times New Roman"/>
          <w:sz w:val="24"/>
        </w:rPr>
        <w:t xml:space="preserve">WHEREAS the Client intends to pay the Contractor for Services provided, effective </w:t>
      </w:r>
      <w:r>
        <w:rPr>
          <w:rFonts w:ascii="Times New Roman" w:hAnsi="Times New Roman" w:eastAsia="Times New Roman" w:cs="Times New Roman"/>
          <w:sz w:val="24"/>
        </w:rPr>
        <w:t>[DATE]</w:t>
      </w:r>
      <w:r>
        <w:rPr>
          <w:rFonts w:ascii="Times New Roman" w:hAnsi="Times New Roman" w:eastAsia="Times New Roman" w:cs="Times New Roman"/>
          <w:sz w:val="24"/>
        </w:rPr>
        <w:t>, under the following terms and conditions:</w:t>
      </w:r>
    </w:p>
    <w:p>
      <w:pPr/>
    </w:p>
    <w:p>
      <w:pPr/>
      <w:r>
        <w:rPr>
          <w:rFonts w:ascii="Times New Roman" w:hAnsi="Times New Roman" w:eastAsia="Times New Roman" w:cs="Times New Roman"/>
          <w:b/>
          <w:sz w:val="24"/>
        </w:rPr>
        <w:t>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Contractor agrees to provide the following: </w:t>
      </w:r>
      <w:r>
        <w:rPr>
          <w:rFonts w:ascii="Times New Roman" w:hAnsi="Times New Roman" w:eastAsia="Times New Roman" w:cs="Times New Roman"/>
          <w:sz w:val="24"/>
        </w:rPr>
        <w:t>[LIST SERVICES]</w:t>
      </w:r>
      <w:r>
        <w:rPr>
          <w:rFonts w:ascii="Times New Roman" w:hAnsi="Times New Roman" w:eastAsia="Times New Roman" w:cs="Times New Roman"/>
          <w:sz w:val="24"/>
        </w:rPr>
        <w:br/>
      </w:r>
    </w:p>
    <w:p>
      <w:pPr/>
      <w:r>
        <w:rPr>
          <w:rFonts w:ascii="Times New Roman" w:hAnsi="Times New Roman" w:eastAsia="Times New Roman" w:cs="Times New Roman"/>
          <w:sz w:val="24"/>
        </w:rPr>
        <w:t>Hereinafter known as the “Services.”</w:t>
      </w:r>
    </w:p>
    <w:p>
      <w:pPr/>
    </w:p>
    <w:p>
      <w:pPr/>
      <w:r>
        <w:rPr>
          <w:rFonts w:ascii="Times New Roman" w:hAnsi="Times New Roman" w:eastAsia="Times New Roman" w:cs="Times New Roman"/>
          <w:sz w:val="24"/>
        </w:rPr>
        <w:t>The Contractor agrees that they shall comply with all policies, standards, and regulations, including local, State, and Federal laws in providing the Services.</w:t>
      </w:r>
    </w:p>
    <w:p>
      <w:pPr/>
    </w:p>
    <w:p>
      <w:pPr/>
      <w:r>
        <w:rPr>
          <w:rFonts w:ascii="Times New Roman" w:hAnsi="Times New Roman" w:eastAsia="Times New Roman" w:cs="Times New Roman"/>
          <w:b/>
          <w:sz w:val="24"/>
        </w:rPr>
        <w:t>COMPENSATION</w:t>
      </w:r>
      <w:r>
        <w:rPr>
          <w:rFonts w:ascii="Times New Roman" w:hAnsi="Times New Roman" w:eastAsia="Times New Roman" w:cs="Times New Roman"/>
          <w:sz w:val="24"/>
        </w:rPr>
        <w:t>. In consideration for the Services provided, the Contractor is to be paid in the following manner: (check all that apply)</w:t>
        <w:br/>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Per Hour.</w:t>
      </w:r>
      <w:r>
        <w:rPr>
          <w:rFonts w:ascii="Times New Roman" w:hAnsi="Times New Roman" w:eastAsia="Times New Roman" w:cs="Times New Roman"/>
          <w:sz w:val="24"/>
        </w:rPr>
        <w:t xml:space="preserv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Per Job.</w:t>
      </w:r>
      <w:r>
        <w:rPr>
          <w:rFonts w:ascii="Times New Roman" w:hAnsi="Times New Roman" w:eastAsia="Times New Roman" w:cs="Times New Roman"/>
          <w:sz w:val="24"/>
        </w:rPr>
        <w:t xml:space="preserv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[LIST]</w:t>
      </w:r>
      <w:r>
        <w:rPr>
          <w:rFonts w:ascii="Times New Roman" w:hAnsi="Times New Roman" w:eastAsia="Times New Roman" w:cs="Times New Roman"/>
          <w:sz w:val="24"/>
        </w:rPr>
        <w:t>.</w:t>
      </w:r>
    </w:p>
    <w:p>
      <w:pPr/>
    </w:p>
    <w:p>
      <w:pPr>
        <w:ind w:firstLine="720"/>
      </w:pPr>
      <w:r>
        <w:rPr>
          <w:rFonts w:ascii="Times New Roman" w:hAnsi="Times New Roman" w:eastAsia="Times New Roman" w:cs="Times New Roman"/>
          <w:sz w:val="24"/>
        </w:rPr>
        <w:t>The Contractor agrees to be paid: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Completion of Work.</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Receipt of Invoice.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Other: </w:t>
      </w:r>
      <w:r>
        <w:rPr>
          <w:rFonts w:ascii="Times New Roman" w:hAnsi="Times New Roman" w:eastAsia="Times New Roman" w:cs="Times New Roman"/>
          <w:sz w:val="24"/>
        </w:rPr>
        <w:t>[LIST]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METHODS OF PAYMENT</w:t>
      </w:r>
      <w:r>
        <w:rPr>
          <w:rFonts w:ascii="Times New Roman" w:hAnsi="Times New Roman" w:eastAsia="Times New Roman" w:cs="Times New Roman"/>
          <w:sz w:val="24"/>
        </w:rPr>
        <w:t>. The Contractor’s acceptable methods of payment are as follows: (check all that apply)</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Check</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Credit Card</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Venmo</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[LIST]</w:t>
      </w:r>
    </w:p>
    <w:p>
      <w:pPr/>
    </w:p>
    <w:p>
      <w:pPr/>
      <w:r>
        <w:rPr>
          <w:rFonts w:ascii="Times New Roman" w:hAnsi="Times New Roman" w:eastAsia="Times New Roman" w:cs="Times New Roman"/>
          <w:b/>
          <w:sz w:val="24"/>
        </w:rPr>
        <w:t>LATE FEES</w:t>
      </w:r>
      <w:r>
        <w:rPr>
          <w:rFonts w:ascii="Times New Roman" w:hAnsi="Times New Roman" w:eastAsia="Times New Roman" w:cs="Times New Roman"/>
          <w:sz w:val="24"/>
        </w:rPr>
        <w:t>. If a payment due by the Client is not made within the requirements mentioned in Section IV, there will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There shall be no late fee due by the Client.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Late Fee</w:t>
      </w:r>
      <w:r>
        <w:rPr>
          <w:rFonts w:ascii="Times New Roman" w:hAnsi="Times New Roman" w:eastAsia="Times New Roman" w:cs="Times New Roman"/>
          <w:sz w:val="24"/>
        </w:rPr>
        <w:t>. The Client will be charged: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Flat Fee</w:t>
      </w:r>
      <w:r>
        <w:rPr>
          <w:rFonts w:ascii="Times New Roman" w:hAnsi="Times New Roman" w:eastAsia="Times New Roman" w:cs="Times New Roman"/>
          <w:sz w:val="24"/>
        </w:rPr>
        <w:t xml:space="preserve">. The flat fee is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day payment is late.</w:t>
      </w:r>
    </w:p>
    <w:p>
      <w:pPr>
        <w:ind w:hanging="45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Based on Interest</w:t>
      </w:r>
      <w:r>
        <w:rPr>
          <w:rFonts w:ascii="Times New Roman" w:hAnsi="Times New Roman" w:eastAsia="Times New Roman" w:cs="Times New Roman"/>
          <w:sz w:val="24"/>
        </w:rPr>
        <w:t xml:space="preserve">. Interest of </w:t>
      </w:r>
      <w:r>
        <w:rPr>
          <w:rFonts w:ascii="Times New Roman" w:hAnsi="Times New Roman" w:eastAsia="Times New Roman" w:cs="Times New Roman"/>
          <w:sz w:val="24"/>
        </w:rPr>
        <w:t>[PERCENTAGE]</w:t>
      </w:r>
      <w:r>
        <w:rPr>
          <w:rFonts w:ascii="Times New Roman" w:hAnsi="Times New Roman" w:eastAsia="Times New Roman" w:cs="Times New Roman"/>
          <w:sz w:val="24"/>
        </w:rPr>
        <w:t>% will be charged on the outstanding balance due for each month payment is late.</w:t>
      </w:r>
    </w:p>
    <w:p>
      <w:pPr/>
    </w:p>
    <w:p>
      <w:pPr/>
      <w:r>
        <w:rPr>
          <w:rFonts w:ascii="Times New Roman" w:hAnsi="Times New Roman" w:eastAsia="Times New Roman" w:cs="Times New Roman"/>
          <w:b/>
          <w:sz w:val="24"/>
        </w:rPr>
        <w:t>INSPECTION OF SERVICES</w:t>
      </w:r>
      <w:r>
        <w:rPr>
          <w:rFonts w:ascii="Times New Roman" w:hAnsi="Times New Roman" w:eastAsia="Times New Roman" w:cs="Times New Roman"/>
          <w:sz w:val="24"/>
        </w:rPr>
        <w:t>. If any of the Services performed by the Contractor pursuant to this Agreement are defective or incomplete, the Client shall have the right to notify the Contractor, at which time the Contractor shall promptly correct such work within: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A specified period. </w:t>
      </w:r>
      <w:r>
        <w:rPr>
          <w:rFonts w:ascii="Times New Roman" w:hAnsi="Times New Roman" w:eastAsia="Times New Roman" w:cs="Times New Roman"/>
          <w:sz w:val="24"/>
        </w:rPr>
        <w:t xml:space="preserve">Defect must be corrected within </w:t>
      </w:r>
      <w:r>
        <w:rPr>
          <w:rFonts w:ascii="Times New Roman" w:hAnsi="Times New Roman" w:eastAsia="Times New Roman" w:cs="Times New Roman"/>
          <w:sz w:val="24"/>
        </w:rPr>
        <w:t>[NUMBER OF DAYS]</w:t>
      </w:r>
      <w:r>
        <w:rPr>
          <w:rFonts w:ascii="Times New Roman" w:hAnsi="Times New Roman" w:eastAsia="Times New Roman" w:cs="Times New Roman"/>
          <w:sz w:val="24"/>
        </w:rPr>
        <w:t xml:space="preserve"> upon receipt of written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reasonable time</w:t>
      </w:r>
      <w:r>
        <w:rPr>
          <w:rFonts w:ascii="Times New Roman" w:hAnsi="Times New Roman" w:eastAsia="Times New Roman" w:cs="Times New Roman"/>
          <w:sz w:val="24"/>
        </w:rPr>
        <w:t>. Defect must be corrected within a reasonable time period.</w:t>
      </w:r>
    </w:p>
    <w:p>
      <w:pPr/>
    </w:p>
    <w:p>
      <w:pPr/>
      <w:r>
        <w:rPr>
          <w:rFonts w:ascii="Times New Roman" w:hAnsi="Times New Roman" w:eastAsia="Times New Roman" w:cs="Times New Roman"/>
          <w:sz w:val="24"/>
        </w:rPr>
        <w:t xml:space="preserve">Defects must be identified within a period of </w:t>
      </w:r>
      <w:r>
        <w:rPr>
          <w:rFonts w:ascii="Times New Roman" w:hAnsi="Times New Roman" w:eastAsia="Times New Roman" w:cs="Times New Roman"/>
          <w:sz w:val="24"/>
        </w:rPr>
        <w:t>[NUMBER OF DAYS]</w:t>
      </w:r>
      <w:r>
        <w:rPr>
          <w:rFonts w:ascii="Times New Roman" w:hAnsi="Times New Roman" w:eastAsia="Times New Roman" w:cs="Times New Roman"/>
          <w:sz w:val="24"/>
        </w:rPr>
        <w:t xml:space="preserve"> after the completion of the Services, after which time the right to notify will expire.</w:t>
      </w:r>
    </w:p>
    <w:p>
      <w:pPr/>
    </w:p>
    <w:p>
      <w:pPr>
        <w:ind w:hanging="720"/>
      </w:pPr>
      <w:r>
        <w:rPr>
          <w:rFonts w:ascii="Times New Roman" w:hAnsi="Times New Roman" w:eastAsia="Times New Roman" w:cs="Times New Roman"/>
          <w:b/>
          <w:sz w:val="24"/>
        </w:rPr>
        <w:t xml:space="preserve">VII. </w:t>
        <w:tab/>
        <w:t>LIABILITY INSURANCE (MINIMUM ($) AMOUNT)</w:t>
      </w:r>
      <w:r>
        <w:rPr>
          <w:rFonts w:ascii="Times New Roman" w:hAnsi="Times New Roman" w:eastAsia="Times New Roman" w:cs="Times New Roman"/>
          <w:sz w:val="24"/>
        </w:rPr>
        <w:t>. The Contractor agrees to bear all responsibility for the actions related to themselves and their employees or personnel under this Agreement. In addition, the Contractor agrees to obtain comprehensive liability insurance coverage in case of bodily or personal injury, property damage, contractual liability, and cross-liability (“Liability Insurance”).</w:t>
      </w:r>
    </w:p>
    <w:p>
      <w:pPr/>
    </w:p>
    <w:p>
      <w:pPr>
        <w:ind w:firstLine="720"/>
      </w:pPr>
      <w:r>
        <w:rPr>
          <w:rFonts w:ascii="Times New Roman" w:hAnsi="Times New Roman" w:eastAsia="Times New Roman" w:cs="Times New Roman"/>
          <w:sz w:val="24"/>
        </w:rPr>
        <w:t>The minimum amount ($) for the Liability Insurance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Be a minimum amount of combined single limit of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have a minimum amount required.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Neither party shall be required to maintain insurance.</w:t>
      </w:r>
    </w:p>
    <w:p>
      <w:pPr/>
    </w:p>
    <w:p>
      <w:pPr/>
      <w:r>
        <w:rPr>
          <w:rFonts w:ascii="Times New Roman" w:hAnsi="Times New Roman" w:eastAsia="Times New Roman" w:cs="Times New Roman"/>
          <w:b/>
          <w:sz w:val="24"/>
        </w:rPr>
        <w:t xml:space="preserve">VII. </w:t>
        <w:tab/>
        <w:t>TERMINATION</w:t>
      </w:r>
      <w:r>
        <w:rPr>
          <w:rFonts w:ascii="Times New Roman" w:hAnsi="Times New Roman" w:eastAsia="Times New Roman" w:cs="Times New Roman"/>
          <w:sz w:val="24"/>
        </w:rPr>
        <w:t>. This Agreement shall terminate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Completion of the Services provided.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[MONTH]</w:t>
      </w:r>
      <w:r>
        <w:rPr>
          <w:rFonts w:ascii="Times New Roman" w:hAnsi="Times New Roman" w:eastAsia="Times New Roman" w:cs="Times New Roman"/>
          <w:sz w:val="24"/>
        </w:rPr>
        <w:t>, 20</w:t>
      </w:r>
      <w:r>
        <w:rPr>
          <w:rFonts w:ascii="Times New Roman" w:hAnsi="Times New Roman" w:eastAsia="Times New Roman" w:cs="Times New Roman"/>
          <w:sz w:val="24"/>
        </w:rPr>
        <w:t>[YEAR]</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[LIST]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In addition, the Client or Contractor may terminate this Agreement, and any obligations stated hereunder, with reasonable cause by providing written notice of a material breach of the other party; or any act exposing the other party to liability to others for personal injury or property damage. </w:t>
      </w:r>
    </w:p>
    <w:p>
      <w:pPr/>
    </w:p>
    <w:p>
      <w:pPr/>
      <w:r>
        <w:rPr>
          <w:rFonts w:ascii="Times New Roman" w:hAnsi="Times New Roman" w:eastAsia="Times New Roman" w:cs="Times New Roman"/>
          <w:b/>
          <w:sz w:val="24"/>
        </w:rPr>
        <w:t xml:space="preserve">VIII. </w:t>
        <w:tab/>
        <w:t>OPTION TO TERMINATE</w:t>
      </w:r>
      <w:r>
        <w:rPr>
          <w:rFonts w:ascii="Times New Roman" w:hAnsi="Times New Roman" w:eastAsia="Times New Roman" w:cs="Times New Roman"/>
          <w:sz w:val="24"/>
        </w:rPr>
        <w:t>. The Client and Contractor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Have the option to terminate this Agreement at any time by providing </w:t>
      </w:r>
      <w:r>
        <w:rPr>
          <w:rFonts w:ascii="Times New Roman" w:hAnsi="Times New Roman" w:eastAsia="Times New Roman" w:cs="Times New Roman"/>
          <w:sz w:val="24"/>
        </w:rPr>
        <w:t>[NUMBER OF DAYS]</w:t>
      </w:r>
      <w:r>
        <w:rPr>
          <w:rFonts w:ascii="Times New Roman" w:hAnsi="Times New Roman" w:eastAsia="Times New Roman" w:cs="Times New Roman"/>
          <w:sz w:val="24"/>
        </w:rPr>
        <w:t xml:space="preserve"> days’ written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Not have the option to terminate this Agreement unless there is reasonable cause, as defined in Section VII. </w:t>
      </w:r>
    </w:p>
    <w:p>
      <w:pPr/>
    </w:p>
    <w:p>
      <w:pPr/>
      <w:r>
        <w:rPr>
          <w:rFonts w:ascii="Times New Roman" w:hAnsi="Times New Roman" w:eastAsia="Times New Roman" w:cs="Times New Roman"/>
          <w:b/>
          <w:sz w:val="24"/>
        </w:rPr>
        <w:t>MISCELLANEOUS</w:t>
      </w:r>
      <w:r>
        <w:rPr>
          <w:rFonts w:ascii="Times New Roman" w:hAnsi="Times New Roman" w:eastAsia="Times New Roman" w:cs="Times New Roman"/>
          <w:sz w:val="24"/>
        </w:rPr>
        <w:t>. The Contractor and the Client agree to the following:</w:t>
      </w:r>
    </w:p>
    <w:p>
      <w:pPr/>
      <w:r>
        <w:rPr>
          <w:rFonts w:ascii="Times New Roman" w:hAnsi="Times New Roman" w:eastAsia="Times New Roman" w:cs="Times New Roman"/>
          <w:b/>
          <w:sz w:val="24"/>
        </w:rPr>
        <w:t>Independent Contractor</w:t>
      </w:r>
      <w:r>
        <w:rPr>
          <w:rFonts w:ascii="Times New Roman" w:hAnsi="Times New Roman" w:eastAsia="Times New Roman" w:cs="Times New Roman"/>
          <w:sz w:val="24"/>
        </w:rPr>
        <w:t>. It is agreed that the Contractor will be considered an independent contractor for the purposes of this Contract, that they will maintain their own independent business and furthermore will use their own tools and equipment in fulfilling the Contract.</w:t>
      </w:r>
    </w:p>
    <w:p>
      <w:pPr/>
      <w:r>
        <w:rPr>
          <w:rFonts w:ascii="Times New Roman" w:hAnsi="Times New Roman" w:eastAsia="Times New Roman" w:cs="Times New Roman"/>
          <w:b/>
          <w:sz w:val="24"/>
        </w:rPr>
        <w:t>Taxes</w:t>
      </w:r>
      <w:r>
        <w:rPr>
          <w:rFonts w:ascii="Times New Roman" w:hAnsi="Times New Roman" w:eastAsia="Times New Roman" w:cs="Times New Roman"/>
          <w:sz w:val="24"/>
        </w:rPr>
        <w:t>. Any taxes due as part of the Contractor providing their Services in this Contract are the sole responsibility of the Contractor.</w:t>
      </w:r>
    </w:p>
    <w:p>
      <w:pPr/>
      <w:r>
        <w:rPr>
          <w:rFonts w:ascii="Times New Roman" w:hAnsi="Times New Roman" w:eastAsia="Times New Roman" w:cs="Times New Roman"/>
          <w:b/>
          <w:sz w:val="24"/>
        </w:rPr>
        <w:t>Additional Services</w:t>
      </w:r>
      <w:r>
        <w:rPr>
          <w:rFonts w:ascii="Times New Roman" w:hAnsi="Times New Roman" w:eastAsia="Times New Roman" w:cs="Times New Roman"/>
          <w:sz w:val="24"/>
        </w:rPr>
        <w:t>. Any additional services (“Additional Services”) must be requested by the Client in writing and are subject to rejection by the Contractor should said request be impossible or inconvenient to meet. Should a request for Additional Services be accepted, the Client agrees to pay for any and all fees charged by the Contractor for such.</w:t>
      </w:r>
    </w:p>
    <w:p>
      <w:pPr/>
      <w:r>
        <w:rPr>
          <w:rFonts w:ascii="Times New Roman" w:hAnsi="Times New Roman" w:eastAsia="Times New Roman" w:cs="Times New Roman"/>
          <w:b/>
          <w:sz w:val="24"/>
        </w:rPr>
        <w:t>Damage to Equipment</w:t>
      </w:r>
      <w:r>
        <w:rPr>
          <w:rFonts w:ascii="Times New Roman" w:hAnsi="Times New Roman" w:eastAsia="Times New Roman" w:cs="Times New Roman"/>
          <w:sz w:val="24"/>
        </w:rPr>
        <w:t>. The Client will be responsible for any damage or loss to the Contractor’s equipment due to misuse or theft by the Client or any guest of the Client and in the case of a force majeure event (including but not limited to fires, floods, inclement weather, and earthquakes).</w:t>
      </w:r>
    </w:p>
    <w:p>
      <w:pPr/>
      <w:r>
        <w:rPr>
          <w:rFonts w:ascii="Times New Roman" w:hAnsi="Times New Roman" w:eastAsia="Times New Roman" w:cs="Times New Roman"/>
          <w:b/>
          <w:sz w:val="24"/>
        </w:rPr>
        <w:t>Liability and Indemnification</w:t>
      </w:r>
      <w:r>
        <w:rPr>
          <w:rFonts w:ascii="Times New Roman" w:hAnsi="Times New Roman" w:eastAsia="Times New Roman" w:cs="Times New Roman"/>
          <w:sz w:val="24"/>
        </w:rPr>
        <w:t>. The Contractor will not be liable for direct, indirect, incidental, or consequential damages (including, but not limited to, damages for lost profits or increased expenses) with respect to any claim related to this Contract and the Services provided. The Client indemnifies and holds harmless the Contractor and any subcontractors working with the Contractor against all liability related to the Services from the date of commencement and on into the future. The Client will assume all legal fees claimed by third persons, provided that such loss or damage was not caused by the fault or negligence of the Contractor or its employees, agents, or subcontractors. Furthermore, the Contractor has the right to cancel, at any time and without notice, the Services mentioned in this Contract with no liability or obligation to the Client other than refunds of any Deposit or advanced payments made by the Client.</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Should any provision of this Agreement be determined to be void, invalid, unenforceable, or illegal for whatever reason, such provision(s) shall be null and void; provided, however, that the remaining provisions of this Agreement shall be unaffected thereby and shall continue to be valid and enforceable.</w:t>
        <w:br/>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Contract shall be construed and governed in accordance with the laws located in the State of where the Services are performed.</w:t>
      </w:r>
    </w:p>
    <w:p>
      <w:pP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[LIST]</w:t>
      </w:r>
    </w:p>
    <w:p>
      <w:pPr/>
    </w:p>
    <w:p>
      <w:pPr/>
      <w:r>
        <w:rPr>
          <w:rFonts w:ascii="Times New Roman" w:hAnsi="Times New Roman" w:eastAsia="Times New Roman" w:cs="Times New Roman"/>
          <w:b/>
          <w:sz w:val="24"/>
        </w:rPr>
        <w:t>ENTIRE CONTRACT</w:t>
      </w:r>
      <w:r>
        <w:rPr>
          <w:rFonts w:ascii="Times New Roman" w:hAnsi="Times New Roman" w:eastAsia="Times New Roman" w:cs="Times New Roman"/>
          <w:sz w:val="24"/>
        </w:rPr>
        <w:t>. This Contract constitutes the entire Contract between the Parties. No modification or amendment of this Contract shall be effective unless in writing and signed by both Parties.</w:t>
      </w:r>
    </w:p>
    <w:p>
      <w:pP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Contractor and the Client each represent and warrant to the other that each person executing this Contract on behalf of each party is duly authorized to execute and deliver this Contract on behalf of that party.</w:t>
      </w:r>
    </w:p>
    <w:p>
      <w:pPr/>
    </w:p>
    <w:p>
      <w:pPr/>
      <w:r>
        <w:rPr>
          <w:rFonts w:ascii="Times New Roman" w:hAnsi="Times New Roman" w:eastAsia="Times New Roman" w:cs="Times New Roman"/>
          <w:sz w:val="24"/>
        </w:rPr>
        <w:t>The parties have duly executed this Agreement as of the date first written above.</w:t>
      </w:r>
    </w:p>
    <w:p>
      <w:pPr/>
    </w:p>
    <w:p>
      <w:pPr/>
      <w:r>
        <w:rPr>
          <w:rFonts w:ascii="Times New Roman" w:hAnsi="Times New Roman" w:eastAsia="Times New Roman" w:cs="Times New Roman"/>
          <w:b/>
          <w:sz w:val="24"/>
        </w:rPr>
        <w:t>Contractor’s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Client’s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