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DRYWALL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Drywall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[NAME OF 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(“Contractor”) and </w:t>
      </w:r>
      <w:r>
        <w:rPr>
          <w:rFonts w:ascii="Times New Roman" w:hAnsi="Times New Roman" w:eastAsia="Times New Roman" w:cs="Times New Roman"/>
          <w:sz w:val="24"/>
        </w:rPr>
        <w:t>[NAME OF SUBCONTRACTOR]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BEING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