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Durable Financial Power of Attorney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val="0"/>
          <w:sz w:val="24"/>
        </w:rPr>
        <w:t>GENERAL POWER OF ATTORNEY</w:t>
      </w:r>
    </w:p>
    <w:p>
      <w:pPr>
        <w:keepNext w:val="0"/>
        <w:spacing w:before="200" w:after="0" w:line="260" w:lineRule="exact"/>
        <w:ind w:left="720" w:right="0" w:firstLine="0"/>
        <w:jc w:val="center"/>
      </w:pPr>
      <w:r>
        <w:rPr>
          <w:rFonts w:ascii="Times New Roman" w:hAnsi="Times New Roman" w:eastAsia="Times New Roman" w:cs="Times New Roman"/>
          <w:b w:val="0"/>
          <w:sz w:val="24"/>
        </w:rPr>
        <w:t>NOTICE</w:t>
      </w:r>
    </w:p>
    <w:p>
      <w:pPr>
        <w:keepNext w:val="0"/>
        <w:spacing w:before="200" w:after="0" w:line="260" w:lineRule="exact"/>
        <w:ind w:left="1080" w:right="0" w:firstLine="0"/>
        <w:jc w:val="both"/>
      </w:pPr>
      <w:r>
        <w:rPr>
          <w:rFonts w:ascii="Times New Roman" w:hAnsi="Times New Roman" w:eastAsia="Times New Roman" w:cs="Times New Roman"/>
          <w:b w:val="0"/>
          <w:sz w:val="24"/>
        </w:rPr>
        <w:t>THE PURPOSE OF THIS POWER OF ATTORNEY IS TO GIVE THE PERSON YOU DESIGNATE (YOUR "AGENT") BROAD POWERS TO HANDLE YOUR PROPERTY, WHICH MAY INCLUDE POWERS TO SELL OR OTHERWISE DISPOSE OF ANY REAL OR PERSONAL PROPERTY WITHOUT ADVANCE NOTICE TO YOU OR APPROVAL BY YOU.</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IMPOSE A DUTY ON YOUR AGENT TO EXERCISE GRANTED POWERS, BUT, WHEN POWERS ARE EXERCISED, YOUR AGENT MUST USE DUE CARE TO ACT FOR YOUR BENEFIT AND IN ACCORDANCE WITH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MAY EXERCISE THE POWERS GIVEN HERE THROUGHOUT YOUR LIFETIME, EVEN AFTER YOU BECOME INCAPACITATED, UNLESS YOU EXPRESSLY LIMIT THE DURATION OF THESE POWERS OR YOU REVOKE THESE POWERS OR A COURT ACTING ON YOUR BEHALF TERMINATES YOUR AGENT'S AUTHORITY.</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MUST ACT IN ACCORDANCE WITH YOUR REASONABLE EXPECTATIONS TO THE EXTENT ACTUALLY KNOWN BY YOUR AGENT AND, OTHERWISE, IN YOUR BEST INTEREST, ACT IN GOOD FAITH AND ACT ONLY WITHIN THE SCOPE OF AUTHORITY GRANTED BY YOU IN THE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THE LAW PERMITS YOU, IF YOU CHOOSE, TO GRANT BROAD AUTHORITY TO AN AGENT UNDER POWER OF ATTORNEY, INCLUDING THE ABILITY TO GIVE AWAY ALL OF YOUR PROPERTY WHILE YOU ARE ALIVE OR TO SUBSTANTIALLY CHANGE HOW YOUR PROPERTY IS DISTRIBUTED AT YOUR DEATH. BEFORE SIGNING THIS DOCUMENT, YOU SHOULD SEEK THE ADVICE OF AN ATTORNEY AT LAW TO MAKE SURE YOU UNDERSTAND IT.</w:t>
      </w:r>
    </w:p>
    <w:p>
      <w:pPr>
        <w:keepNext w:val="0"/>
        <w:spacing w:before="200" w:after="0" w:line="260" w:lineRule="exact"/>
        <w:ind w:left="1080" w:right="0" w:firstLine="0"/>
        <w:jc w:val="both"/>
      </w:pPr>
      <w:r>
        <w:rPr>
          <w:rFonts w:ascii="Times New Roman" w:hAnsi="Times New Roman" w:eastAsia="Times New Roman" w:cs="Times New Roman"/>
          <w:b w:val="0"/>
          <w:sz w:val="24"/>
        </w:rPr>
        <w:t>A COURT CAN TAKE AWAY THE POWERS OF YOUR AGENT IF IT FINDS YOUR AGENT IS NOT ACTING PROPERLY.</w:t>
      </w:r>
    </w:p>
    <w:p>
      <w:pPr>
        <w:keepNext w:val="0"/>
        <w:spacing w:before="200" w:after="0" w:line="260" w:lineRule="exact"/>
        <w:ind w:left="1080" w:right="0" w:firstLine="0"/>
        <w:jc w:val="both"/>
      </w:pPr>
      <w:r>
        <w:rPr>
          <w:rFonts w:ascii="Times New Roman" w:hAnsi="Times New Roman" w:eastAsia="Times New Roman" w:cs="Times New Roman"/>
          <w:b w:val="0"/>
          <w:sz w:val="24"/>
        </w:rPr>
        <w:t>THE POWERS AND DUTIES OF AN AGENT UNDER A POWER OF ATTORNEY ARE EXPLAINED MORE FULLY IN 20 PA. CONS. STAT. ANN. § 5601 ET SEQ.</w:t>
      </w:r>
    </w:p>
    <w:p>
      <w:pPr>
        <w:keepNext w:val="0"/>
        <w:spacing w:before="200" w:after="0" w:line="260" w:lineRule="exact"/>
        <w:ind w:left="1080" w:right="0" w:firstLine="0"/>
        <w:jc w:val="both"/>
      </w:pPr>
      <w:r>
        <w:rPr>
          <w:rFonts w:ascii="Times New Roman" w:hAnsi="Times New Roman" w:eastAsia="Times New Roman" w:cs="Times New Roman"/>
          <w:b w:val="0"/>
          <w:sz w:val="24"/>
        </w:rPr>
        <w:t>IF THERE IS ANYTHING ABOUT THIS FORM THAT YOU DO NOT UNDERSTAND, YOU SHOULD ASK A LAWYER OF YOUR OWN CHOOSING TO EXPLAIN IT TO YOU.</w:t>
      </w:r>
    </w:p>
    <w:p>
      <w:pPr>
        <w:keepNext w:val="0"/>
        <w:spacing w:before="200" w:after="0" w:line="260" w:lineRule="exact"/>
        <w:ind w:left="1080" w:right="0" w:firstLine="0"/>
        <w:jc w:val="both"/>
      </w:pPr>
      <w:r>
        <w:rPr>
          <w:rFonts w:ascii="Times New Roman" w:hAnsi="Times New Roman" w:eastAsia="Times New Roman" w:cs="Times New Roman"/>
          <w:b w:val="0"/>
          <w:sz w:val="24"/>
        </w:rPr>
        <w:t>I HAVE READ OR HAD EXPLAINED TO ME THIS NOTICE AND I UNDERSTAND ITS CONTENTS.</w:t>
      </w:r>
    </w:p>
    <w:p>
      <w:pPr>
        <w:keepNext w:val="0"/>
        <w:spacing w:before="120" w:after="0" w:line="260" w:lineRule="exact"/>
        <w:ind w:left="108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of principal]</w:t>
      </w:r>
    </w:p>
    <w:p>
      <w:pPr>
        <w:keepNext w:val="0"/>
        <w:spacing w:before="200" w:after="0" w:line="260" w:lineRule="exact"/>
        <w:ind w:left="720" w:right="0" w:firstLine="0"/>
        <w:jc w:val="both"/>
      </w:pPr>
      <w:r>
        <w:rPr>
          <w:rFonts w:ascii="Times New Roman" w:hAnsi="Times New Roman" w:eastAsia="Times New Roman" w:cs="Times New Roman"/>
          <w:b w:val="0"/>
          <w:sz w:val="24"/>
        </w:rPr>
        <w:t>KNOW ALL PERSONS BY THESE PRESENTS, That I, [name of principal], of [city], [county] County, Pennsylvania, do hereby appoint [name of agent]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and [name of coagent]] (hereinafter "my Agent"), my true and lawful agent for me and on my behalf to perform all such acts as my Agent in my Agent's absolute discretion may deem advisable, as fully as I could do if personally present.</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of the adjudication of my incapacity, I hereby appoint my Agent to serve as guardian of my person and estate.</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OPTIONAL (if Military Instrument):</w:t>
      </w:r>
      <w:r>
        <w:rPr>
          <w:rFonts w:ascii="Times New Roman" w:hAnsi="Times New Roman" w:eastAsia="Times New Roman" w:cs="Times New Roman"/>
          <w:b w:val="0"/>
          <w:sz w:val="24"/>
        </w:rPr>
        <w:t xml:space="preserve"> Additionally, this power of attorney will become effective if I have been determined by the United States government to be in a military status of "missing," "missing in action," or "prisoner of war".]</w:t>
      </w:r>
    </w:p>
    <w:p>
      <w:pPr>
        <w:keepNext w:val="0"/>
        <w:spacing w:before="120" w:after="0" w:line="260" w:lineRule="exact"/>
        <w:ind w:left="36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Durable Power.</w:t>
      </w:r>
    </w:p>
    <w:p>
      <w:pPr>
        <w:keepNext w:val="0"/>
        <w:spacing w:before="120" w:after="0" w:line="260" w:lineRule="exact"/>
        <w:ind w:left="72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Not Affected by Disability.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shall not be affected by my subsequent disability or incapacity.</w:t>
      </w:r>
    </w:p>
    <w:p>
      <w:pPr>
        <w:keepNext w:val="0"/>
        <w:spacing w:before="120" w:after="0" w:line="260" w:lineRule="exact"/>
        <w:ind w:left="36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Specific Powers Defined by Statute and Included in General Power.</w:t>
      </w:r>
    </w:p>
    <w:p>
      <w:pPr>
        <w:keepNext w:val="0"/>
        <w:spacing w:before="200" w:after="0" w:line="260" w:lineRule="exact"/>
        <w:ind w:left="720" w:right="0" w:firstLine="0"/>
        <w:jc w:val="both"/>
      </w:pPr>
      <w:r>
        <w:rPr>
          <w:rFonts w:ascii="Times New Roman" w:hAnsi="Times New Roman" w:eastAsia="Times New Roman" w:cs="Times New Roman"/>
          <w:b w:val="0"/>
          <w:sz w:val="24"/>
        </w:rPr>
        <w:t>Without limiting the general powers hereby already conferred, my Agent shall have the following specific powers which are granted pursuant to Chapter 56 of the Pennsylvania Probate, Estates and Fiduciaries Code, as further defined therein:</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Real Property and Tangible Personal Property.</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engage in real property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engage in tangible personal property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Banking and General Financial Powers.</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engage in stock, bond, and other security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engage in commodity and option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engage in banking and financial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borrow money.</w:t>
      </w:r>
    </w:p>
    <w:p>
      <w:pPr>
        <w:keepNext w:val="0"/>
        <w:spacing w:before="120" w:after="0" w:line="260" w:lineRule="exact"/>
        <w:ind w:left="1440" w:right="0" w:firstLine="0"/>
        <w:jc w:val="left"/>
      </w:pPr>
      <w:r>
        <w:rPr>
          <w:rFonts w:ascii="Times New Roman" w:hAnsi="Times New Roman" w:eastAsia="Times New Roman" w:cs="Times New Roman"/>
          <w:b w:val="0"/>
          <w:sz w:val="24"/>
        </w:rPr>
        <w:t>(v)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enter safe deposit boxes.</w:t>
      </w:r>
    </w:p>
    <w:p>
      <w:pPr>
        <w:keepNext w:val="0"/>
        <w:spacing w:before="120" w:after="0" w:line="260" w:lineRule="exact"/>
        <w:ind w:left="1440" w:right="0" w:firstLine="0"/>
        <w:jc w:val="left"/>
      </w:pPr>
      <w:r>
        <w:rPr>
          <w:rFonts w:ascii="Times New Roman" w:hAnsi="Times New Roman" w:eastAsia="Times New Roman" w:cs="Times New Roman"/>
          <w:b w:val="0"/>
          <w:sz w:val="24"/>
        </w:rPr>
        <w:t>(vi)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engage in insurance and annuity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(vii)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engage in retirement plan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(viii)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handle interests in estates and trusts.</w:t>
      </w:r>
    </w:p>
    <w:p>
      <w:pPr>
        <w:keepNext w:val="0"/>
        <w:spacing w:before="120" w:after="0" w:line="260" w:lineRule="exact"/>
        <w:ind w:left="1440" w:right="0" w:firstLine="0"/>
        <w:jc w:val="left"/>
      </w:pPr>
      <w:r>
        <w:rPr>
          <w:rFonts w:ascii="Times New Roman" w:hAnsi="Times New Roman" w:eastAsia="Times New Roman" w:cs="Times New Roman"/>
          <w:b w:val="0"/>
          <w:sz w:val="24"/>
        </w:rPr>
        <w:t>(ix)</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receive government benefits.</w:t>
      </w:r>
    </w:p>
    <w:p>
      <w:pPr>
        <w:keepNext w:val="0"/>
        <w:spacing w:before="120" w:after="0" w:line="260" w:lineRule="exact"/>
        <w:ind w:left="1440" w:right="0" w:firstLine="0"/>
        <w:jc w:val="left"/>
      </w:pPr>
      <w:r>
        <w:rPr>
          <w:rFonts w:ascii="Times New Roman" w:hAnsi="Times New Roman" w:eastAsia="Times New Roman" w:cs="Times New Roman"/>
          <w:b w:val="0"/>
          <w:sz w:val="24"/>
        </w:rPr>
        <w:t>(x)</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create a trust for my benefit.</w:t>
      </w:r>
    </w:p>
    <w:p>
      <w:pPr>
        <w:keepNext w:val="0"/>
        <w:spacing w:before="120" w:after="0" w:line="260" w:lineRule="exact"/>
        <w:ind w:left="1440" w:right="0" w:firstLine="0"/>
        <w:jc w:val="left"/>
      </w:pPr>
      <w:r>
        <w:rPr>
          <w:rFonts w:ascii="Times New Roman" w:hAnsi="Times New Roman" w:eastAsia="Times New Roman" w:cs="Times New Roman"/>
          <w:b w:val="0"/>
          <w:sz w:val="24"/>
        </w:rPr>
        <w:t>(xi)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make additions to [and/or] amend an existing trust for my benefit.</w:t>
      </w:r>
    </w:p>
    <w:p>
      <w:pPr>
        <w:keepNext w:val="0"/>
        <w:spacing w:before="120" w:after="0" w:line="260" w:lineRule="exact"/>
        <w:ind w:left="1440" w:right="0" w:firstLine="0"/>
        <w:jc w:val="left"/>
      </w:pPr>
      <w:r>
        <w:rPr>
          <w:rFonts w:ascii="Times New Roman" w:hAnsi="Times New Roman" w:eastAsia="Times New Roman" w:cs="Times New Roman"/>
          <w:b w:val="0"/>
          <w:sz w:val="24"/>
        </w:rPr>
        <w:t>(xii)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disclaim any interest in property.</w:t>
      </w:r>
    </w:p>
    <w:p>
      <w:pPr>
        <w:keepNext w:val="0"/>
        <w:spacing w:before="120" w:after="0" w:line="260" w:lineRule="exact"/>
        <w:ind w:left="1440" w:right="0" w:firstLine="0"/>
        <w:jc w:val="left"/>
      </w:pPr>
      <w:r>
        <w:rPr>
          <w:rFonts w:ascii="Times New Roman" w:hAnsi="Times New Roman" w:eastAsia="Times New Roman" w:cs="Times New Roman"/>
          <w:b w:val="0"/>
          <w:sz w:val="24"/>
        </w:rPr>
        <w:t>(xiii)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renounce fiduciary positions.</w:t>
      </w:r>
    </w:p>
    <w:p>
      <w:pPr>
        <w:keepNext w:val="0"/>
        <w:spacing w:before="120" w:after="0" w:line="260" w:lineRule="exact"/>
        <w:ind w:left="1440" w:right="0" w:firstLine="0"/>
        <w:jc w:val="left"/>
      </w:pPr>
      <w:r>
        <w:rPr>
          <w:rFonts w:ascii="Times New Roman" w:hAnsi="Times New Roman" w:eastAsia="Times New Roman" w:cs="Times New Roman"/>
          <w:b w:val="0"/>
          <w:sz w:val="24"/>
        </w:rPr>
        <w:t>(xiv)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withdraw and receive the income or corpus of a trust.</w:t>
      </w:r>
    </w:p>
    <w:p>
      <w:pPr>
        <w:keepNext w:val="0"/>
        <w:spacing w:before="120" w:after="0" w:line="260" w:lineRule="exact"/>
        <w:ind w:left="1440" w:right="0" w:firstLine="0"/>
        <w:jc w:val="left"/>
      </w:pPr>
      <w:r>
        <w:rPr>
          <w:rFonts w:ascii="Times New Roman" w:hAnsi="Times New Roman" w:eastAsia="Times New Roman" w:cs="Times New Roman"/>
          <w:b w:val="0"/>
          <w:sz w:val="24"/>
        </w:rPr>
        <w:t>(xv)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claim an elective share of the estate of my deceased spouse.</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Claims and Lawsuits.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pursue claims and litigation.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pursue tax matters.</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demand and receive any of my property held by a broker, custodian or bailee; and to deliver my property to and/or maintain an account in my name with any such person.</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receive and open any mail addressed to me.</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enter upon my dwelling; to have custody of the keys; to move any furniture, personal effects or other property into or out of my dwelling; and to order any utilities or services connected or disconnected.</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receive confidential information about my person or estate from my lawyers, doctors, clergymen, hospitals, brokers, bankers, and others in possession of such information.</w:t>
      </w:r>
    </w:p>
    <w:p>
      <w:pPr>
        <w:keepNext w:val="0"/>
        <w:spacing w:before="120" w:after="0" w:line="260" w:lineRule="exact"/>
        <w:ind w:left="36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Specific Additional Powers Included in General Power.</w:t>
      </w:r>
    </w:p>
    <w:p>
      <w:pPr>
        <w:keepNext w:val="0"/>
        <w:spacing w:before="120" w:after="0" w:line="260" w:lineRule="exact"/>
        <w:ind w:left="72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Specific Powers Under PEF Code Section 5601.4.</w:t>
      </w:r>
    </w:p>
    <w:p>
      <w:pPr>
        <w:keepNext w:val="0"/>
        <w:spacing w:before="200" w:after="0" w:line="260" w:lineRule="exact"/>
        <w:ind w:left="1080" w:right="0" w:firstLine="0"/>
        <w:jc w:val="both"/>
      </w:pPr>
      <w:r>
        <w:rPr>
          <w:rFonts w:ascii="Times New Roman" w:hAnsi="Times New Roman" w:eastAsia="Times New Roman" w:cs="Times New Roman"/>
          <w:b w:val="0"/>
          <w:sz w:val="24"/>
        </w:rPr>
        <w:t>My agent may do the following on my behalf and with my property, provided the exercise of the authority granted hereunder is not otherwise prohibited by another agreement or instrument to which I or my property is subject:</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Create, amend, revoke, or terminate an inter vivos trust as permitted under 20 Pa. Cons. Stat. Ann. § 5602(a)(2),(3),(7).</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Make "gifts" as further provided in paragraph </w:t>
      </w:r>
      <w:r>
        <w:rPr>
          <w:rFonts w:ascii="Times New Roman" w:hAnsi="Times New Roman" w:eastAsia="Times New Roman" w:cs="Times New Roman"/>
          <w:b w:val="0"/>
          <w:sz w:val="24"/>
        </w:rPr>
        <w:t>3.</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below.</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Create or change rights of survivorship.</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Create or change a beneficiary designation.</w:t>
      </w:r>
    </w:p>
    <w:p>
      <w:pPr>
        <w:keepNext w:val="0"/>
        <w:spacing w:before="120" w:after="0" w:line="260" w:lineRule="exact"/>
        <w:ind w:left="1440" w:right="0" w:firstLine="0"/>
        <w:jc w:val="left"/>
      </w:pPr>
      <w:r>
        <w:rPr>
          <w:rFonts w:ascii="Times New Roman" w:hAnsi="Times New Roman" w:eastAsia="Times New Roman" w:cs="Times New Roman"/>
          <w:b w:val="0"/>
          <w:sz w:val="24"/>
        </w:rPr>
        <w:t>(v)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Delegate authority granted under the power of attorney as further provided in paragraph </w:t>
      </w:r>
      <w:r>
        <w:rPr>
          <w:rFonts w:ascii="Times New Roman" w:hAnsi="Times New Roman" w:eastAsia="Times New Roman" w:cs="Times New Roman"/>
          <w:b w:val="0"/>
          <w:sz w:val="24"/>
        </w:rPr>
        <w:t>3.</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below.</w:t>
      </w:r>
    </w:p>
    <w:p>
      <w:pPr>
        <w:keepNext w:val="0"/>
        <w:spacing w:before="120" w:after="0" w:line="260" w:lineRule="exact"/>
        <w:ind w:left="1440" w:right="0" w:firstLine="0"/>
        <w:jc w:val="left"/>
      </w:pPr>
      <w:r>
        <w:rPr>
          <w:rFonts w:ascii="Times New Roman" w:hAnsi="Times New Roman" w:eastAsia="Times New Roman" w:cs="Times New Roman"/>
          <w:b w:val="0"/>
          <w:sz w:val="24"/>
        </w:rPr>
        <w:t>(vi)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Waive my right to be a beneficiary of a joint and survivor annuity, including a survivor benefit under a retirement plan.</w:t>
      </w:r>
    </w:p>
    <w:p>
      <w:pPr>
        <w:keepNext w:val="0"/>
        <w:spacing w:before="120" w:after="0" w:line="260" w:lineRule="exact"/>
        <w:ind w:left="1440" w:right="0" w:firstLine="0"/>
        <w:jc w:val="left"/>
      </w:pPr>
      <w:r>
        <w:rPr>
          <w:rFonts w:ascii="Times New Roman" w:hAnsi="Times New Roman" w:eastAsia="Times New Roman" w:cs="Times New Roman"/>
          <w:b w:val="0"/>
          <w:sz w:val="24"/>
        </w:rPr>
        <w:t>(vii)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fiduciary powers that I have the authority to delegate.</w:t>
      </w:r>
    </w:p>
    <w:p>
      <w:pPr>
        <w:keepNext w:val="0"/>
        <w:spacing w:before="120" w:after="0" w:line="260" w:lineRule="exact"/>
        <w:ind w:left="1440" w:right="0" w:firstLine="0"/>
        <w:jc w:val="left"/>
      </w:pPr>
      <w:r>
        <w:rPr>
          <w:rFonts w:ascii="Times New Roman" w:hAnsi="Times New Roman" w:eastAsia="Times New Roman" w:cs="Times New Roman"/>
          <w:b w:val="0"/>
          <w:sz w:val="24"/>
        </w:rPr>
        <w:t>(viii)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Disclaim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Delegate.</w:t>
      </w:r>
    </w:p>
    <w:p>
      <w:pPr>
        <w:keepNext w:val="0"/>
        <w:spacing w:before="200" w:after="0" w:line="260" w:lineRule="exact"/>
        <w:ind w:left="1080" w:right="0" w:firstLine="0"/>
        <w:jc w:val="both"/>
      </w:pPr>
      <w:r>
        <w:rPr>
          <w:rFonts w:ascii="Times New Roman" w:hAnsi="Times New Roman" w:eastAsia="Times New Roman" w:cs="Times New Roman"/>
          <w:b w:val="0"/>
          <w:sz w:val="24"/>
        </w:rPr>
        <w:t>To delegate any or all of the powers granted hereunder to any person or persons whom my Agent may select.</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Regarding Investments.</w:t>
      </w:r>
    </w:p>
    <w:p>
      <w:pPr>
        <w:keepNext w:val="0"/>
        <w:spacing w:before="200" w:after="0" w:line="260" w:lineRule="exact"/>
        <w:ind w:left="1080" w:right="0" w:firstLine="0"/>
        <w:jc w:val="both"/>
      </w:pPr>
      <w:r>
        <w:rPr>
          <w:rFonts w:ascii="Times New Roman" w:hAnsi="Times New Roman" w:eastAsia="Times New Roman" w:cs="Times New Roman"/>
          <w:b w:val="0"/>
          <w:sz w:val="24"/>
        </w:rPr>
        <w:t>To invest in any form of property as permitted in the preceding specific powers, keeping such cash reserves as, in my Agent's discretion, are necessary or desirable to meet conditions as they may exist from time to time. In the exercise of this power, my Agent shall not be limited to so-called "legal investments," but may invest in any variety of real or personal property as in my Agent's discretion may appear to be good and safe investments, and my Agent shall not be liable to me for any error of judgment in the making or continuing of any investment.</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Concerning Gifts.</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have the power to make gifts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make [unlimited/limited] gifts, as defined in Chapter 56 of the Pennsylvania Probate, Estates and Fiduciaries Code. In addition, to make [unlimited/limited] gifts to, or for the benefit of, any donee who has been the recipient of gifts from me or whom my Agent reasonably considers to be the natural object of my bounty.</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All limited gifts made under this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shall be gifts which can be excluded from taxable gifts by Sections 2503(b) or 2503(e) of the Internal Revenue Code, including exclusions available through the use of Section 2513 of the Internal Revenue Code.</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Agent may consent, pursuant to section 2513 of the Internal Revenue Code of 1986, to the splitting of a gift made by my spouse; provided that, if my Agent's authority is limited to the making of limited gifts hereunder, such consent may only be in an amount per donee not to exceed the aggregate annual federal gift tax exclusions for both me and my spouse.</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Agent may make a gift of my property only if my Agent determines that such gift is consistent with my objectives actually known by my Agent and, if unknown, as my Agent determines is consistent with my best interest based on all relevant factors, including: (1) the value and nature of my property; (2) my foreseeable obligations and need for maintenance; (3) the minimization of taxes, including income, estate, inheritance, generation-skipping transfer, and gift taxes; (4) my eligibility for a benefit, program, or assistance under any international, federal, state, or local statute or regulation; and (5) my personal history of making or joining in making gifts. I further suggest that my Agent consult with, and may reasonably rely upon on the advice of, my attorneys, accountants, tax preparers, and other advisors in determining whether or not to make a gift of any of my property pursuant to the authority granted hereunder.</w:t>
      </w:r>
    </w:p>
    <w:p>
      <w:pPr>
        <w:keepNext w:val="0"/>
        <w:spacing w:before="120" w:after="0" w:line="260" w:lineRule="exact"/>
        <w:ind w:left="36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Duration of Power, Relief from Liability, Revocation.</w:t>
      </w:r>
    </w:p>
    <w:p>
      <w:pPr>
        <w:keepNext w:val="0"/>
        <w:spacing w:before="120" w:after="0" w:line="260" w:lineRule="exact"/>
        <w:ind w:left="720" w:right="0" w:firstLine="0"/>
        <w:jc w:val="left"/>
      </w:pPr>
      <w:r>
        <w:rPr>
          <w:rFonts w:ascii="Times New Roman" w:hAnsi="Times New Roman" w:eastAsia="Times New Roman" w:cs="Times New Roman"/>
          <w:b w:val="0"/>
          <w:sz w:val="24"/>
        </w:rPr>
        <w:t>(a)</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power shall not expire by reason of lapse of time.</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hereby ratify and confirm all that my Agent shall do or causes to be done under this General Power of Attorney. I specifically direct that my Agent shall not be subject to any liability by reason of any of my Agent's decisions, acts or failures to act, all of which shall be conclusive and binding upon me, my personal representatives, heirs and assigns. Furthermore, except in the case of malfeasance of office, I agree to indemnify my Agent, and hold my Agent harmless, from all claims that may be made against my Agent as a result of my Agent's service hereunder and I hereby agree to reimburse my Agent in the amount of any damages, costs and expenses that may be incurred as a result of any such claim.</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power of attorney shall be revoked by my giving to my Agent written notification of the revocation, which notice shall not be considered binding unless actually received.</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is executed in three (3) counterparts, of which this is counterpart No. [number].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and intending to be legally bound, I have hereunto set my hand and seal this [Month Day, 20__].</w:t>
      </w:r>
    </w:p>
    <w:p>
      <w:pPr>
        <w:keepNext w:val="0"/>
        <w:spacing w:before="120" w:after="0" w:line="260" w:lineRule="exact"/>
        <w:ind w:left="360" w:right="0" w:firstLine="0"/>
        <w:jc w:val="left"/>
      </w:pPr>
      <w:r>
        <w:rPr>
          <w:rFonts w:ascii="Times New Roman" w:hAnsi="Times New Roman" w:eastAsia="Times New Roman" w:cs="Times New Roman"/>
          <w:b w:val="0"/>
          <w:sz w:val="24"/>
        </w:rPr>
        <w:t>Signed, sealed, and delivered</w:t>
      </w:r>
    </w:p>
    <w:p>
      <w:pPr>
        <w:keepNext w:val="0"/>
        <w:spacing w:before="120" w:after="0" w:line="260" w:lineRule="exact"/>
        <w:ind w:left="360" w:right="0" w:firstLine="0"/>
        <w:jc w:val="left"/>
      </w:pPr>
      <w:r>
        <w:rPr>
          <w:rFonts w:ascii="Times New Roman" w:hAnsi="Times New Roman" w:eastAsia="Times New Roman" w:cs="Times New Roman"/>
          <w:b w:val="0"/>
          <w:sz w:val="24"/>
        </w:rPr>
        <w:t>in the presence of:</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witness],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witness],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 Principal</w:t>
      </w:r>
    </w:p>
    <w:p>
      <w:pPr>
        <w:keepNext w:val="0"/>
        <w:spacing w:before="120" w:after="0" w:line="260" w:lineRule="exact"/>
        <w:ind w:left="360" w:right="0" w:firstLine="0"/>
        <w:jc w:val="left"/>
      </w:pPr>
      <w:r>
        <w:rPr>
          <w:rFonts w:ascii="Times New Roman" w:hAnsi="Times New Roman" w:eastAsia="Times New Roman" w:cs="Times New Roman"/>
          <w:b w:val="0"/>
          <w:sz w:val="24"/>
        </w:rPr>
        <w:t>(Seal)</w:t>
      </w:r>
    </w:p>
    <w:p>
      <w:pPr/>
    </w:p>
    <w:p>
      <w:pPr>
        <w:keepNext w:val="0"/>
        <w:spacing w:before="200" w:after="0" w:line="260" w:lineRule="exact"/>
        <w:ind w:left="360" w:right="0" w:firstLine="0"/>
        <w:jc w:val="center"/>
      </w:pPr>
      <w:r>
        <w:rPr>
          <w:rFonts w:ascii="Times New Roman" w:hAnsi="Times New Roman" w:eastAsia="Times New Roman" w:cs="Times New Roman"/>
          <w:b/>
          <w:sz w:val="24"/>
        </w:rPr>
        <w:t>ACKNOWLEDGMENT OF AGENT</w:t>
      </w:r>
    </w:p>
    <w:p>
      <w:pPr>
        <w:keepNext w:val="0"/>
        <w:spacing w:before="200" w:after="0" w:line="260" w:lineRule="exact"/>
        <w:ind w:left="720" w:right="0" w:firstLine="0"/>
        <w:jc w:val="both"/>
      </w:pPr>
      <w:r>
        <w:rPr>
          <w:rFonts w:ascii="Times New Roman" w:hAnsi="Times New Roman" w:eastAsia="Times New Roman" w:cs="Times New Roman"/>
          <w:b w:val="0"/>
          <w:sz w:val="24"/>
        </w:rPr>
        <w:t>I, [name of agent], have read the attached power of attorney and am the person identified as the agent for the principal. I hereby acknowledge that when I act as agent:</w:t>
      </w:r>
    </w:p>
    <w:p>
      <w:pPr>
        <w:keepNext w:val="0"/>
        <w:spacing w:before="200" w:after="0" w:line="260" w:lineRule="exact"/>
        <w:ind w:left="720" w:right="0" w:firstLine="0"/>
        <w:jc w:val="both"/>
      </w:pPr>
      <w:r>
        <w:rPr>
          <w:rFonts w:ascii="Times New Roman" w:hAnsi="Times New Roman" w:eastAsia="Times New Roman" w:cs="Times New Roman"/>
          <w:b w:val="0"/>
          <w:sz w:val="24"/>
        </w:rPr>
        <w:t>I shall act in accordance with the principal's reasonable expectations to the extent actually known by me and, otherwise, in the principal's best interest, act in good faith, and act only within the scope of authority granted to me by the principal in the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In furtherance of the foregoing, I hereby further acknowledge that in the absence of a specific provision to the contrary in the power of attorney or in Title 20 of the Pennsylvania Consolidated Statutes, when I act as agent:</w:t>
      </w:r>
    </w:p>
    <w:p>
      <w:pPr>
        <w:keepNext w:val="0"/>
        <w:spacing w:before="200" w:after="0" w:line="260" w:lineRule="exact"/>
        <w:ind w:left="1080" w:right="0" w:firstLine="0"/>
        <w:jc w:val="both"/>
      </w:pPr>
      <w:r>
        <w:rPr>
          <w:rFonts w:ascii="Times New Roman" w:hAnsi="Times New Roman" w:eastAsia="Times New Roman" w:cs="Times New Roman"/>
          <w:b w:val="0"/>
          <w:sz w:val="24"/>
        </w:rPr>
        <w:t>I shall act loyally and exercise the powers solely for the benefit of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I shall keep the assets of the principal separate from my assets.</w:t>
      </w:r>
    </w:p>
    <w:p>
      <w:pPr>
        <w:keepNext w:val="0"/>
        <w:spacing w:before="200" w:after="0" w:line="260" w:lineRule="exact"/>
        <w:ind w:left="1080" w:right="0" w:firstLine="0"/>
        <w:jc w:val="both"/>
      </w:pPr>
      <w:r>
        <w:rPr>
          <w:rFonts w:ascii="Times New Roman" w:hAnsi="Times New Roman" w:eastAsia="Times New Roman" w:cs="Times New Roman"/>
          <w:b w:val="0"/>
          <w:sz w:val="24"/>
        </w:rPr>
        <w:t>I shall exercise reasonable caution and prudence, and act with the care, competence and diligence ordinarily exercised by agents in similar circumstances.</w:t>
      </w:r>
    </w:p>
    <w:p>
      <w:pPr>
        <w:keepNext w:val="0"/>
        <w:spacing w:before="200" w:after="0" w:line="260" w:lineRule="exact"/>
        <w:ind w:left="1080" w:right="0" w:firstLine="0"/>
        <w:jc w:val="both"/>
      </w:pPr>
      <w:r>
        <w:rPr>
          <w:rFonts w:ascii="Times New Roman" w:hAnsi="Times New Roman" w:eastAsia="Times New Roman" w:cs="Times New Roman"/>
          <w:b w:val="0"/>
          <w:sz w:val="24"/>
        </w:rPr>
        <w:t>I shall keep a full and accurate record of all actions, receipts, disbursements and transactions made on behalf of the principal.</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agent]</w:t>
      </w:r>
    </w:p>
    <w:p>
      <w:pPr/>
    </w:p>
    <w:p>
      <w:pPr>
        <w:keepNext w:val="0"/>
        <w:spacing w:before="200" w:after="0" w:line="260" w:lineRule="exact"/>
        <w:ind w:left="360" w:right="0" w:firstLine="0"/>
        <w:jc w:val="center"/>
      </w:pPr>
      <w:r>
        <w:rPr>
          <w:rFonts w:ascii="Times New Roman" w:hAnsi="Times New Roman" w:eastAsia="Times New Roman" w:cs="Times New Roman"/>
          <w:b/>
          <w:sz w:val="24"/>
        </w:rPr>
        <w:t>ACKNOWLEDGMENT OF AGENT (Coagent)</w:t>
      </w:r>
    </w:p>
    <w:p>
      <w:pPr>
        <w:keepNext w:val="0"/>
        <w:spacing w:before="200" w:after="0" w:line="260" w:lineRule="exact"/>
        <w:ind w:left="720" w:right="0" w:firstLine="0"/>
        <w:jc w:val="both"/>
      </w:pPr>
      <w:r>
        <w:rPr>
          <w:rFonts w:ascii="Times New Roman" w:hAnsi="Times New Roman" w:eastAsia="Times New Roman" w:cs="Times New Roman"/>
          <w:b w:val="0"/>
          <w:sz w:val="24"/>
        </w:rPr>
        <w:t>I, [name of coagent], have read the attached power of attorney and am the person identified as the agent for the principal. I hereby acknowledge that when I act as agent:</w:t>
      </w:r>
    </w:p>
    <w:p>
      <w:pPr>
        <w:keepNext w:val="0"/>
        <w:spacing w:before="200" w:after="0" w:line="260" w:lineRule="exact"/>
        <w:ind w:left="1080" w:right="0" w:firstLine="0"/>
        <w:jc w:val="both"/>
      </w:pPr>
      <w:r>
        <w:rPr>
          <w:rFonts w:ascii="Times New Roman" w:hAnsi="Times New Roman" w:eastAsia="Times New Roman" w:cs="Times New Roman"/>
          <w:b w:val="0"/>
          <w:sz w:val="24"/>
        </w:rPr>
        <w:t>I shall act in accordance with the principal's reasonable expectations to the extent actually known by me and, otherwise, in the principal's best interest, act in good faith and act only within the scope of authority granted to me by the principal in the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In furtherance of the foregoing, I hereby further acknowledge that in the absence of a specific provision to the contrary in the power of attorney or in Title 20 of the Pennsylvania Consolidated Statutes, when I act as agent:</w:t>
      </w:r>
    </w:p>
    <w:p>
      <w:pPr>
        <w:keepNext w:val="0"/>
        <w:spacing w:before="200" w:after="0" w:line="260" w:lineRule="exact"/>
        <w:ind w:left="1080" w:right="0" w:firstLine="0"/>
        <w:jc w:val="both"/>
      </w:pPr>
      <w:r>
        <w:rPr>
          <w:rFonts w:ascii="Times New Roman" w:hAnsi="Times New Roman" w:eastAsia="Times New Roman" w:cs="Times New Roman"/>
          <w:b w:val="0"/>
          <w:sz w:val="24"/>
        </w:rPr>
        <w:t>I shall act loyally and exercise the powers solely for the benefit of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I shall keep the assets of the principal separate from my assets.</w:t>
      </w:r>
    </w:p>
    <w:p>
      <w:pPr>
        <w:keepNext w:val="0"/>
        <w:spacing w:before="200" w:after="0" w:line="260" w:lineRule="exact"/>
        <w:ind w:left="1080" w:right="0" w:firstLine="0"/>
        <w:jc w:val="both"/>
      </w:pPr>
      <w:r>
        <w:rPr>
          <w:rFonts w:ascii="Times New Roman" w:hAnsi="Times New Roman" w:eastAsia="Times New Roman" w:cs="Times New Roman"/>
          <w:b w:val="0"/>
          <w:sz w:val="24"/>
        </w:rPr>
        <w:t>I shall exercise reasonable caution and prudence, and act with the care, competence and diligence ordinarily exercised by agents in similar circumstances.</w:t>
      </w:r>
    </w:p>
    <w:p>
      <w:pPr>
        <w:keepNext w:val="0"/>
        <w:spacing w:before="200" w:after="0" w:line="260" w:lineRule="exact"/>
        <w:ind w:left="1080" w:right="0" w:firstLine="0"/>
        <w:jc w:val="both"/>
      </w:pPr>
      <w:r>
        <w:rPr>
          <w:rFonts w:ascii="Times New Roman" w:hAnsi="Times New Roman" w:eastAsia="Times New Roman" w:cs="Times New Roman"/>
          <w:b w:val="0"/>
          <w:sz w:val="24"/>
        </w:rPr>
        <w:t>I shall keep a full and accurate record of all actions, receipts, disbursements and transactions made on behalf of the principal.</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coagent]</w:t>
      </w:r>
    </w:p>
    <w:p>
      <w:pPr/>
    </w:p>
    <w:p>
      <w:pPr>
        <w:keepNext w:val="0"/>
        <w:spacing w:before="200" w:after="0" w:line="260" w:lineRule="exact"/>
        <w:ind w:left="360" w:right="0" w:firstLine="0"/>
        <w:jc w:val="center"/>
      </w:pPr>
      <w:r>
        <w:rPr>
          <w:rFonts w:ascii="Times New Roman" w:hAnsi="Times New Roman" w:eastAsia="Times New Roman" w:cs="Times New Roman"/>
          <w:b/>
          <w:sz w:val="24"/>
        </w:rPr>
        <w:t>ACKNOWLEDGMENT OF AGENT (Successor)</w:t>
      </w:r>
    </w:p>
    <w:p>
      <w:pPr>
        <w:keepNext w:val="0"/>
        <w:spacing w:before="200" w:after="0" w:line="260" w:lineRule="exact"/>
        <w:ind w:left="720" w:right="0" w:firstLine="0"/>
        <w:jc w:val="both"/>
      </w:pPr>
      <w:r>
        <w:rPr>
          <w:rFonts w:ascii="Times New Roman" w:hAnsi="Times New Roman" w:eastAsia="Times New Roman" w:cs="Times New Roman"/>
          <w:b w:val="0"/>
          <w:sz w:val="24"/>
        </w:rPr>
        <w:t>I, [successor agent], have read the attached power of attorney and am the person identified as the agent for the principal. I hereby acknowledge that when I act as agent:</w:t>
      </w:r>
    </w:p>
    <w:p>
      <w:pPr>
        <w:keepNext w:val="0"/>
        <w:spacing w:before="200" w:after="0" w:line="260" w:lineRule="exact"/>
        <w:ind w:left="1080" w:right="0" w:firstLine="0"/>
        <w:jc w:val="both"/>
      </w:pPr>
      <w:r>
        <w:rPr>
          <w:rFonts w:ascii="Times New Roman" w:hAnsi="Times New Roman" w:eastAsia="Times New Roman" w:cs="Times New Roman"/>
          <w:b w:val="0"/>
          <w:sz w:val="24"/>
        </w:rPr>
        <w:t>I shall act in accordance with the principal's reasonable expectations to the extent actually known by me and, otherwise, in the principal's best interest, act in good faith and act only within the scope of authority granted to me by the principal in the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In furtherance of the foregoing, I hereby further acknowledge that in the absence of a specific provision to the contrary in the power of attorney or in Title 20 of the Pennsylvania Consolidated Statutes, when I act as agent:</w:t>
      </w:r>
    </w:p>
    <w:p>
      <w:pPr>
        <w:keepNext w:val="0"/>
        <w:spacing w:before="200" w:after="0" w:line="260" w:lineRule="exact"/>
        <w:ind w:left="1080" w:right="0" w:firstLine="0"/>
        <w:jc w:val="both"/>
      </w:pPr>
      <w:r>
        <w:rPr>
          <w:rFonts w:ascii="Times New Roman" w:hAnsi="Times New Roman" w:eastAsia="Times New Roman" w:cs="Times New Roman"/>
          <w:b w:val="0"/>
          <w:sz w:val="24"/>
        </w:rPr>
        <w:t>I shall act loyally and exercise the powers solely for the benefit of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I shall keep the assets of the principal separate from my assets.</w:t>
      </w:r>
    </w:p>
    <w:p>
      <w:pPr>
        <w:keepNext w:val="0"/>
        <w:spacing w:before="200" w:after="0" w:line="260" w:lineRule="exact"/>
        <w:ind w:left="1080" w:right="0" w:firstLine="0"/>
        <w:jc w:val="both"/>
      </w:pPr>
      <w:r>
        <w:rPr>
          <w:rFonts w:ascii="Times New Roman" w:hAnsi="Times New Roman" w:eastAsia="Times New Roman" w:cs="Times New Roman"/>
          <w:b w:val="0"/>
          <w:sz w:val="24"/>
        </w:rPr>
        <w:t>I shall exercise reasonable caution and prudence, and act with the care, competence and diligence ordinarily exercised by agents in similar circumstances.</w:t>
      </w:r>
    </w:p>
    <w:p>
      <w:pPr>
        <w:keepNext w:val="0"/>
        <w:spacing w:before="200" w:after="0" w:line="260" w:lineRule="exact"/>
        <w:ind w:left="1080" w:right="0" w:firstLine="0"/>
        <w:jc w:val="both"/>
      </w:pPr>
      <w:r>
        <w:rPr>
          <w:rFonts w:ascii="Times New Roman" w:hAnsi="Times New Roman" w:eastAsia="Times New Roman" w:cs="Times New Roman"/>
          <w:b w:val="0"/>
          <w:sz w:val="24"/>
        </w:rPr>
        <w:t>I shall keep a full and accurate record of all actions, receipts, disbursements and transactions made on behalf of the principal.</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successor agent]</w:t>
      </w:r>
    </w:p>
    <w:p>
      <w:pPr/>
    </w:p>
    <w:p>
      <w:pPr>
        <w:keepNext w:val="0"/>
        <w:spacing w:before="200" w:after="0" w:line="260" w:lineRule="exact"/>
        <w:ind w:left="360" w:right="0" w:firstLine="0"/>
        <w:jc w:val="center"/>
      </w:pPr>
      <w:r>
        <w:rPr>
          <w:rFonts w:ascii="Times New Roman" w:hAnsi="Times New Roman" w:eastAsia="Times New Roman" w:cs="Times New Roman"/>
          <w:b/>
          <w:sz w:val="24"/>
        </w:rPr>
        <w:t>ACKNOWLEDGMENT OF AGENT (Gifting Agent)</w:t>
      </w:r>
    </w:p>
    <w:p>
      <w:pPr>
        <w:keepNext w:val="0"/>
        <w:spacing w:before="200" w:after="0" w:line="260" w:lineRule="exact"/>
        <w:ind w:left="720" w:right="0" w:firstLine="0"/>
        <w:jc w:val="both"/>
      </w:pPr>
      <w:r>
        <w:rPr>
          <w:rFonts w:ascii="Times New Roman" w:hAnsi="Times New Roman" w:eastAsia="Times New Roman" w:cs="Times New Roman"/>
          <w:b w:val="0"/>
          <w:sz w:val="24"/>
        </w:rPr>
        <w:t>I, [name of gifting agent], have read the attached power of attorney and am the person identified as the agent for the principal. I hereby acknowledge that when I act as agent:</w:t>
      </w:r>
    </w:p>
    <w:p>
      <w:pPr>
        <w:keepNext w:val="0"/>
        <w:spacing w:before="200" w:after="0" w:line="260" w:lineRule="exact"/>
        <w:ind w:left="1080" w:right="0" w:firstLine="0"/>
        <w:jc w:val="both"/>
      </w:pPr>
      <w:r>
        <w:rPr>
          <w:rFonts w:ascii="Times New Roman" w:hAnsi="Times New Roman" w:eastAsia="Times New Roman" w:cs="Times New Roman"/>
          <w:b w:val="0"/>
          <w:sz w:val="24"/>
        </w:rPr>
        <w:t>I shall act in accordance with the principal's reasonable expectations to the extent actually known by me and, otherwise, in the principal's best interest, act in good faith and act only within the scope of authority granted to me by the principal in the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In furtherance of the foregoing, I hereby further acknowledge that in the absence of a specific provision to the contrary in the power of attorney or in Title 20 of the Pennsylvania Consolidated Statutes, when I act as agent:</w:t>
      </w:r>
    </w:p>
    <w:p>
      <w:pPr>
        <w:keepNext w:val="0"/>
        <w:spacing w:before="200" w:after="0" w:line="260" w:lineRule="exact"/>
        <w:ind w:left="1080" w:right="0" w:firstLine="0"/>
        <w:jc w:val="both"/>
      </w:pPr>
      <w:r>
        <w:rPr>
          <w:rFonts w:ascii="Times New Roman" w:hAnsi="Times New Roman" w:eastAsia="Times New Roman" w:cs="Times New Roman"/>
          <w:b w:val="0"/>
          <w:sz w:val="24"/>
        </w:rPr>
        <w:t>I shall act loyally and exercise the powers solely for the benefit of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I shall keep the assets of the principal separate from my assets.</w:t>
      </w:r>
    </w:p>
    <w:p>
      <w:pPr>
        <w:keepNext w:val="0"/>
        <w:spacing w:before="200" w:after="0" w:line="260" w:lineRule="exact"/>
        <w:ind w:left="1080" w:right="0" w:firstLine="0"/>
        <w:jc w:val="both"/>
      </w:pPr>
      <w:r>
        <w:rPr>
          <w:rFonts w:ascii="Times New Roman" w:hAnsi="Times New Roman" w:eastAsia="Times New Roman" w:cs="Times New Roman"/>
          <w:b w:val="0"/>
          <w:sz w:val="24"/>
        </w:rPr>
        <w:t>I shall exercise reasonable caution and prudence, and act with the care, competence and diligence ordinarily exercised by agents in similar circumstances.</w:t>
      </w:r>
    </w:p>
    <w:p>
      <w:pPr>
        <w:keepNext w:val="0"/>
        <w:spacing w:before="200" w:after="0" w:line="260" w:lineRule="exact"/>
        <w:ind w:left="1080" w:right="0" w:firstLine="0"/>
        <w:jc w:val="both"/>
      </w:pPr>
      <w:r>
        <w:rPr>
          <w:rFonts w:ascii="Times New Roman" w:hAnsi="Times New Roman" w:eastAsia="Times New Roman" w:cs="Times New Roman"/>
          <w:b w:val="0"/>
          <w:sz w:val="24"/>
        </w:rPr>
        <w:t>I shall keep a full and accurate record of all actions, receipts, disbursements and transactions made on behalf of the principal.</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gifting agent]</w:t>
      </w:r>
    </w:p>
    <w:p>
      <w:pPr/>
    </w:p>
    <w:p>
      <w:pPr>
        <w:keepNext w:val="0"/>
        <w:spacing w:before="200" w:after="0" w:line="260" w:lineRule="exact"/>
        <w:ind w:left="720" w:right="0" w:firstLine="0"/>
        <w:jc w:val="both"/>
      </w:pPr>
      <w:r>
        <w:rPr>
          <w:rFonts w:ascii="Times New Roman" w:hAnsi="Times New Roman" w:eastAsia="Times New Roman" w:cs="Times New Roman"/>
          <w:b w:val="0"/>
          <w:sz w:val="24"/>
        </w:rPr>
        <w:t>On [Month Day, 20__] before me, a Notary Public, personally appeared [name of principal] and in due form of law acknowledged the foregoing Power of Attorney to be his/her/their act and deed and desired that the same might be recorded as such.</w:t>
      </w:r>
    </w:p>
    <w:p>
      <w:pPr>
        <w:keepNext w:val="0"/>
        <w:spacing w:before="200" w:after="0" w:line="260" w:lineRule="exact"/>
        <w:ind w:left="720" w:right="0" w:firstLine="0"/>
        <w:jc w:val="both"/>
      </w:pPr>
      <w:r>
        <w:rPr>
          <w:rFonts w:ascii="Times New Roman" w:hAnsi="Times New Roman" w:eastAsia="Times New Roman" w:cs="Times New Roman"/>
          <w:b w:val="0"/>
          <w:sz w:val="24"/>
        </w:rPr>
        <w:t>WITNESS my hand and notarial seal.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