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Durable Financial Power of Attorney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val="0"/>
          <w:sz w:val="24"/>
        </w:rPr>
        <w:t>GENERAL POWER OF ATTORNEY</w:t>
      </w:r>
    </w:p>
    <w:p>
      <w:pPr>
        <w:keepNext w:val="0"/>
        <w:spacing w:before="200" w:after="0" w:line="260" w:lineRule="exact"/>
        <w:ind w:left="720" w:right="0" w:firstLine="0"/>
        <w:jc w:val="center"/>
      </w:pPr>
      <w:r>
        <w:rPr>
          <w:rFonts w:ascii="Times New Roman" w:hAnsi="Times New Roman" w:eastAsia="Times New Roman" w:cs="Times New Roman"/>
          <w:b w:val="0"/>
          <w:sz w:val="24"/>
        </w:rPr>
        <w:t>NOTICE</w:t>
      </w:r>
    </w:p>
    <w:p>
      <w:pPr>
        <w:keepNext w:val="0"/>
        <w:spacing w:before="200" w:after="0" w:line="260" w:lineRule="exact"/>
        <w:ind w:left="1080" w:right="0" w:firstLine="0"/>
        <w:jc w:val="both"/>
      </w:pPr>
      <w:r>
        <w:rPr>
          <w:rFonts w:ascii="Times New Roman" w:hAnsi="Times New Roman" w:eastAsia="Times New Roman" w:cs="Times New Roman"/>
          <w:b w:val="0"/>
          <w:sz w:val="24"/>
        </w:rPr>
        <w:t>THE PURPOSE OF THIS POWER OF ATTORNEY IS TO GIVE THE PERSON YOU DESIGNATE (YOUR "AGENT") BROAD POWERS TO HANDLE YOUR PROPERTY, WHICH MAY INCLUDE POWERS TO SELL OR OTHERWISE DISPOSE OF ANY REAL OR PERSONAL PROPERTY WITHOUT ADVANCE NOTICE TO YOU OR APPROVAL BY YOU.</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POWER OF ATTORNEY DOES NOT IMPOSE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DUTY ON YOUR AGENT TO EXERCISE GRANTED POWERS, BUT, WHEN POWERS ARE EXERCISED, YOUR AGENT MUST USE DUE CARE TO ACT FOR YOUR BENEFIT AND IN ACCORDANCE WITH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YOUR AGENT MAY EXERCISE THE POWERS GIVEN HERE THROUGHOUT YOUR LIFETIME, EVEN AFTER YOU BECOME INCAPACITATED, UNLESS YOU EXPRESSLY LIMIT THE DURATION OF THESE POWERS OR YOU REVOKE THESE POWERS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ACTING ON YOUR BEHALF TERMINATES YOUR AGENT'S AUTHORITY.</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MUST ACT IN ACCORDANCE WITH YOUR REASONABLE EXPECTATIONS TO THE EXTENT ACTUALLY KNOWN BY YOUR AGENT AND, OTHERWISE, IN YOUR BEST INTEREST, ACT IN GOOD FAITH AND ACT ONLY WITHIN THE SCOPE OF AUTHORITY GRANTED BY YOU IN THE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LAW PERMITS YOU, IF YOU CHOOSE, TO GRANT BROAD AUTHORITY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UNDER POWER OF ATTORNEY, INCLUDING THE ABILITY TO GIVE AWAY ALL OF YOUR PROPERTY WHILE YOU ARE ALIVE OR TO SUBSTANTIALLY CHANGE HOW YOUR PROPERTY IS DISTRIBUTED AT YOUR DEATH. BEFORE SIGNING THIS DOCUMENT, YOU SHOULD SEEK THE ADVICE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ATTORNEY AT LAW TO MAKE SURE YOU UNDERSTAND IT.</w:t>
      </w:r>
    </w:p>
    <w:p>
      <w:pPr>
        <w:keepNext w:val="0"/>
        <w:spacing w:before="200" w:after="0" w:line="260" w:lineRule="exact"/>
        <w:ind w:left="108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CAN TAKE AWAY THE POWERS OF YOUR AGENT IF IT FINDS YOUR AGENT IS NOT ACTING PROPERLY.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POWERS AND DUTIES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ATTORNEY ARE EXPLAINED MORE FULLY IN 20 PA. CONS. STAT. ANN. § 5601 ET SEQ.</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THERE IS ANYTHING ABOUT THIS FORM THAT YOU DO NOT UNDERSTAND, YOU SHOULD ASK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LAWYER OF YOUR OWN CHOOSING TO EXPLAIN IT TO YOU.</w:t>
      </w:r>
    </w:p>
    <w:p>
      <w:pPr>
        <w:keepNext w:val="0"/>
        <w:spacing w:before="200" w:after="0" w:line="260" w:lineRule="exact"/>
        <w:ind w:left="1080" w:right="0" w:firstLine="0"/>
        <w:jc w:val="both"/>
      </w:pPr>
      <w:r>
        <w:rPr>
          <w:rFonts w:ascii="Times New Roman" w:hAnsi="Times New Roman" w:eastAsia="Times New Roman" w:cs="Times New Roman"/>
          <w:b w:val="0"/>
          <w:sz w:val="24"/>
        </w:rPr>
        <w:t>I HAVE READ OR HAD EXPLAINED TO ME THIS NOTICE AND I UNDERSTAND ITS CONTENTS.</w:t>
      </w:r>
    </w:p>
    <w:p>
      <w:pPr>
        <w:keepNext w:val="0"/>
        <w:spacing w:before="120" w:after="0" w:line="260" w:lineRule="exact"/>
        <w:ind w:left="1080" w:right="0" w:firstLine="0"/>
        <w:jc w:val="left"/>
      </w:pPr>
      <w:r>
        <w:rPr>
          <w:rFonts w:ascii="Times New Roman" w:hAnsi="Times New Roman" w:eastAsia="Times New Roman" w:cs="Times New Roman"/>
          <w:b w:val="0"/>
          <w:sz w:val="24"/>
        </w:rPr>
        <w:t>Date: 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[name of principal]</w:t>
      </w:r>
    </w:p>
    <w:p>
      <w:pPr>
        <w:keepNext w:val="0"/>
        <w:spacing w:before="200" w:after="0" w:line="260" w:lineRule="exact"/>
        <w:ind w:left="720" w:right="0" w:firstLine="0"/>
        <w:jc w:val="both"/>
      </w:pPr>
      <w:r>
        <w:rPr>
          <w:rFonts w:ascii="Times New Roman" w:hAnsi="Times New Roman" w:eastAsia="Times New Roman" w:cs="Times New Roman"/>
          <w:b w:val="0"/>
          <w:sz w:val="24"/>
        </w:rPr>
        <w:t>KNOW ALL PERSONS BY THESE PRESENTS, That I, [name of principal], of [city], [county] County, Pennsylvania, do hereby appoint [name of agent]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and [name of coagent]] (hereinafter "my Agent"), my true and lawful agent for me and on my behalf to perform all such acts as my Agent in my Agent's absolute discretion may deem advisable, as fully as I could do if personally present.</w:t>
      </w:r>
    </w:p>
    <w:p>
      <w:pPr>
        <w:keepNext w:val="0"/>
        <w:spacing w:before="200" w:after="0" w:line="260" w:lineRule="exact"/>
        <w:ind w:left="720" w:right="0" w:firstLine="0"/>
        <w:jc w:val="both"/>
      </w:pPr>
      <w:r>
        <w:rPr>
          <w:rFonts w:ascii="Times New Roman" w:hAnsi="Times New Roman" w:eastAsia="Times New Roman" w:cs="Times New Roman"/>
          <w:b w:val="0"/>
          <w:sz w:val="24"/>
        </w:rPr>
        <w:t>In the event of the adjudication of my incapacity, I hereby appoint my Agent to serve as guardian of my person and estate.</w:t>
      </w:r>
    </w:p>
    <w:p>
      <w:pPr>
        <w:keepNext w:val="0"/>
        <w:spacing w:before="200" w:after="0" w:line="260" w:lineRule="exact"/>
        <w:ind w:left="7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OPTIONAL (if Military Instrument):</w:t>
      </w:r>
      <w:r>
        <w:rPr>
          <w:rFonts w:ascii="Times New Roman" w:hAnsi="Times New Roman" w:eastAsia="Times New Roman" w:cs="Times New Roman"/>
          <w:b w:val="0"/>
          <w:sz w:val="24"/>
        </w:rPr>
        <w:t xml:space="preserve"> Additionally, this power of attorney will become effective if I have been determined by the United States government to be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military status of "missing," "missing in action," or "prisoner of war".]</w:t>
      </w:r>
    </w:p>
    <w:p>
      <w:pPr>
        <w:keepNext w:val="0"/>
        <w:spacing w:before="120" w:after="0" w:line="260" w:lineRule="exact"/>
        <w:ind w:left="36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Durable Power.</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Not Affected by Disability.</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shall not be affected by my subsequent disability or incapacity.</w:t>
      </w:r>
    </w:p>
    <w:p>
      <w:pPr>
        <w:keepNext w:val="0"/>
        <w:spacing w:before="120" w:after="0" w:line="260" w:lineRule="exact"/>
        <w:ind w:left="36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Specific Powers Defined by Statute and Included in General Power.</w:t>
      </w:r>
    </w:p>
    <w:p>
      <w:pPr>
        <w:keepNext w:val="0"/>
        <w:spacing w:before="200" w:after="0" w:line="260" w:lineRule="exact"/>
        <w:ind w:left="720" w:right="0" w:firstLine="0"/>
        <w:jc w:val="both"/>
      </w:pPr>
      <w:r>
        <w:rPr>
          <w:rFonts w:ascii="Times New Roman" w:hAnsi="Times New Roman" w:eastAsia="Times New Roman" w:cs="Times New Roman"/>
          <w:b w:val="0"/>
          <w:sz w:val="24"/>
        </w:rPr>
        <w:t>Without limiting the general powers hereby already conferred, my Agent shall have the following specific powers which are granted pursuant to Chapter 56 of the Pennsylvania Probate, Estates and Fiduciaries Code, as further defined therein:</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Real Property and Tangible Personal Property.</w:t>
      </w:r>
    </w:p>
    <w:p>
      <w:pPr>
        <w:keepNext w:val="0"/>
        <w:spacing w:before="120" w:after="0" w:line="260" w:lineRule="exact"/>
        <w:ind w:left="1440" w:right="0" w:firstLine="0"/>
        <w:jc w:val="left"/>
      </w:pPr>
      <w:r>
        <w:rPr>
          <w:rFonts w:ascii="Times New Roman" w:hAnsi="Times New Roman" w:eastAsia="Times New Roman" w:cs="Times New Roman"/>
          <w:b w:val="0"/>
          <w:sz w:val="24"/>
        </w:rPr>
        <w:t>(i)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engage in real property transactions.</w:t>
      </w:r>
    </w:p>
    <w:p>
      <w:pPr>
        <w:keepNext w:val="0"/>
        <w:spacing w:before="120" w:after="0" w:line="260" w:lineRule="exact"/>
        <w:ind w:left="1440" w:right="0" w:firstLine="0"/>
        <w:jc w:val="left"/>
      </w:pPr>
      <w:r>
        <w:rPr>
          <w:rFonts w:ascii="Times New Roman" w:hAnsi="Times New Roman" w:eastAsia="Times New Roman" w:cs="Times New Roman"/>
          <w:b w:val="0"/>
          <w:sz w:val="24"/>
        </w:rPr>
        <w:t>(ii)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engage in tangible personal property transactions.</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Banking and General Financial Powers.</w:t>
      </w:r>
    </w:p>
    <w:p>
      <w:pPr>
        <w:keepNext w:val="0"/>
        <w:spacing w:before="120" w:after="0" w:line="260" w:lineRule="exact"/>
        <w:ind w:left="1440" w:right="0" w:firstLine="0"/>
        <w:jc w:val="left"/>
      </w:pPr>
      <w:r>
        <w:rPr>
          <w:rFonts w:ascii="Times New Roman" w:hAnsi="Times New Roman" w:eastAsia="Times New Roman" w:cs="Times New Roman"/>
          <w:b w:val="0"/>
          <w:sz w:val="24"/>
        </w:rPr>
        <w:t>(i)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engage in stock, bond, and other security transactions.</w:t>
      </w:r>
    </w:p>
    <w:p>
      <w:pPr>
        <w:keepNext w:val="0"/>
        <w:spacing w:before="120" w:after="0" w:line="260" w:lineRule="exact"/>
        <w:ind w:left="1440" w:right="0" w:firstLine="0"/>
        <w:jc w:val="left"/>
      </w:pPr>
      <w:r>
        <w:rPr>
          <w:rFonts w:ascii="Times New Roman" w:hAnsi="Times New Roman" w:eastAsia="Times New Roman" w:cs="Times New Roman"/>
          <w:b w:val="0"/>
          <w:sz w:val="24"/>
        </w:rPr>
        <w:t>(ii)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engage in commodity and option transactions.</w:t>
      </w:r>
    </w:p>
    <w:p>
      <w:pPr>
        <w:keepNext w:val="0"/>
        <w:spacing w:before="120" w:after="0" w:line="260" w:lineRule="exact"/>
        <w:ind w:left="1440" w:right="0" w:firstLine="0"/>
        <w:jc w:val="left"/>
      </w:pPr>
      <w:r>
        <w:rPr>
          <w:rFonts w:ascii="Times New Roman" w:hAnsi="Times New Roman" w:eastAsia="Times New Roman" w:cs="Times New Roman"/>
          <w:b w:val="0"/>
          <w:sz w:val="24"/>
        </w:rPr>
        <w:t>(iii)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engage in banking and financial transactions.</w:t>
      </w:r>
    </w:p>
    <w:p>
      <w:pPr>
        <w:keepNext w:val="0"/>
        <w:spacing w:before="120" w:after="0" w:line="260" w:lineRule="exact"/>
        <w:ind w:left="1440" w:right="0" w:firstLine="0"/>
        <w:jc w:val="left"/>
      </w:pPr>
      <w:r>
        <w:rPr>
          <w:rFonts w:ascii="Times New Roman" w:hAnsi="Times New Roman" w:eastAsia="Times New Roman" w:cs="Times New Roman"/>
          <w:b w:val="0"/>
          <w:sz w:val="24"/>
        </w:rPr>
        <w:t>(iv)</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borrow money.</w:t>
      </w:r>
    </w:p>
    <w:p>
      <w:pPr>
        <w:keepNext w:val="0"/>
        <w:spacing w:before="120" w:after="0" w:line="260" w:lineRule="exact"/>
        <w:ind w:left="1440" w:right="0" w:firstLine="0"/>
        <w:jc w:val="left"/>
      </w:pPr>
      <w:r>
        <w:rPr>
          <w:rFonts w:ascii="Times New Roman" w:hAnsi="Times New Roman" w:eastAsia="Times New Roman" w:cs="Times New Roman"/>
          <w:b w:val="0"/>
          <w:sz w:val="24"/>
        </w:rPr>
        <w:t>(v)</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enter safe deposit boxes.</w:t>
      </w:r>
    </w:p>
    <w:p>
      <w:pPr>
        <w:keepNext w:val="0"/>
        <w:spacing w:before="120" w:after="0" w:line="260" w:lineRule="exact"/>
        <w:ind w:left="1440" w:right="0" w:firstLine="0"/>
        <w:jc w:val="left"/>
      </w:pPr>
      <w:r>
        <w:rPr>
          <w:rFonts w:ascii="Times New Roman" w:hAnsi="Times New Roman" w:eastAsia="Times New Roman" w:cs="Times New Roman"/>
          <w:b w:val="0"/>
          <w:sz w:val="24"/>
        </w:rPr>
        <w:t>(vi)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engage in insurance and annuity transactions.</w:t>
      </w:r>
    </w:p>
    <w:p>
      <w:pPr>
        <w:keepNext w:val="0"/>
        <w:spacing w:before="120" w:after="0" w:line="260" w:lineRule="exact"/>
        <w:ind w:left="1440" w:right="0" w:firstLine="0"/>
        <w:jc w:val="left"/>
      </w:pPr>
      <w:r>
        <w:rPr>
          <w:rFonts w:ascii="Times New Roman" w:hAnsi="Times New Roman" w:eastAsia="Times New Roman" w:cs="Times New Roman"/>
          <w:b w:val="0"/>
          <w:sz w:val="24"/>
        </w:rPr>
        <w:t>(vii)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engage in retirement plan transactions.</w:t>
      </w:r>
    </w:p>
    <w:p>
      <w:pPr>
        <w:keepNext w:val="0"/>
        <w:spacing w:before="120" w:after="0" w:line="260" w:lineRule="exact"/>
        <w:ind w:left="1440" w:right="0" w:firstLine="0"/>
        <w:jc w:val="left"/>
      </w:pPr>
      <w:r>
        <w:rPr>
          <w:rFonts w:ascii="Times New Roman" w:hAnsi="Times New Roman" w:eastAsia="Times New Roman" w:cs="Times New Roman"/>
          <w:b w:val="0"/>
          <w:sz w:val="24"/>
        </w:rPr>
        <w:t>(viii)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handle interests in estates and trusts.</w:t>
      </w:r>
    </w:p>
    <w:p>
      <w:pPr>
        <w:keepNext w:val="0"/>
        <w:spacing w:before="120" w:after="0" w:line="260" w:lineRule="exact"/>
        <w:ind w:left="1440" w:right="0" w:firstLine="0"/>
        <w:jc w:val="left"/>
      </w:pPr>
      <w:r>
        <w:rPr>
          <w:rFonts w:ascii="Times New Roman" w:hAnsi="Times New Roman" w:eastAsia="Times New Roman" w:cs="Times New Roman"/>
          <w:b w:val="0"/>
          <w:sz w:val="24"/>
        </w:rPr>
        <w:t>(ix)</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receive government benefits.</w:t>
      </w:r>
    </w:p>
    <w:p>
      <w:pPr>
        <w:keepNext w:val="0"/>
        <w:spacing w:before="120" w:after="0" w:line="260" w:lineRule="exact"/>
        <w:ind w:left="1440" w:right="0" w:firstLine="0"/>
        <w:jc w:val="left"/>
      </w:pPr>
      <w:r>
        <w:rPr>
          <w:rFonts w:ascii="Times New Roman" w:hAnsi="Times New Roman" w:eastAsia="Times New Roman" w:cs="Times New Roman"/>
          <w:b w:val="0"/>
          <w:sz w:val="24"/>
        </w:rPr>
        <w:t>(x)</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create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 for my benefit.</w:t>
      </w:r>
    </w:p>
    <w:p>
      <w:pPr>
        <w:keepNext w:val="0"/>
        <w:spacing w:before="120" w:after="0" w:line="260" w:lineRule="exact"/>
        <w:ind w:left="1440" w:right="0" w:firstLine="0"/>
        <w:jc w:val="left"/>
      </w:pPr>
      <w:r>
        <w:rPr>
          <w:rFonts w:ascii="Times New Roman" w:hAnsi="Times New Roman" w:eastAsia="Times New Roman" w:cs="Times New Roman"/>
          <w:b w:val="0"/>
          <w:sz w:val="24"/>
        </w:rPr>
        <w:t>(xi)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make additions to [and/or] amend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existing trust for my benefit.</w:t>
      </w:r>
    </w:p>
    <w:p>
      <w:pPr>
        <w:keepNext w:val="0"/>
        <w:spacing w:before="120" w:after="0" w:line="260" w:lineRule="exact"/>
        <w:ind w:left="1440" w:right="0" w:firstLine="0"/>
        <w:jc w:val="left"/>
      </w:pPr>
      <w:r>
        <w:rPr>
          <w:rFonts w:ascii="Times New Roman" w:hAnsi="Times New Roman" w:eastAsia="Times New Roman" w:cs="Times New Roman"/>
          <w:b w:val="0"/>
          <w:sz w:val="24"/>
        </w:rPr>
        <w:t>(xii)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disclaim any interest in property.</w:t>
      </w:r>
    </w:p>
    <w:p>
      <w:pPr>
        <w:keepNext w:val="0"/>
        <w:spacing w:before="120" w:after="0" w:line="260" w:lineRule="exact"/>
        <w:ind w:left="1440" w:right="0" w:firstLine="0"/>
        <w:jc w:val="left"/>
      </w:pPr>
      <w:r>
        <w:rPr>
          <w:rFonts w:ascii="Times New Roman" w:hAnsi="Times New Roman" w:eastAsia="Times New Roman" w:cs="Times New Roman"/>
          <w:b w:val="0"/>
          <w:sz w:val="24"/>
        </w:rPr>
        <w:t>(xiii)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renounce fiduciary positions.</w:t>
      </w:r>
    </w:p>
    <w:p>
      <w:pPr>
        <w:keepNext w:val="0"/>
        <w:spacing w:before="120" w:after="0" w:line="260" w:lineRule="exact"/>
        <w:ind w:left="1440" w:right="0" w:firstLine="0"/>
        <w:jc w:val="left"/>
      </w:pPr>
      <w:r>
        <w:rPr>
          <w:rFonts w:ascii="Times New Roman" w:hAnsi="Times New Roman" w:eastAsia="Times New Roman" w:cs="Times New Roman"/>
          <w:b w:val="0"/>
          <w:sz w:val="24"/>
        </w:rPr>
        <w:t>(xiv)</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withdraw and receive the income or corpus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w:t>
      </w:r>
    </w:p>
    <w:p>
      <w:pPr>
        <w:keepNext w:val="0"/>
        <w:spacing w:before="120" w:after="0" w:line="260" w:lineRule="exact"/>
        <w:ind w:left="1440" w:right="0" w:firstLine="0"/>
        <w:jc w:val="left"/>
      </w:pPr>
      <w:r>
        <w:rPr>
          <w:rFonts w:ascii="Times New Roman" w:hAnsi="Times New Roman" w:eastAsia="Times New Roman" w:cs="Times New Roman"/>
          <w:b w:val="0"/>
          <w:sz w:val="24"/>
        </w:rPr>
        <w:t>(xv)</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claim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elective share of the estate of my deceased spouse.</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Claims and Lawsuits.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pursue claims and litigation.</w:t>
      </w:r>
    </w:p>
    <w:p>
      <w:pPr>
        <w:keepNext w:val="0"/>
        <w:spacing w:before="120" w:after="0" w:line="260" w:lineRule="exact"/>
        <w:ind w:left="108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Tax Matters.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pursue tax matters.</w:t>
      </w:r>
    </w:p>
    <w:p>
      <w:pPr>
        <w:keepNext w:val="0"/>
        <w:spacing w:before="120" w:after="0" w:line="260" w:lineRule="exact"/>
        <w:ind w:left="108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Miscellaneous.</w:t>
      </w:r>
    </w:p>
    <w:p>
      <w:pPr>
        <w:keepNext w:val="0"/>
        <w:spacing w:before="120" w:after="0" w:line="260" w:lineRule="exact"/>
        <w:ind w:left="1440" w:right="0" w:firstLine="0"/>
        <w:jc w:val="left"/>
      </w:pPr>
      <w:r>
        <w:rPr>
          <w:rFonts w:ascii="Times New Roman" w:hAnsi="Times New Roman" w:eastAsia="Times New Roman" w:cs="Times New Roman"/>
          <w:b w:val="0"/>
          <w:sz w:val="24"/>
        </w:rPr>
        <w:t>(i)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demand and receive any of my property held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broker, custodian or bailee; and to deliver my property to and/or maintain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account in my name with any such person.</w:t>
      </w:r>
    </w:p>
    <w:p>
      <w:pPr>
        <w:keepNext w:val="0"/>
        <w:spacing w:before="120" w:after="0" w:line="260" w:lineRule="exact"/>
        <w:ind w:left="1440" w:right="0" w:firstLine="0"/>
        <w:jc w:val="left"/>
      </w:pPr>
      <w:r>
        <w:rPr>
          <w:rFonts w:ascii="Times New Roman" w:hAnsi="Times New Roman" w:eastAsia="Times New Roman" w:cs="Times New Roman"/>
          <w:b w:val="0"/>
          <w:sz w:val="24"/>
        </w:rPr>
        <w:t>(ii)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receive and open any mail addressed to me.</w:t>
      </w:r>
    </w:p>
    <w:p>
      <w:pPr>
        <w:keepNext w:val="0"/>
        <w:spacing w:before="120" w:after="0" w:line="260" w:lineRule="exact"/>
        <w:ind w:left="1440" w:right="0" w:firstLine="0"/>
        <w:jc w:val="left"/>
      </w:pPr>
      <w:r>
        <w:rPr>
          <w:rFonts w:ascii="Times New Roman" w:hAnsi="Times New Roman" w:eastAsia="Times New Roman" w:cs="Times New Roman"/>
          <w:b w:val="0"/>
          <w:sz w:val="24"/>
        </w:rPr>
        <w:t>(iii)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enter upon my dwelling; to have custody of the keys; to move any furniture, personal effects or other property into or out of my dwelling; and to order any utilities or services connected or disconnected.</w:t>
      </w:r>
    </w:p>
    <w:p>
      <w:pPr>
        <w:keepNext w:val="0"/>
        <w:spacing w:before="120" w:after="0" w:line="260" w:lineRule="exact"/>
        <w:ind w:left="1440" w:right="0" w:firstLine="0"/>
        <w:jc w:val="left"/>
      </w:pPr>
      <w:r>
        <w:rPr>
          <w:rFonts w:ascii="Times New Roman" w:hAnsi="Times New Roman" w:eastAsia="Times New Roman" w:cs="Times New Roman"/>
          <w:b w:val="0"/>
          <w:sz w:val="24"/>
        </w:rPr>
        <w:t>(iv)</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receive confidential information about my person or estate from my lawyers, doctors, clergymen, hospitals, brokers, bankers, and others in possession of such information.</w:t>
      </w:r>
    </w:p>
    <w:p>
      <w:pPr>
        <w:keepNext w:val="0"/>
        <w:spacing w:before="120" w:after="0" w:line="260" w:lineRule="exact"/>
        <w:ind w:left="36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Specific Additional Powers Included in General Power.</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Specific Powers Under PEF Code Section 5601.4.</w:t>
      </w:r>
    </w:p>
    <w:p>
      <w:pPr>
        <w:keepNext w:val="0"/>
        <w:spacing w:before="200" w:after="0" w:line="260" w:lineRule="exact"/>
        <w:ind w:left="1080" w:right="0" w:firstLine="0"/>
        <w:jc w:val="both"/>
      </w:pPr>
      <w:r>
        <w:rPr>
          <w:rFonts w:ascii="Times New Roman" w:hAnsi="Times New Roman" w:eastAsia="Times New Roman" w:cs="Times New Roman"/>
          <w:b w:val="0"/>
          <w:sz w:val="24"/>
        </w:rPr>
        <w:t>My agent may do the following on my behalf and with my property, provided the exercise of the authority granted hereunder is not otherwise prohibited by another agreement or instrument to which I or my property is subject:</w:t>
      </w:r>
    </w:p>
    <w:p>
      <w:pPr>
        <w:keepNext w:val="0"/>
        <w:spacing w:before="120" w:after="0" w:line="260" w:lineRule="exact"/>
        <w:ind w:left="1440" w:right="0" w:firstLine="0"/>
        <w:jc w:val="left"/>
      </w:pPr>
      <w:r>
        <w:rPr>
          <w:rFonts w:ascii="Times New Roman" w:hAnsi="Times New Roman" w:eastAsia="Times New Roman" w:cs="Times New Roman"/>
          <w:b w:val="0"/>
          <w:sz w:val="24"/>
        </w:rPr>
        <w:t>(i)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Create, amend, revoke, or terminate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 vivos trust as permitted under 20 Pa. Cons. Stat. Ann. § 5602(</w:t>
      </w:r>
      <w:r>
        <w:rPr>
          <w:rFonts w:ascii="Times New Roman" w:hAnsi="Times New Roman" w:eastAsia="Times New Roman" w:cs="Times New Roman"/>
          <w:b/>
          <w:sz w:val="24"/>
        </w:rPr>
        <w:t>a</w:t>
      </w:r>
      <w:r>
        <w:rPr>
          <w:rFonts w:ascii="Times New Roman" w:hAnsi="Times New Roman" w:eastAsia="Times New Roman" w:cs="Times New Roman"/>
          <w:b w:val="0"/>
          <w:sz w:val="24"/>
        </w:rPr>
        <w:t>)(2),(3),(7).</w:t>
      </w:r>
    </w:p>
    <w:p>
      <w:pPr>
        <w:keepNext w:val="0"/>
        <w:spacing w:before="120" w:after="0" w:line="260" w:lineRule="exact"/>
        <w:ind w:left="1440" w:right="0" w:firstLine="0"/>
        <w:jc w:val="left"/>
      </w:pPr>
      <w:r>
        <w:rPr>
          <w:rFonts w:ascii="Times New Roman" w:hAnsi="Times New Roman" w:eastAsia="Times New Roman" w:cs="Times New Roman"/>
          <w:b w:val="0"/>
          <w:sz w:val="24"/>
        </w:rPr>
        <w:t>(ii)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Make "gifts" as further provided in paragraph </w:t>
      </w:r>
      <w:r>
        <w:rPr>
          <w:rFonts w:ascii="Times New Roman" w:hAnsi="Times New Roman" w:eastAsia="Times New Roman" w:cs="Times New Roman"/>
          <w:b w:val="0"/>
          <w:sz w:val="24"/>
        </w:rPr>
        <w:t>3.</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below.</w:t>
      </w:r>
    </w:p>
    <w:p>
      <w:pPr>
        <w:keepNext w:val="0"/>
        <w:spacing w:before="120" w:after="0" w:line="260" w:lineRule="exact"/>
        <w:ind w:left="1440" w:right="0" w:firstLine="0"/>
        <w:jc w:val="left"/>
      </w:pPr>
      <w:r>
        <w:rPr>
          <w:rFonts w:ascii="Times New Roman" w:hAnsi="Times New Roman" w:eastAsia="Times New Roman" w:cs="Times New Roman"/>
          <w:b w:val="0"/>
          <w:sz w:val="24"/>
        </w:rPr>
        <w:t>(iii)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Create or change rights of survivorship.</w:t>
      </w:r>
    </w:p>
    <w:p>
      <w:pPr>
        <w:keepNext w:val="0"/>
        <w:spacing w:before="120" w:after="0" w:line="260" w:lineRule="exact"/>
        <w:ind w:left="1440" w:right="0" w:firstLine="0"/>
        <w:jc w:val="left"/>
      </w:pPr>
      <w:r>
        <w:rPr>
          <w:rFonts w:ascii="Times New Roman" w:hAnsi="Times New Roman" w:eastAsia="Times New Roman" w:cs="Times New Roman"/>
          <w:b w:val="0"/>
          <w:sz w:val="24"/>
        </w:rPr>
        <w:t>(iv)</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Create or change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designation.</w:t>
      </w:r>
    </w:p>
    <w:p>
      <w:pPr>
        <w:keepNext w:val="0"/>
        <w:spacing w:before="120" w:after="0" w:line="260" w:lineRule="exact"/>
        <w:ind w:left="1440" w:right="0" w:firstLine="0"/>
        <w:jc w:val="left"/>
      </w:pPr>
      <w:r>
        <w:rPr>
          <w:rFonts w:ascii="Times New Roman" w:hAnsi="Times New Roman" w:eastAsia="Times New Roman" w:cs="Times New Roman"/>
          <w:b w:val="0"/>
          <w:sz w:val="24"/>
        </w:rPr>
        <w:t>(v)</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Delegate authority granted under the power of attorney as further provided in paragraph </w:t>
      </w:r>
      <w:r>
        <w:rPr>
          <w:rFonts w:ascii="Times New Roman" w:hAnsi="Times New Roman" w:eastAsia="Times New Roman" w:cs="Times New Roman"/>
          <w:b w:val="0"/>
          <w:sz w:val="24"/>
        </w:rPr>
        <w:t>3.</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below.</w:t>
      </w:r>
    </w:p>
    <w:p>
      <w:pPr>
        <w:keepNext w:val="0"/>
        <w:spacing w:before="120" w:after="0" w:line="260" w:lineRule="exact"/>
        <w:ind w:left="1440" w:right="0" w:firstLine="0"/>
        <w:jc w:val="left"/>
      </w:pPr>
      <w:r>
        <w:rPr>
          <w:rFonts w:ascii="Times New Roman" w:hAnsi="Times New Roman" w:eastAsia="Times New Roman" w:cs="Times New Roman"/>
          <w:b w:val="0"/>
          <w:sz w:val="24"/>
        </w:rPr>
        <w:t>(vi)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Waive my right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joint and survivor annuity,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survivor benefit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retirement plan.</w:t>
      </w:r>
    </w:p>
    <w:p>
      <w:pPr>
        <w:keepNext w:val="0"/>
        <w:spacing w:before="120" w:after="0" w:line="260" w:lineRule="exact"/>
        <w:ind w:left="1440" w:right="0" w:firstLine="0"/>
        <w:jc w:val="left"/>
      </w:pPr>
      <w:r>
        <w:rPr>
          <w:rFonts w:ascii="Times New Roman" w:hAnsi="Times New Roman" w:eastAsia="Times New Roman" w:cs="Times New Roman"/>
          <w:b w:val="0"/>
          <w:sz w:val="24"/>
        </w:rPr>
        <w:t>(vii)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Exercise fiduciary powers that I have the authority to delegate.</w:t>
      </w:r>
    </w:p>
    <w:p>
      <w:pPr>
        <w:keepNext w:val="0"/>
        <w:spacing w:before="120" w:after="0" w:line="260" w:lineRule="exact"/>
        <w:ind w:left="1440" w:right="0" w:firstLine="0"/>
        <w:jc w:val="left"/>
      </w:pPr>
      <w:r>
        <w:rPr>
          <w:rFonts w:ascii="Times New Roman" w:hAnsi="Times New Roman" w:eastAsia="Times New Roman" w:cs="Times New Roman"/>
          <w:b w:val="0"/>
          <w:sz w:val="24"/>
        </w:rPr>
        <w:t>(viii)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Disclaim property,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appointment.</w:t>
      </w:r>
    </w:p>
    <w:p>
      <w:pPr>
        <w:keepNext w:val="0"/>
        <w:spacing w:before="120" w:after="0" w:line="260" w:lineRule="exact"/>
        <w:ind w:left="72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to Delegate.</w:t>
      </w:r>
    </w:p>
    <w:p>
      <w:pPr>
        <w:keepNext w:val="0"/>
        <w:spacing w:before="200" w:after="0" w:line="260" w:lineRule="exact"/>
        <w:ind w:left="1080" w:right="0" w:firstLine="0"/>
        <w:jc w:val="both"/>
      </w:pPr>
      <w:r>
        <w:rPr>
          <w:rFonts w:ascii="Times New Roman" w:hAnsi="Times New Roman" w:eastAsia="Times New Roman" w:cs="Times New Roman"/>
          <w:b w:val="0"/>
          <w:sz w:val="24"/>
        </w:rPr>
        <w:t>To delegate any or all of the powers granted hereunder to any person or persons whom my Agent may select.</w:t>
      </w:r>
    </w:p>
    <w:p>
      <w:pPr>
        <w:keepNext w:val="0"/>
        <w:spacing w:before="120" w:after="0" w:line="260" w:lineRule="exact"/>
        <w:ind w:left="72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Regarding Investments.</w:t>
      </w:r>
    </w:p>
    <w:p>
      <w:pPr>
        <w:keepNext w:val="0"/>
        <w:spacing w:before="200" w:after="0" w:line="260" w:lineRule="exact"/>
        <w:ind w:left="1080" w:right="0" w:firstLine="0"/>
        <w:jc w:val="both"/>
      </w:pPr>
      <w:r>
        <w:rPr>
          <w:rFonts w:ascii="Times New Roman" w:hAnsi="Times New Roman" w:eastAsia="Times New Roman" w:cs="Times New Roman"/>
          <w:b w:val="0"/>
          <w:sz w:val="24"/>
        </w:rPr>
        <w:t>To invest in any form of property as permitted in the preceding specific powers, keeping such cash reserves as, in my Agent's discretion, are necessary or desirable to meet conditions as they may exist from time to time. In the exercise of this power, my Agent shall not be limited to so-called "legal investments," but may invest in any variety of real or personal property as in my Agent's discretion may appear to be good and safe investments, and my Agent shall not be liable to me for any error of judgment in the making or continuing of any investment.</w:t>
      </w:r>
    </w:p>
    <w:p>
      <w:pPr>
        <w:keepNext w:val="0"/>
        <w:spacing w:before="120" w:after="0" w:line="260" w:lineRule="exact"/>
        <w:ind w:left="72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Concerning Gifts.</w:t>
      </w:r>
    </w:p>
    <w:p>
      <w:pPr>
        <w:keepNext w:val="0"/>
        <w:spacing w:before="200" w:after="0" w:line="260" w:lineRule="exact"/>
        <w:ind w:left="1080" w:right="0" w:firstLine="0"/>
        <w:jc w:val="both"/>
      </w:pPr>
      <w:r>
        <w:rPr>
          <w:rFonts w:ascii="Times New Roman" w:hAnsi="Times New Roman" w:eastAsia="Times New Roman" w:cs="Times New Roman"/>
          <w:b w:val="0"/>
          <w:sz w:val="24"/>
        </w:rPr>
        <w:t>My agent shall have the power to make gifts as follows:</w:t>
      </w:r>
    </w:p>
    <w:p>
      <w:pPr>
        <w:keepNext w:val="0"/>
        <w:spacing w:before="120" w:after="0" w:line="260" w:lineRule="exact"/>
        <w:ind w:left="1440" w:right="0" w:firstLine="0"/>
        <w:jc w:val="left"/>
      </w:pPr>
      <w:r>
        <w:rPr>
          <w:rFonts w:ascii="Times New Roman" w:hAnsi="Times New Roman" w:eastAsia="Times New Roman" w:cs="Times New Roman"/>
          <w:b w:val="0"/>
          <w:sz w:val="24"/>
        </w:rPr>
        <w:t>(i)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make [unlimited/limited] gifts, as defined in Chapter 56 of the Pennsylvania Probate, Estates and Fiduciaries Code. In addition, to make [unlimited/limited] gifts to, or for the benefit of, any donee who has been the recipient of gifts from me or whom my Agent reasonably considers to be the natural object of my bounty.</w:t>
      </w:r>
    </w:p>
    <w:p>
      <w:pPr>
        <w:keepNext w:val="0"/>
        <w:spacing w:before="120" w:after="0" w:line="260" w:lineRule="exact"/>
        <w:ind w:left="1440" w:right="0" w:firstLine="0"/>
        <w:jc w:val="left"/>
      </w:pPr>
      <w:r>
        <w:rPr>
          <w:rFonts w:ascii="Times New Roman" w:hAnsi="Times New Roman" w:eastAsia="Times New Roman" w:cs="Times New Roman"/>
          <w:b w:val="0"/>
          <w:sz w:val="24"/>
        </w:rPr>
        <w:t>(ii)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All limited gifts made under this Section </w:t>
      </w:r>
      <w:r>
        <w:rPr>
          <w:rFonts w:ascii="Times New Roman" w:hAnsi="Times New Roman" w:eastAsia="Times New Roman" w:cs="Times New Roman"/>
          <w:b w:val="0"/>
          <w:sz w:val="24"/>
        </w:rPr>
        <w:t>3.</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shall be gifts which can be excluded from taxable gifts by Sections 2503(b) or 2503(e) of the Internal Revenue Code, including exclusions available through the use of Section 2513 of the Internal Revenue Code.</w:t>
      </w:r>
    </w:p>
    <w:p>
      <w:pPr>
        <w:keepNext w:val="0"/>
        <w:spacing w:before="120" w:after="0" w:line="260" w:lineRule="exact"/>
        <w:ind w:left="1440" w:right="0" w:firstLine="0"/>
        <w:jc w:val="left"/>
      </w:pPr>
      <w:r>
        <w:rPr>
          <w:rFonts w:ascii="Times New Roman" w:hAnsi="Times New Roman" w:eastAsia="Times New Roman" w:cs="Times New Roman"/>
          <w:b w:val="0"/>
          <w:sz w:val="24"/>
        </w:rPr>
        <w:t>(iii)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Agent may consent, pursuant to section 2513 of the Internal Revenue Code of 1986, to the splitting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made by my spouse; provided that, if my Agent's authority is limited to the making of limited gifts hereunder, such consent may only be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per donee not to exceed the aggregate annual federal gift tax exclusions for both me and my spouse.</w:t>
      </w:r>
    </w:p>
    <w:p>
      <w:pPr>
        <w:keepNext w:val="0"/>
        <w:spacing w:before="120" w:after="0" w:line="260" w:lineRule="exact"/>
        <w:ind w:left="1440" w:right="0" w:firstLine="0"/>
        <w:jc w:val="left"/>
      </w:pPr>
      <w:r>
        <w:rPr>
          <w:rFonts w:ascii="Times New Roman" w:hAnsi="Times New Roman" w:eastAsia="Times New Roman" w:cs="Times New Roman"/>
          <w:b w:val="0"/>
          <w:sz w:val="24"/>
        </w:rPr>
        <w:t>(iv)</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Agent may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of my property only if my Agent determines that such gift is consistent with my objectives actually known by my Agent and, if unknown, as my Agent determines is consistent with my best interest based on all relevant factors, including: (1) the value and nature of my property; (2) my foreseeable obligations and need for maintenance; (3) the minimization of taxes, including income, estate, inheritance, generation-skipping transfer, and gift taxes; (4) my eligibility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benefit, program, or assistance under any international, federal, state, or local statute or regulation; and (5) my personal history of making or joining in making gifts. I further suggest that my Agent consult with, and may reasonably rely upon on the advice of, my attorneys, accountants, tax preparers, and other advisors in determining whether or not to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of any of my property pursuant to the authority granted hereunder.</w:t>
      </w:r>
    </w:p>
    <w:p>
      <w:pPr>
        <w:keepNext w:val="0"/>
        <w:spacing w:before="120" w:after="0" w:line="260" w:lineRule="exact"/>
        <w:ind w:left="36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Duration of Power, Relief from Liability, Revocation.</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This power shall not expire by reason of lapse of time.</w:t>
      </w:r>
    </w:p>
    <w:p>
      <w:pPr>
        <w:keepNext w:val="0"/>
        <w:spacing w:before="120" w:after="0" w:line="260" w:lineRule="exact"/>
        <w:ind w:left="720" w:right="0" w:firstLine="0"/>
        <w:jc w:val="left"/>
      </w:pPr>
      <w:r>
        <w:rPr>
          <w:rFonts w:ascii="Times New Roman" w:hAnsi="Times New Roman" w:eastAsia="Times New Roman" w:cs="Times New Roman"/>
          <w:b w:val="0"/>
          <w:sz w:val="24"/>
        </w:rPr>
        <w:t>(b)</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 hereby ratify and confirm all that my Agent shall do or causes to be done under this General Power of Attorney. I specifically direct that my Agent shall not be subject to any liability by reason of any of my Agent's decisions, acts or failures to act, all of which shall be conclusive and binding upon me, my personal representatives, heirs and assigns. Furthermore, except in the case of malfeasance of office, I agree to indemnify my Agent, and hold my Agent harmless, from all claims that may be made against my Agent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my Agent's service hereunder and I hereby agree to reimburse my Agent in the amount of any damages, costs and expenses that may be incurred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any such claim.</w:t>
      </w:r>
    </w:p>
    <w:p>
      <w:pPr>
        <w:keepNext w:val="0"/>
        <w:spacing w:before="120" w:after="0" w:line="260" w:lineRule="exact"/>
        <w:ind w:left="720" w:right="0" w:firstLine="0"/>
        <w:jc w:val="left"/>
      </w:pPr>
      <w:r>
        <w:rPr>
          <w:rFonts w:ascii="Times New Roman" w:hAnsi="Times New Roman" w:eastAsia="Times New Roman" w:cs="Times New Roman"/>
          <w:b w:val="0"/>
          <w:sz w:val="24"/>
        </w:rPr>
        <w:t>(c)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This power of attorney shall be revoked by my giving to my Agent written notification of the revocation, which notice shall not be considered binding unless actually received.</w:t>
      </w:r>
    </w:p>
    <w:p>
      <w:pPr>
        <w:keepNext w:val="0"/>
        <w:spacing w:before="200" w:after="0" w:line="260" w:lineRule="exact"/>
        <w:ind w:left="720" w:right="0" w:firstLine="0"/>
        <w:jc w:val="both"/>
      </w:pPr>
      <w:r>
        <w:rPr>
          <w:rFonts w:ascii="Times New Roman" w:hAnsi="Times New Roman" w:eastAsia="Times New Roman" w:cs="Times New Roman"/>
          <w:b w:val="0"/>
          <w:sz w:val="24"/>
        </w:rPr>
        <w:t>This power of attorney is executed in three (3) counterparts, of which this is counterpart No. [number].</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and intending to be legally bound, I have hereunto set my hand and seal this [Month Day, 20__].</w:t>
      </w:r>
    </w:p>
    <w:p>
      <w:pPr>
        <w:keepNext w:val="0"/>
        <w:spacing w:before="120" w:after="0" w:line="260" w:lineRule="exact"/>
        <w:ind w:left="360" w:right="0" w:firstLine="0"/>
        <w:jc w:val="left"/>
      </w:pPr>
      <w:r>
        <w:rPr>
          <w:rFonts w:ascii="Times New Roman" w:hAnsi="Times New Roman" w:eastAsia="Times New Roman" w:cs="Times New Roman"/>
          <w:b w:val="0"/>
          <w:sz w:val="24"/>
        </w:rPr>
        <w:t>Signed, sealed, and delivered</w:t>
      </w:r>
    </w:p>
    <w:p>
      <w:pPr>
        <w:keepNext w:val="0"/>
        <w:spacing w:before="120" w:after="0" w:line="260" w:lineRule="exact"/>
        <w:ind w:left="360" w:right="0" w:firstLine="0"/>
        <w:jc w:val="left"/>
      </w:pPr>
      <w:r>
        <w:rPr>
          <w:rFonts w:ascii="Times New Roman" w:hAnsi="Times New Roman" w:eastAsia="Times New Roman" w:cs="Times New Roman"/>
          <w:b w:val="0"/>
          <w:sz w:val="24"/>
        </w:rPr>
        <w:t>in the presence of:</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witness], Witness</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witness], Witness</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principal], Principal</w:t>
      </w:r>
    </w:p>
    <w:p>
      <w:pPr>
        <w:keepNext w:val="0"/>
        <w:spacing w:before="120" w:after="0" w:line="260" w:lineRule="exact"/>
        <w:ind w:left="360" w:right="0" w:firstLine="0"/>
        <w:jc w:val="left"/>
      </w:pPr>
      <w:r>
        <w:rPr>
          <w:rFonts w:ascii="Times New Roman" w:hAnsi="Times New Roman" w:eastAsia="Times New Roman" w:cs="Times New Roman"/>
          <w:b w:val="0"/>
          <w:sz w:val="24"/>
        </w:rPr>
        <w:t>(Seal)</w:t>
      </w:r>
    </w:p>
    <w:p>
      <w:pPr/>
    </w:p>
    <w:p>
      <w:pPr>
        <w:keepNext w:val="0"/>
        <w:spacing w:before="200" w:after="0" w:line="260" w:lineRule="exact"/>
        <w:ind w:left="360" w:right="0" w:firstLine="0"/>
        <w:jc w:val="center"/>
      </w:pPr>
      <w:r>
        <w:rPr>
          <w:rFonts w:ascii="Times New Roman" w:hAnsi="Times New Roman" w:eastAsia="Times New Roman" w:cs="Times New Roman"/>
          <w:b/>
          <w:sz w:val="24"/>
        </w:rPr>
        <w:t>ACKNOWLEDGMENT OF AGENT</w:t>
      </w:r>
    </w:p>
    <w:p>
      <w:pPr>
        <w:keepNext w:val="0"/>
        <w:spacing w:before="200" w:after="0" w:line="260" w:lineRule="exact"/>
        <w:ind w:left="720" w:right="0" w:firstLine="0"/>
        <w:jc w:val="both"/>
      </w:pPr>
      <w:r>
        <w:rPr>
          <w:rFonts w:ascii="Times New Roman" w:hAnsi="Times New Roman" w:eastAsia="Times New Roman" w:cs="Times New Roman"/>
          <w:b w:val="0"/>
          <w:sz w:val="24"/>
        </w:rPr>
        <w:t>I, [name of agent], have read the attached power of attorney and am the person identified as the agent for the principal. I hereby acknowledge that when I act as agent:</w:t>
      </w:r>
    </w:p>
    <w:p>
      <w:pPr>
        <w:keepNext w:val="0"/>
        <w:spacing w:before="200" w:after="0" w:line="260" w:lineRule="exact"/>
        <w:ind w:left="720" w:right="0" w:firstLine="0"/>
        <w:jc w:val="both"/>
      </w:pPr>
      <w:r>
        <w:rPr>
          <w:rFonts w:ascii="Times New Roman" w:hAnsi="Times New Roman" w:eastAsia="Times New Roman" w:cs="Times New Roman"/>
          <w:b w:val="0"/>
          <w:sz w:val="24"/>
        </w:rPr>
        <w:t>I shall act in accordance with the principal's reasonable expectations to the extent actually known by me and, otherwise, in the principal's best interest, act in good faith, and act only within the scope of authority granted to me by the principal in the power of attorney.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In furtherance of the foregoing, I hereby further acknowledge that in the absence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provision to the contrary in the power of attorney or in Title 20 of the Pennsylvania Consolidated Statutes, when I act as agent:</w:t>
      </w:r>
    </w:p>
    <w:p>
      <w:pPr>
        <w:keepNext w:val="0"/>
        <w:spacing w:before="200" w:after="0" w:line="260" w:lineRule="exact"/>
        <w:ind w:left="1080" w:right="0" w:firstLine="0"/>
        <w:jc w:val="both"/>
      </w:pPr>
      <w:r>
        <w:rPr>
          <w:rFonts w:ascii="Times New Roman" w:hAnsi="Times New Roman" w:eastAsia="Times New Roman" w:cs="Times New Roman"/>
          <w:b w:val="0"/>
          <w:sz w:val="24"/>
        </w:rPr>
        <w:t>I shall act loyally and exercise the powers solely for the benefit of the principal.</w:t>
      </w:r>
    </w:p>
    <w:p>
      <w:pPr>
        <w:keepNext w:val="0"/>
        <w:spacing w:before="200" w:after="0" w:line="260" w:lineRule="exact"/>
        <w:ind w:left="1080" w:right="0" w:firstLine="0"/>
        <w:jc w:val="both"/>
      </w:pPr>
      <w:r>
        <w:rPr>
          <w:rFonts w:ascii="Times New Roman" w:hAnsi="Times New Roman" w:eastAsia="Times New Roman" w:cs="Times New Roman"/>
          <w:b w:val="0"/>
          <w:sz w:val="24"/>
        </w:rPr>
        <w:t>I shall keep the assets of the principal separate from my assets.</w:t>
      </w:r>
    </w:p>
    <w:p>
      <w:pPr>
        <w:keepNext w:val="0"/>
        <w:spacing w:before="200" w:after="0" w:line="260" w:lineRule="exact"/>
        <w:ind w:left="1080" w:right="0" w:firstLine="0"/>
        <w:jc w:val="both"/>
      </w:pPr>
      <w:r>
        <w:rPr>
          <w:rFonts w:ascii="Times New Roman" w:hAnsi="Times New Roman" w:eastAsia="Times New Roman" w:cs="Times New Roman"/>
          <w:b w:val="0"/>
          <w:sz w:val="24"/>
        </w:rPr>
        <w:t>I shall exercise reasonable caution and prudence, and act with the care, competence and diligence ordinarily exercised by agents in similar circumstances.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 shall keep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full and accurate record of all actions, receipts, disbursements and transactions made on behalf of the principal.</w:t>
      </w:r>
    </w:p>
    <w:p>
      <w:pPr>
        <w:keepNext w:val="0"/>
        <w:spacing w:before="120" w:after="0" w:line="260" w:lineRule="exact"/>
        <w:ind w:left="720" w:right="0" w:firstLine="0"/>
        <w:jc w:val="left"/>
      </w:pPr>
      <w:r>
        <w:rPr>
          <w:rFonts w:ascii="Times New Roman" w:hAnsi="Times New Roman" w:eastAsia="Times New Roman" w:cs="Times New Roman"/>
          <w:b w:val="0"/>
          <w:sz w:val="24"/>
        </w:rPr>
        <w:t>Date: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agent]</w:t>
      </w:r>
    </w:p>
    <w:p>
      <w:pPr/>
    </w:p>
    <w:p>
      <w:pPr>
        <w:keepNext w:val="0"/>
        <w:spacing w:before="200" w:after="0" w:line="260" w:lineRule="exact"/>
        <w:ind w:left="360" w:right="0" w:firstLine="0"/>
        <w:jc w:val="center"/>
      </w:pPr>
      <w:r>
        <w:rPr>
          <w:rFonts w:ascii="Times New Roman" w:hAnsi="Times New Roman" w:eastAsia="Times New Roman" w:cs="Times New Roman"/>
          <w:b/>
          <w:sz w:val="24"/>
        </w:rPr>
        <w:t>ACKNOWLEDGMENT OF AGENT (Coagent)</w:t>
      </w:r>
    </w:p>
    <w:p>
      <w:pPr>
        <w:keepNext w:val="0"/>
        <w:spacing w:before="200" w:after="0" w:line="260" w:lineRule="exact"/>
        <w:ind w:left="720" w:right="0" w:firstLine="0"/>
        <w:jc w:val="both"/>
      </w:pPr>
      <w:r>
        <w:rPr>
          <w:rFonts w:ascii="Times New Roman" w:hAnsi="Times New Roman" w:eastAsia="Times New Roman" w:cs="Times New Roman"/>
          <w:b w:val="0"/>
          <w:sz w:val="24"/>
        </w:rPr>
        <w:t>I, [name of coagent], have read the attached power of attorney and am the person identified as the agent for the principal. I hereby acknowledge that when I act as agent:</w:t>
      </w:r>
    </w:p>
    <w:p>
      <w:pPr>
        <w:keepNext w:val="0"/>
        <w:spacing w:before="200" w:after="0" w:line="260" w:lineRule="exact"/>
        <w:ind w:left="1080" w:right="0" w:firstLine="0"/>
        <w:jc w:val="both"/>
      </w:pPr>
      <w:r>
        <w:rPr>
          <w:rFonts w:ascii="Times New Roman" w:hAnsi="Times New Roman" w:eastAsia="Times New Roman" w:cs="Times New Roman"/>
          <w:b w:val="0"/>
          <w:sz w:val="24"/>
        </w:rPr>
        <w:t>I shall act in accordance with the principal's reasonable expectations to the extent actually known by me and, otherwise, in the principal's best interest, act in good faith and act only within the scope of authority granted to me by the principal in the power of attorney.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In furtherance of the foregoing, I hereby further acknowledge that in the absence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provision to the contrary in the power of attorney or in Title 20 of the Pennsylvania Consolidated Statutes, when I act as agent:</w:t>
      </w:r>
    </w:p>
    <w:p>
      <w:pPr>
        <w:keepNext w:val="0"/>
        <w:spacing w:before="200" w:after="0" w:line="260" w:lineRule="exact"/>
        <w:ind w:left="1080" w:right="0" w:firstLine="0"/>
        <w:jc w:val="both"/>
      </w:pPr>
      <w:r>
        <w:rPr>
          <w:rFonts w:ascii="Times New Roman" w:hAnsi="Times New Roman" w:eastAsia="Times New Roman" w:cs="Times New Roman"/>
          <w:b w:val="0"/>
          <w:sz w:val="24"/>
        </w:rPr>
        <w:t>I shall act loyally and exercise the powers solely for the benefit of the principal.</w:t>
      </w:r>
    </w:p>
    <w:p>
      <w:pPr>
        <w:keepNext w:val="0"/>
        <w:spacing w:before="200" w:after="0" w:line="260" w:lineRule="exact"/>
        <w:ind w:left="1080" w:right="0" w:firstLine="0"/>
        <w:jc w:val="both"/>
      </w:pPr>
      <w:r>
        <w:rPr>
          <w:rFonts w:ascii="Times New Roman" w:hAnsi="Times New Roman" w:eastAsia="Times New Roman" w:cs="Times New Roman"/>
          <w:b w:val="0"/>
          <w:sz w:val="24"/>
        </w:rPr>
        <w:t>I shall keep the assets of the principal separate from my assets.</w:t>
      </w:r>
    </w:p>
    <w:p>
      <w:pPr>
        <w:keepNext w:val="0"/>
        <w:spacing w:before="200" w:after="0" w:line="260" w:lineRule="exact"/>
        <w:ind w:left="1080" w:right="0" w:firstLine="0"/>
        <w:jc w:val="both"/>
      </w:pPr>
      <w:r>
        <w:rPr>
          <w:rFonts w:ascii="Times New Roman" w:hAnsi="Times New Roman" w:eastAsia="Times New Roman" w:cs="Times New Roman"/>
          <w:b w:val="0"/>
          <w:sz w:val="24"/>
        </w:rPr>
        <w:t>I shall exercise reasonable caution and prudence, and act with the care, competence and diligence ordinarily exercised by agents in similar circumstances.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 shall keep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full and accurate record of all actions, receipts, disbursements and transactions made on behalf of the principal.</w:t>
      </w:r>
    </w:p>
    <w:p>
      <w:pPr>
        <w:keepNext w:val="0"/>
        <w:spacing w:before="120" w:after="0" w:line="260" w:lineRule="exact"/>
        <w:ind w:left="720" w:right="0" w:firstLine="0"/>
        <w:jc w:val="left"/>
      </w:pPr>
      <w:r>
        <w:rPr>
          <w:rFonts w:ascii="Times New Roman" w:hAnsi="Times New Roman" w:eastAsia="Times New Roman" w:cs="Times New Roman"/>
          <w:b w:val="0"/>
          <w:sz w:val="24"/>
        </w:rPr>
        <w:t>Date: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coagent]</w:t>
      </w:r>
    </w:p>
    <w:p>
      <w:pPr/>
    </w:p>
    <w:p>
      <w:pPr>
        <w:keepNext w:val="0"/>
        <w:spacing w:before="200" w:after="0" w:line="260" w:lineRule="exact"/>
        <w:ind w:left="360" w:right="0" w:firstLine="0"/>
        <w:jc w:val="center"/>
      </w:pPr>
      <w:r>
        <w:rPr>
          <w:rFonts w:ascii="Times New Roman" w:hAnsi="Times New Roman" w:eastAsia="Times New Roman" w:cs="Times New Roman"/>
          <w:b/>
          <w:sz w:val="24"/>
        </w:rPr>
        <w:t>ACKNOWLEDGMENT OF AGENT (Successor)</w:t>
      </w:r>
    </w:p>
    <w:p>
      <w:pPr>
        <w:keepNext w:val="0"/>
        <w:spacing w:before="200" w:after="0" w:line="260" w:lineRule="exact"/>
        <w:ind w:left="720" w:right="0" w:firstLine="0"/>
        <w:jc w:val="both"/>
      </w:pPr>
      <w:r>
        <w:rPr>
          <w:rFonts w:ascii="Times New Roman" w:hAnsi="Times New Roman" w:eastAsia="Times New Roman" w:cs="Times New Roman"/>
          <w:b w:val="0"/>
          <w:sz w:val="24"/>
        </w:rPr>
        <w:t>I, [successor agent], have read the attached power of attorney and am the person identified as the agent for the principal. I hereby acknowledge that when I act as agent:</w:t>
      </w:r>
    </w:p>
    <w:p>
      <w:pPr>
        <w:keepNext w:val="0"/>
        <w:spacing w:before="200" w:after="0" w:line="260" w:lineRule="exact"/>
        <w:ind w:left="1080" w:right="0" w:firstLine="0"/>
        <w:jc w:val="both"/>
      </w:pPr>
      <w:r>
        <w:rPr>
          <w:rFonts w:ascii="Times New Roman" w:hAnsi="Times New Roman" w:eastAsia="Times New Roman" w:cs="Times New Roman"/>
          <w:b w:val="0"/>
          <w:sz w:val="24"/>
        </w:rPr>
        <w:t>I shall act in accordance with the principal's reasonable expectations to the extent actually known by me and, otherwise, in the principal's best interest, act in good faith and act only within the scope of authority granted to me by the principal in the power of attorney.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In furtherance of the foregoing, I hereby further acknowledge that in the absence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provision to the contrary in the power of attorney or in Title 20 of the Pennsylvania Consolidated Statutes, when I act as agent:</w:t>
      </w:r>
    </w:p>
    <w:p>
      <w:pPr>
        <w:keepNext w:val="0"/>
        <w:spacing w:before="200" w:after="0" w:line="260" w:lineRule="exact"/>
        <w:ind w:left="1080" w:right="0" w:firstLine="0"/>
        <w:jc w:val="both"/>
      </w:pPr>
      <w:r>
        <w:rPr>
          <w:rFonts w:ascii="Times New Roman" w:hAnsi="Times New Roman" w:eastAsia="Times New Roman" w:cs="Times New Roman"/>
          <w:b w:val="0"/>
          <w:sz w:val="24"/>
        </w:rPr>
        <w:t>I shall act loyally and exercise the powers solely for the benefit of the principal.</w:t>
      </w:r>
    </w:p>
    <w:p>
      <w:pPr>
        <w:keepNext w:val="0"/>
        <w:spacing w:before="200" w:after="0" w:line="260" w:lineRule="exact"/>
        <w:ind w:left="1080" w:right="0" w:firstLine="0"/>
        <w:jc w:val="both"/>
      </w:pPr>
      <w:r>
        <w:rPr>
          <w:rFonts w:ascii="Times New Roman" w:hAnsi="Times New Roman" w:eastAsia="Times New Roman" w:cs="Times New Roman"/>
          <w:b w:val="0"/>
          <w:sz w:val="24"/>
        </w:rPr>
        <w:t>I shall keep the assets of the principal separate from my assets.</w:t>
      </w:r>
    </w:p>
    <w:p>
      <w:pPr>
        <w:keepNext w:val="0"/>
        <w:spacing w:before="200" w:after="0" w:line="260" w:lineRule="exact"/>
        <w:ind w:left="1080" w:right="0" w:firstLine="0"/>
        <w:jc w:val="both"/>
      </w:pPr>
      <w:r>
        <w:rPr>
          <w:rFonts w:ascii="Times New Roman" w:hAnsi="Times New Roman" w:eastAsia="Times New Roman" w:cs="Times New Roman"/>
          <w:b w:val="0"/>
          <w:sz w:val="24"/>
        </w:rPr>
        <w:t>I shall exercise reasonable caution and prudence, and act with the care, competence and diligence ordinarily exercised by agents in similar circumstances.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 shall keep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full and accurate record of all actions, receipts, disbursements and transactions made on behalf of the principal.</w:t>
      </w:r>
    </w:p>
    <w:p>
      <w:pPr>
        <w:keepNext w:val="0"/>
        <w:spacing w:before="120" w:after="0" w:line="260" w:lineRule="exact"/>
        <w:ind w:left="720" w:right="0" w:firstLine="0"/>
        <w:jc w:val="left"/>
      </w:pPr>
      <w:r>
        <w:rPr>
          <w:rFonts w:ascii="Times New Roman" w:hAnsi="Times New Roman" w:eastAsia="Times New Roman" w:cs="Times New Roman"/>
          <w:b w:val="0"/>
          <w:sz w:val="24"/>
        </w:rPr>
        <w:t>Date: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successor agent]</w:t>
      </w:r>
    </w:p>
    <w:p>
      <w:pPr/>
    </w:p>
    <w:p>
      <w:pPr>
        <w:keepNext w:val="0"/>
        <w:spacing w:before="200" w:after="0" w:line="260" w:lineRule="exact"/>
        <w:ind w:left="360" w:right="0" w:firstLine="0"/>
        <w:jc w:val="center"/>
      </w:pPr>
      <w:r>
        <w:rPr>
          <w:rFonts w:ascii="Times New Roman" w:hAnsi="Times New Roman" w:eastAsia="Times New Roman" w:cs="Times New Roman"/>
          <w:b/>
          <w:sz w:val="24"/>
        </w:rPr>
        <w:t>ACKNOWLEDGMENT OF AGENT (Gifting Agent)</w:t>
      </w:r>
    </w:p>
    <w:p>
      <w:pPr>
        <w:keepNext w:val="0"/>
        <w:spacing w:before="200" w:after="0" w:line="260" w:lineRule="exact"/>
        <w:ind w:left="720" w:right="0" w:firstLine="0"/>
        <w:jc w:val="both"/>
      </w:pPr>
      <w:r>
        <w:rPr>
          <w:rFonts w:ascii="Times New Roman" w:hAnsi="Times New Roman" w:eastAsia="Times New Roman" w:cs="Times New Roman"/>
          <w:b w:val="0"/>
          <w:sz w:val="24"/>
        </w:rPr>
        <w:t>I, [name of gifting agent], have read the attached power of attorney and am the person identified as the agent for the principal. I hereby acknowledge that when I act as agent:</w:t>
      </w:r>
    </w:p>
    <w:p>
      <w:pPr>
        <w:keepNext w:val="0"/>
        <w:spacing w:before="200" w:after="0" w:line="260" w:lineRule="exact"/>
        <w:ind w:left="1080" w:right="0" w:firstLine="0"/>
        <w:jc w:val="both"/>
      </w:pPr>
      <w:r>
        <w:rPr>
          <w:rFonts w:ascii="Times New Roman" w:hAnsi="Times New Roman" w:eastAsia="Times New Roman" w:cs="Times New Roman"/>
          <w:b w:val="0"/>
          <w:sz w:val="24"/>
        </w:rPr>
        <w:t>I shall act in accordance with the principal's reasonable expectations to the extent actually known by me and, otherwise, in the principal's best interest, act in good faith and act only within the scope of authority granted to me by the principal in the power of attorney.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In furtherance of the foregoing, I hereby further acknowledge that in the absence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provision to the contrary in the power of attorney or in Title 20 of the Pennsylvania Consolidated Statutes, when I act as agent:</w:t>
      </w:r>
    </w:p>
    <w:p>
      <w:pPr>
        <w:keepNext w:val="0"/>
        <w:spacing w:before="200" w:after="0" w:line="260" w:lineRule="exact"/>
        <w:ind w:left="1080" w:right="0" w:firstLine="0"/>
        <w:jc w:val="both"/>
      </w:pPr>
      <w:r>
        <w:rPr>
          <w:rFonts w:ascii="Times New Roman" w:hAnsi="Times New Roman" w:eastAsia="Times New Roman" w:cs="Times New Roman"/>
          <w:b w:val="0"/>
          <w:sz w:val="24"/>
        </w:rPr>
        <w:t>I shall act loyally and exercise the powers solely for the benefit of the principal.</w:t>
      </w:r>
    </w:p>
    <w:p>
      <w:pPr>
        <w:keepNext w:val="0"/>
        <w:spacing w:before="200" w:after="0" w:line="260" w:lineRule="exact"/>
        <w:ind w:left="1080" w:right="0" w:firstLine="0"/>
        <w:jc w:val="both"/>
      </w:pPr>
      <w:r>
        <w:rPr>
          <w:rFonts w:ascii="Times New Roman" w:hAnsi="Times New Roman" w:eastAsia="Times New Roman" w:cs="Times New Roman"/>
          <w:b w:val="0"/>
          <w:sz w:val="24"/>
        </w:rPr>
        <w:t>I shall keep the assets of the principal separate from my assets.</w:t>
      </w:r>
    </w:p>
    <w:p>
      <w:pPr>
        <w:keepNext w:val="0"/>
        <w:spacing w:before="200" w:after="0" w:line="260" w:lineRule="exact"/>
        <w:ind w:left="1080" w:right="0" w:firstLine="0"/>
        <w:jc w:val="both"/>
      </w:pPr>
      <w:r>
        <w:rPr>
          <w:rFonts w:ascii="Times New Roman" w:hAnsi="Times New Roman" w:eastAsia="Times New Roman" w:cs="Times New Roman"/>
          <w:b w:val="0"/>
          <w:sz w:val="24"/>
        </w:rPr>
        <w:t>I shall exercise reasonable caution and prudence, and act with the care, competence and diligence ordinarily exercised by agents in similar circumstances.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 shall keep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full and accurate record of all actions, receipts, disbursements and transactions made on behalf of the principal.</w:t>
      </w:r>
    </w:p>
    <w:p>
      <w:pPr>
        <w:keepNext w:val="0"/>
        <w:spacing w:before="120" w:after="0" w:line="260" w:lineRule="exact"/>
        <w:ind w:left="720" w:right="0" w:firstLine="0"/>
        <w:jc w:val="left"/>
      </w:pPr>
      <w:r>
        <w:rPr>
          <w:rFonts w:ascii="Times New Roman" w:hAnsi="Times New Roman" w:eastAsia="Times New Roman" w:cs="Times New Roman"/>
          <w:b w:val="0"/>
          <w:sz w:val="24"/>
        </w:rPr>
        <w:t>Date: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gifting agent]</w:t>
      </w:r>
    </w:p>
    <w:p>
      <w:pP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On [Month Day, 20__] before 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Notary Public, personally appeared [name of principal] and in due form of law acknowledged the foregoing Power of Attorney to be his/her/their act and deed and desired that the same might be recorded as such.</w:t>
      </w:r>
    </w:p>
    <w:p>
      <w:pPr>
        <w:keepNext w:val="0"/>
        <w:spacing w:before="200" w:after="0" w:line="260" w:lineRule="exact"/>
        <w:ind w:left="720" w:right="0" w:firstLine="0"/>
        <w:jc w:val="both"/>
      </w:pPr>
      <w:r>
        <w:rPr>
          <w:rFonts w:ascii="Times New Roman" w:hAnsi="Times New Roman" w:eastAsia="Times New Roman" w:cs="Times New Roman"/>
          <w:b w:val="0"/>
          <w:sz w:val="24"/>
        </w:rPr>
        <w:t>WITNESS my hand and notarial seal.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