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Durable Power of Attorney </w:t>
      </w:r>
    </w:p>
    <w:p>
      <w:pPr>
        <w:keepNext w:val="0"/>
        <w:spacing w:after="0" w:line="240" w:lineRule="exact"/>
        <w:ind w:right="0"/>
        <w:jc w:val="both"/>
      </w:pP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I, [principal's name],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resident of [name of county] County, California, appoint [attorney in fact's name] of [attorney in fact's address], whose telephone number is [attorney in fact's phone number], as my attorney in fact, referred to in this power of attorney as "my attorney in fact".</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I intend to create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Durable Power of Attorney (herein referred to as "this Power") pursuant to California Probate Code Sections 4000 and following (the Power of Attorney Law), but specifically not including Probate Code Sections 4600 and following relating to durable powers of attorney for health care. This Power is effective immediately upon its execution and shall not be affected by my subsequent disability.</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This Power deals only with my interest in [description of the subject property]. With respect to my interest in that property, and to the full extent of that interest (but not with respect to any other interest that I may have in any other property, except to the extent that it affects that interest), I give my attorney in fact the powers specified in Article </w:t>
      </w:r>
      <w:r>
        <w:rPr>
          <w:rFonts w:ascii="Times New Roman" w:hAnsi="Times New Roman" w:eastAsia="Times New Roman" w:cs="Times New Roman"/>
          <w:b w:val="0"/>
          <w:sz w:val="24"/>
        </w:rPr>
        <w:t>I.</w:t>
      </w:r>
      <w:r>
        <w:rPr>
          <w:rFonts w:ascii="Times New Roman" w:hAnsi="Times New Roman" w:eastAsia="Times New Roman" w:cs="Times New Roman"/>
          <w:b w:val="0"/>
          <w:sz w:val="24"/>
        </w:rPr>
        <w:t xml:space="preserve"> of this instrument, with the understanding that they will be used for my benefit and on my behalf and will be exercised only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fiduciary capacity and to the extent deemed necessary or desirable by my attorney in fact.</w:t>
      </w:r>
    </w:p>
    <w:p>
      <w:pPr>
        <w:keepNext w:val="0"/>
        <w:spacing w:before="120" w:after="0" w:line="260" w:lineRule="exact"/>
        <w:ind w:left="360" w:right="0" w:firstLine="0"/>
        <w:jc w:val="left"/>
      </w:pPr>
      <w:r>
        <w:rPr>
          <w:rFonts w:ascii="Times New Roman" w:hAnsi="Times New Roman" w:eastAsia="Times New Roman" w:cs="Times New Roman"/>
          <w:b w:val="0"/>
          <w:sz w:val="24"/>
        </w:rPr>
        <w:t>ARTICLE 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POWERS.</w:t>
      </w:r>
    </w:p>
    <w:p>
      <w:pPr>
        <w:keepNext w:val="0"/>
        <w:spacing w:before="120" w:after="0" w:line="260" w:lineRule="exact"/>
        <w:ind w:left="720" w:right="0" w:firstLine="0"/>
        <w:jc w:val="left"/>
      </w:pPr>
      <w:r>
        <w:rPr>
          <w:rFonts w:ascii="Times New Roman" w:hAnsi="Times New Roman" w:eastAsia="Times New Roman" w:cs="Times New Roman"/>
          <w:b w:val="0"/>
          <w:sz w:val="24"/>
        </w:rPr>
        <w:t>Section 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General Powers of Attorney in Fact.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 give my attorney in fact the power to take any actions described in California Probate Code Sections 4450 through 4463 with respect to the property described above, except those acts that conflict with or are limited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more specific provision in this Power.</w:t>
      </w:r>
    </w:p>
    <w:p>
      <w:pPr>
        <w:keepNext w:val="0"/>
        <w:spacing w:before="120" w:after="0" w:line="260" w:lineRule="exact"/>
        <w:ind w:left="720" w:right="0" w:firstLine="0"/>
        <w:jc w:val="left"/>
      </w:pPr>
      <w:r>
        <w:rPr>
          <w:rFonts w:ascii="Times New Roman" w:hAnsi="Times New Roman" w:eastAsia="Times New Roman" w:cs="Times New Roman"/>
          <w:b w:val="0"/>
          <w:sz w:val="24"/>
        </w:rPr>
        <w:t>Section 1.2.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Personal Property.</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 give my attorney in fact the power to perform any acts described in California Probate Code Section 4452 with respect to the property described above, except those acts that conflict with or are limited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more specific provision in this Power.</w:t>
      </w:r>
    </w:p>
    <w:p>
      <w:pPr>
        <w:keepNext w:val="0"/>
        <w:spacing w:before="120" w:after="0" w:line="260" w:lineRule="exact"/>
        <w:ind w:left="720" w:right="0" w:firstLine="0"/>
        <w:jc w:val="left"/>
      </w:pPr>
      <w:r>
        <w:rPr>
          <w:rFonts w:ascii="Times New Roman" w:hAnsi="Times New Roman" w:eastAsia="Times New Roman" w:cs="Times New Roman"/>
          <w:b w:val="0"/>
          <w:sz w:val="24"/>
        </w:rPr>
        <w:t>Section 1.3.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Securities.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 give my attorney in fact the power to perform any acts described in California Probate Code Section 4453 with respect to the property described above, except those acts that conflict with or are limited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more specific provision in this Power.</w:t>
      </w:r>
    </w:p>
    <w:p>
      <w:pPr>
        <w:keepNext w:val="0"/>
        <w:spacing w:before="120" w:after="0" w:line="260" w:lineRule="exact"/>
        <w:ind w:left="720" w:right="0" w:firstLine="0"/>
        <w:jc w:val="left"/>
      </w:pPr>
      <w:r>
        <w:rPr>
          <w:rFonts w:ascii="Times New Roman" w:hAnsi="Times New Roman" w:eastAsia="Times New Roman" w:cs="Times New Roman"/>
          <w:b w:val="0"/>
          <w:sz w:val="24"/>
        </w:rPr>
        <w:t>Section 1.4.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Financial Institutions.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 give my attorney in fact the power to perform any acts described in California Probate Code Section 4455 with respect to the property described above, except those acts that conflict with or are limited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more specific provision in this Power.</w:t>
      </w:r>
    </w:p>
    <w:p>
      <w:pPr>
        <w:keepNext w:val="0"/>
        <w:spacing w:before="120" w:after="0" w:line="260" w:lineRule="exact"/>
        <w:ind w:left="720" w:right="0" w:firstLine="0"/>
        <w:jc w:val="left"/>
      </w:pPr>
      <w:r>
        <w:rPr>
          <w:rFonts w:ascii="Times New Roman" w:hAnsi="Times New Roman" w:eastAsia="Times New Roman" w:cs="Times New Roman"/>
          <w:b w:val="0"/>
          <w:sz w:val="24"/>
        </w:rPr>
        <w:t>Section 1.5.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Business Operations.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 give my attorney in fact the power to perform any acts described in California Probate Code Section 4456 with respect to the property described above, except those acts that conflict with or are limited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more specific provision in this Power.</w:t>
      </w:r>
    </w:p>
    <w:p>
      <w:pPr>
        <w:keepNext w:val="0"/>
        <w:spacing w:before="120" w:after="0" w:line="260" w:lineRule="exact"/>
        <w:ind w:left="720" w:right="0" w:firstLine="0"/>
        <w:jc w:val="left"/>
      </w:pPr>
      <w:r>
        <w:rPr>
          <w:rFonts w:ascii="Times New Roman" w:hAnsi="Times New Roman" w:eastAsia="Times New Roman" w:cs="Times New Roman"/>
          <w:b w:val="0"/>
          <w:sz w:val="24"/>
        </w:rPr>
        <w:t>Section 1.6.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Insurance and Annuities.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With respect to any contracts of insurance and annuities in which I have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interest in connection with the property described above, I give my attorney in fact the power to perform any acts described in California Probate Code Section 4457, except those acts that conflict with or are limited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more specific provision in this Power, and to designate the beneficiary of any of those contracts of insurance and annuities, [including or but not including] the power to designate [himself or herself] as the beneficiary.</w:t>
      </w:r>
    </w:p>
    <w:p>
      <w:pPr>
        <w:keepNext w:val="0"/>
        <w:spacing w:before="120" w:after="0" w:line="260" w:lineRule="exact"/>
        <w:ind w:left="720" w:right="0" w:firstLine="0"/>
        <w:jc w:val="left"/>
      </w:pPr>
      <w:r>
        <w:rPr>
          <w:rFonts w:ascii="Times New Roman" w:hAnsi="Times New Roman" w:eastAsia="Times New Roman" w:cs="Times New Roman"/>
          <w:b w:val="0"/>
          <w:sz w:val="24"/>
        </w:rPr>
        <w:t>Section 1.7.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Estate, Trust, and Other Beneficiary Transactions.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 give my attorney in fact the power to perform any acts described in California Probate Code Section 4458 with respect to the property described above, except those acts that conflict with or are limited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more specific provision in this Power.</w:t>
      </w:r>
    </w:p>
    <w:p>
      <w:pPr>
        <w:keepNext w:val="0"/>
        <w:spacing w:before="120" w:after="0" w:line="260" w:lineRule="exact"/>
        <w:ind w:left="720" w:right="0" w:firstLine="0"/>
        <w:jc w:val="left"/>
      </w:pPr>
      <w:r>
        <w:rPr>
          <w:rFonts w:ascii="Times New Roman" w:hAnsi="Times New Roman" w:eastAsia="Times New Roman" w:cs="Times New Roman"/>
          <w:b w:val="0"/>
          <w:sz w:val="24"/>
        </w:rPr>
        <w:t>Section 1.8.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Claims and Litigation.</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 give my attorney in fact the power to perform any acts described in California Probate Code Section 4459 with respect to the property described above, except those acts that conflict with or are limited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more specific provision in this Power.</w:t>
      </w:r>
    </w:p>
    <w:p>
      <w:pPr>
        <w:keepNext w:val="0"/>
        <w:spacing w:before="120" w:after="0" w:line="260" w:lineRule="exact"/>
        <w:ind w:left="720" w:right="0" w:firstLine="0"/>
        <w:jc w:val="left"/>
      </w:pPr>
      <w:r>
        <w:rPr>
          <w:rFonts w:ascii="Times New Roman" w:hAnsi="Times New Roman" w:eastAsia="Times New Roman" w:cs="Times New Roman"/>
          <w:b w:val="0"/>
          <w:sz w:val="24"/>
        </w:rPr>
        <w:t>Section 1.9.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Tax Matters.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For any tax year beginning with and including the year [year], and ending with and including the year [year], I give my attorney in fact the power to prepare and file any and all documents and perform any acts described in California Probate Code Section 4463 with respect to the property described above, except those acts that conflict with or are limited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more specific provision in this Power.</w:t>
      </w:r>
    </w:p>
    <w:p>
      <w:pPr>
        <w:keepNext w:val="0"/>
        <w:spacing w:before="120" w:after="0" w:line="260" w:lineRule="exact"/>
        <w:ind w:left="720" w:right="0" w:firstLine="0"/>
        <w:jc w:val="left"/>
      </w:pPr>
      <w:r>
        <w:rPr>
          <w:rFonts w:ascii="Times New Roman" w:hAnsi="Times New Roman" w:eastAsia="Times New Roman" w:cs="Times New Roman"/>
          <w:b w:val="0"/>
          <w:sz w:val="24"/>
        </w:rPr>
        <w:t>Section 1.10.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Incidental Powers.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In connection with the exercise of any of the powers described in the preceding Sections, I give my attorney in fact the power to perform any acts described in California Probate Code Section 4450 with respect to the property described above, except those acts that conflict with or are limited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more specific provision in this Power.</w:t>
      </w:r>
    </w:p>
    <w:p>
      <w:pPr>
        <w:keepNext w:val="0"/>
        <w:spacing w:before="120" w:after="0" w:line="260" w:lineRule="exact"/>
        <w:ind w:left="720" w:right="0" w:firstLine="0"/>
        <w:jc w:val="left"/>
      </w:pPr>
      <w:r>
        <w:rPr>
          <w:rFonts w:ascii="Times New Roman" w:hAnsi="Times New Roman" w:eastAsia="Times New Roman" w:cs="Times New Roman"/>
          <w:b w:val="0"/>
          <w:sz w:val="24"/>
        </w:rPr>
        <w:t>Section 1.11.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Restrictions on Property Management Powers.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Notwithstanding any other provision in this Power, my attorney in fact shall not do any of the following:</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Exercise powers of the attorney in fact under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irrevocable trust of which my attorney in fact is settlor and of which I am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attorney in fact.</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Use my property to discharge the legal obligations of my attorney in fact, including but not limited to the support of the dependents of my attorney in fact, except for those dependents to whom I, along with my attorney in fact, owe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duty of support.</w:t>
      </w:r>
    </w:p>
    <w:p>
      <w:pPr>
        <w:keepNext w:val="0"/>
        <w:spacing w:before="120" w:after="0" w:line="260" w:lineRule="exact"/>
        <w:ind w:left="1080" w:right="0" w:firstLine="0"/>
        <w:jc w:val="left"/>
      </w:pPr>
      <w:r>
        <w:rPr>
          <w:rFonts w:ascii="Times New Roman" w:hAnsi="Times New Roman" w:eastAsia="Times New Roman" w:cs="Times New Roman"/>
          <w:b w:val="0"/>
          <w:sz w:val="24"/>
        </w:rPr>
        <w:t>(c)</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Exercise any incident of ownership over any insurance policy that I own and that insures the life of my attorney in fact.</w:t>
      </w:r>
    </w:p>
    <w:p>
      <w:pPr>
        <w:keepNext w:val="0"/>
        <w:spacing w:before="120" w:after="0" w:line="260" w:lineRule="exact"/>
        <w:ind w:left="720" w:right="0" w:firstLine="0"/>
        <w:jc w:val="left"/>
      </w:pPr>
      <w:r>
        <w:rPr>
          <w:rFonts w:ascii="Times New Roman" w:hAnsi="Times New Roman" w:eastAsia="Times New Roman" w:cs="Times New Roman"/>
          <w:b w:val="0"/>
          <w:sz w:val="24"/>
        </w:rPr>
        <w:t>Section 1.12.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[Additional] Restriction[s] on Powers of Attorney in Fact.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Notwithstanding any other provision in this Power, the following restriction[s] shall apply to my attorney in fact under this Power: [add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description of the restriction(s)].</w:t>
      </w:r>
    </w:p>
    <w:p>
      <w:pPr>
        <w:keepNext w:val="0"/>
        <w:spacing w:before="120" w:after="0" w:line="260" w:lineRule="exact"/>
        <w:ind w:left="360" w:right="0" w:firstLine="0"/>
        <w:jc w:val="left"/>
      </w:pPr>
      <w:r>
        <w:rPr>
          <w:rFonts w:ascii="Times New Roman" w:hAnsi="Times New Roman" w:eastAsia="Times New Roman" w:cs="Times New Roman"/>
          <w:b w:val="0"/>
          <w:sz w:val="24"/>
        </w:rPr>
        <w:t>ARTICLE 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AMPLIFYING PROVISIONS.</w:t>
      </w:r>
    </w:p>
    <w:p>
      <w:pPr>
        <w:keepNext w:val="0"/>
        <w:spacing w:before="120" w:after="0" w:line="260" w:lineRule="exact"/>
        <w:ind w:left="720" w:right="0" w:firstLine="0"/>
        <w:jc w:val="left"/>
      </w:pPr>
      <w:r>
        <w:rPr>
          <w:rFonts w:ascii="Times New Roman" w:hAnsi="Times New Roman" w:eastAsia="Times New Roman" w:cs="Times New Roman"/>
          <w:b w:val="0"/>
          <w:sz w:val="24"/>
        </w:rPr>
        <w:t>Section 2.1.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Reimbursement for Costs and Expenses.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My attorney in fact shall be entitled to reimbursement from my property for reasonable expenditures properly made in the execution of the powers conferred by me in this Power. My attorney in fact shall keep records of any such expenditures and reimbursement.</w:t>
      </w:r>
    </w:p>
    <w:p>
      <w:pPr>
        <w:keepNext w:val="0"/>
        <w:spacing w:before="120" w:after="0" w:line="260" w:lineRule="exact"/>
        <w:ind w:left="720" w:right="0" w:firstLine="0"/>
        <w:jc w:val="left"/>
      </w:pPr>
      <w:r>
        <w:rPr>
          <w:rFonts w:ascii="Times New Roman" w:hAnsi="Times New Roman" w:eastAsia="Times New Roman" w:cs="Times New Roman"/>
          <w:b w:val="0"/>
          <w:sz w:val="24"/>
        </w:rPr>
        <w:t>Section 2.2.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 Compensation.</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My attorney in fact shall not be entitled to compensation for the services rendered in the execution of any of the powers conferred by me in this Power.</w:t>
      </w:r>
    </w:p>
    <w:p>
      <w:pPr>
        <w:keepNext w:val="0"/>
        <w:spacing w:before="120" w:after="0" w:line="260" w:lineRule="exact"/>
        <w:ind w:left="720" w:right="0" w:firstLine="0"/>
        <w:jc w:val="left"/>
      </w:pPr>
      <w:r>
        <w:rPr>
          <w:rFonts w:ascii="Times New Roman" w:hAnsi="Times New Roman" w:eastAsia="Times New Roman" w:cs="Times New Roman"/>
          <w:b w:val="0"/>
          <w:sz w:val="24"/>
        </w:rPr>
        <w:t>Section 2.3.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Reliance by Third Parties.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To induce third parties to rely upon the provisions of this Power, I, for myself and on behalf of my heirs, successors, and assigns, hereby waive any privilege that may attach to information requested by my attorney in fact in the exercise of any of the powers described herein. Moreover, on behalf of my heirs, successors, and assigns, I hereby agree to hold harmless any third party who acts in reliance upon this Power for damages or liability incurred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that reliance.</w:t>
      </w:r>
    </w:p>
    <w:p>
      <w:pPr>
        <w:keepNext w:val="0"/>
        <w:spacing w:before="120" w:after="0" w:line="260" w:lineRule="exact"/>
        <w:ind w:left="720" w:right="0" w:firstLine="0"/>
        <w:jc w:val="left"/>
      </w:pPr>
      <w:r>
        <w:rPr>
          <w:rFonts w:ascii="Times New Roman" w:hAnsi="Times New Roman" w:eastAsia="Times New Roman" w:cs="Times New Roman"/>
          <w:b w:val="0"/>
          <w:sz w:val="24"/>
        </w:rPr>
        <w:t>Section 2.4.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Ratification.</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 ratify and confirm all that my attorney in fact does or causes to be done under the authority granted in this Power. All instruments of any sort entered into in any manner by my attorney in fact shall bind me, my estate, my heirs, successors, and assigns.</w:t>
      </w:r>
    </w:p>
    <w:p>
      <w:pPr>
        <w:keepNext w:val="0"/>
        <w:spacing w:before="120" w:after="0" w:line="260" w:lineRule="exact"/>
        <w:ind w:left="720" w:right="0" w:firstLine="0"/>
        <w:jc w:val="left"/>
      </w:pPr>
      <w:r>
        <w:rPr>
          <w:rFonts w:ascii="Times New Roman" w:hAnsi="Times New Roman" w:eastAsia="Times New Roman" w:cs="Times New Roman"/>
          <w:b w:val="0"/>
          <w:sz w:val="24"/>
        </w:rPr>
        <w:t>Section 2.5.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Exculpation of My Attorney in Fact.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My attorney in fact shall not be liable to me or any of my successors in interest for any action taken or not taken in good faith, but shall be liable for any willful misconduct or gross negligence.</w:t>
      </w:r>
    </w:p>
    <w:p>
      <w:pPr>
        <w:keepNext w:val="0"/>
        <w:spacing w:before="120" w:after="0" w:line="260" w:lineRule="exact"/>
        <w:ind w:left="720" w:right="0" w:firstLine="0"/>
        <w:jc w:val="left"/>
      </w:pPr>
      <w:r>
        <w:rPr>
          <w:rFonts w:ascii="Times New Roman" w:hAnsi="Times New Roman" w:eastAsia="Times New Roman" w:cs="Times New Roman"/>
          <w:b w:val="0"/>
          <w:sz w:val="24"/>
        </w:rPr>
        <w:t>Section 2.6.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Revocation and Amendment.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 revoke all prior Powers of Attorney that I may have executed with respect to my interest in the matter to which this durable power of attorney relates and I retain the right to revoke or amend this document and to substitute other attorneys in fact in place of my attorney in fact. Amendments to this document shall be made in writing by me personally (not by my attorney in fact) and they shall be attached to the original of this document and recorded in the same county or counties as the original if the original is recorded.</w:t>
      </w:r>
    </w:p>
    <w:p>
      <w:pPr>
        <w:keepNext w:val="0"/>
        <w:spacing w:before="120" w:after="0" w:line="260" w:lineRule="exact"/>
        <w:ind w:left="360" w:right="0" w:firstLine="0"/>
        <w:jc w:val="left"/>
      </w:pPr>
      <w:r>
        <w:rPr>
          <w:rFonts w:ascii="Times New Roman" w:hAnsi="Times New Roman" w:eastAsia="Times New Roman" w:cs="Times New Roman"/>
          <w:b w:val="0"/>
          <w:sz w:val="24"/>
        </w:rPr>
        <w:t>ARTICLE 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GENERAL PROVISIONS.</w:t>
      </w:r>
    </w:p>
    <w:p>
      <w:pPr>
        <w:keepNext w:val="0"/>
        <w:spacing w:before="120" w:after="0" w:line="260" w:lineRule="exact"/>
        <w:ind w:left="720" w:right="0" w:firstLine="0"/>
        <w:jc w:val="left"/>
      </w:pPr>
      <w:r>
        <w:rPr>
          <w:rFonts w:ascii="Times New Roman" w:hAnsi="Times New Roman" w:eastAsia="Times New Roman" w:cs="Times New Roman"/>
          <w:b w:val="0"/>
          <w:sz w:val="24"/>
        </w:rPr>
        <w:t>Section 3.1.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Signature of Attorney in Fact.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My attorney in fact shall use the following form when signing on my behalf pursuant to this Power: "[principal's name] by [attorney in fact's name], [his or her] attorney in fact".</w:t>
      </w:r>
    </w:p>
    <w:p>
      <w:pPr>
        <w:keepNext w:val="0"/>
        <w:spacing w:before="120" w:after="0" w:line="260" w:lineRule="exact"/>
        <w:ind w:left="720" w:right="0" w:firstLine="0"/>
        <w:jc w:val="left"/>
      </w:pPr>
      <w:r>
        <w:rPr>
          <w:rFonts w:ascii="Times New Roman" w:hAnsi="Times New Roman" w:eastAsia="Times New Roman" w:cs="Times New Roman"/>
          <w:b w:val="0"/>
          <w:sz w:val="24"/>
        </w:rPr>
        <w:t>Section 3.2.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Photostatic Copies.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Persons dealing with my attorney in fact may rely fully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photostatic copy of this Power.</w:t>
      </w:r>
    </w:p>
    <w:p>
      <w:pPr>
        <w:keepNext w:val="0"/>
        <w:spacing w:before="120" w:after="0" w:line="260" w:lineRule="exact"/>
        <w:ind w:left="720" w:right="0" w:firstLine="0"/>
        <w:jc w:val="left"/>
      </w:pPr>
      <w:r>
        <w:rPr>
          <w:rFonts w:ascii="Times New Roman" w:hAnsi="Times New Roman" w:eastAsia="Times New Roman" w:cs="Times New Roman"/>
          <w:b w:val="0"/>
          <w:sz w:val="24"/>
        </w:rPr>
        <w:t>Section 3.3.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Severability.</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If any of the provisions of this Power are found to be invalid for any reason, such invalidity shall not affect any of the other provisions of this Power, and all invalid provisions shall be wholly disregarded.</w:t>
      </w:r>
    </w:p>
    <w:p>
      <w:pPr>
        <w:keepNext w:val="0"/>
        <w:spacing w:before="120" w:after="0" w:line="260" w:lineRule="exact"/>
        <w:ind w:left="720" w:right="0" w:firstLine="0"/>
        <w:jc w:val="left"/>
      </w:pPr>
      <w:r>
        <w:rPr>
          <w:rFonts w:ascii="Times New Roman" w:hAnsi="Times New Roman" w:eastAsia="Times New Roman" w:cs="Times New Roman"/>
          <w:b w:val="0"/>
          <w:sz w:val="24"/>
        </w:rPr>
        <w:t>Section 3.4.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Governing Law.</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All questions pertaining to validity, interpretation, and administration of this Power shall be determined in accordance with the laws of California.</w:t>
      </w:r>
    </w:p>
    <w:p>
      <w:pPr>
        <w:keepNext w:val="0"/>
        <w:spacing w:before="120" w:after="0" w:line="260" w:lineRule="exact"/>
        <w:ind w:left="720" w:right="0" w:firstLine="0"/>
        <w:jc w:val="left"/>
      </w:pPr>
      <w:r>
        <w:rPr>
          <w:rFonts w:ascii="Times New Roman" w:hAnsi="Times New Roman" w:eastAsia="Times New Roman" w:cs="Times New Roman"/>
          <w:b w:val="0"/>
          <w:sz w:val="24"/>
        </w:rPr>
        <w:t>Section 3.5.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Explanation of Durable Power for Property Management.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 understand that this Power is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important legal document. Before executing this document, my lawyer explained to me the following: (1) this document provides my attorney in fact with broad powers to dispose, sell, convey, and encumber my real and personal property; (2) the powers granted in this Power will exist for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indefinite period of time unless I limit their duration by the terms of this Power or revoke this Power, and they will continue to exist notwithstanding my subsequent disability or incapacity; and (3) I have the right to revoke or terminate this Power at any time.</w:t>
      </w:r>
    </w:p>
    <w:p>
      <w:pP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 [</w:t>
      </w:r>
      <w:r>
        <w:rPr>
          <w:rFonts w:ascii="Times New Roman" w:hAnsi="Times New Roman" w:eastAsia="Times New Roman" w:cs="Times New Roman"/>
          <w:b w:val="0"/>
          <w:sz w:val="24"/>
        </w:rPr>
        <w:t>signature</w:t>
      </w:r>
      <w:r>
        <w:rPr>
          <w:rFonts w:ascii="Times New Roman" w:hAnsi="Times New Roman" w:eastAsia="Times New Roman" w:cs="Times New Roman"/>
          <w:b w:val="0"/>
          <w:sz w:val="24"/>
        </w:rPr>
        <w:t>]</w:t>
      </w:r>
    </w:p>
    <w:p>
      <w:pPr>
        <w:keepNext w:val="0"/>
        <w:spacing w:before="120" w:after="0" w:line="260" w:lineRule="exact"/>
        <w:ind w:left="360" w:right="0" w:firstLine="0"/>
        <w:jc w:val="left"/>
      </w:pPr>
      <w:r>
        <w:rPr>
          <w:rFonts w:ascii="Times New Roman" w:hAnsi="Times New Roman" w:eastAsia="Times New Roman" w:cs="Times New Roman"/>
          <w:b w:val="0"/>
          <w:sz w:val="24"/>
        </w:rPr>
        <w:t>[principal's name]</w:t>
      </w:r>
    </w:p>
    <w:p>
      <w:pPr>
        <w:keepNext w:val="0"/>
        <w:spacing w:before="120" w:after="0" w:line="260" w:lineRule="exact"/>
        <w:ind w:left="360" w:right="0" w:firstLine="0"/>
        <w:jc w:val="left"/>
      </w:pPr>
      <w:r>
        <w:rPr>
          <w:rFonts w:ascii="Times New Roman" w:hAnsi="Times New Roman" w:eastAsia="Times New Roman" w:cs="Times New Roman"/>
          <w:b w:val="0"/>
          <w:sz w:val="24"/>
        </w:rPr>
        <w:t>Acceptance by Attorney in Fact</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 [</w:t>
      </w:r>
      <w:r>
        <w:rPr>
          <w:rFonts w:ascii="Times New Roman" w:hAnsi="Times New Roman" w:eastAsia="Times New Roman" w:cs="Times New Roman"/>
          <w:b w:val="0"/>
          <w:sz w:val="24"/>
        </w:rPr>
        <w:t>signature</w:t>
      </w:r>
      <w:r>
        <w:rPr>
          <w:rFonts w:ascii="Times New Roman" w:hAnsi="Times New Roman" w:eastAsia="Times New Roman" w:cs="Times New Roman"/>
          <w:b w:val="0"/>
          <w:sz w:val="24"/>
        </w:rPr>
        <w:t>] Dated: [date]</w:t>
      </w:r>
    </w:p>
    <w:p>
      <w:pPr>
        <w:keepNext w:val="0"/>
        <w:spacing w:before="120" w:after="0" w:line="260" w:lineRule="exact"/>
        <w:ind w:left="360" w:right="0" w:firstLine="0"/>
        <w:jc w:val="left"/>
      </w:pPr>
      <w:r>
        <w:rPr>
          <w:rFonts w:ascii="Times New Roman" w:hAnsi="Times New Roman" w:eastAsia="Times New Roman" w:cs="Times New Roman"/>
          <w:b w:val="0"/>
          <w:sz w:val="24"/>
        </w:rPr>
        <w:t>[attorney in fact's name]</w:t>
      </w:r>
    </w:p>
    <w:p>
      <w:pPr/>
    </w:p>
    <w:p>
      <w:pPr>
        <w:keepNext w:val="0"/>
        <w:spacing w:before="120" w:after="0" w:line="260" w:lineRule="exact"/>
        <w:ind w:left="360" w:right="0" w:firstLine="0"/>
        <w:jc w:val="left"/>
      </w:pPr>
      <w:r>
        <w:rPr>
          <w:rFonts w:ascii="Times New Roman" w:hAnsi="Times New Roman" w:eastAsia="Times New Roman" w:cs="Times New Roman"/>
          <w:b/>
          <w:sz w:val="24"/>
        </w:rPr>
        <w:t>ACKNOWLEDGMENT</w:t>
      </w:r>
    </w:p>
    <w:p>
      <w:pPr>
        <w:keepNext w:val="0"/>
        <w:spacing w:before="200" w:after="0" w:line="260" w:lineRule="exact"/>
        <w:ind w:left="720" w:right="0" w:firstLine="0"/>
        <w:jc w:val="both"/>
      </w:pPr>
      <w:r>
        <w:rPr>
          <w:rFonts w:ascii="Times New Roman" w:hAnsi="Times New Roman" w:eastAsia="Times New Roman" w:cs="Times New Roman"/>
          <w:b/>
          <w:sz w:val="24"/>
        </w:rPr>
        <w:t>A</w:t>
      </w:r>
      <w:r>
        <w:rPr>
          <w:rFonts w:ascii="Times New Roman" w:hAnsi="Times New Roman" w:eastAsia="Times New Roman" w:cs="Times New Roman"/>
          <w:b/>
          <w:sz w:val="24"/>
        </w:rPr>
        <w:t xml:space="preserve"> notary public or other officer completing this certificate verifies only the identity of the individual who signed the document to which this certificate is attached, and not the truthfulness, accuracy, or validity of that document.</w:t>
      </w:r>
    </w:p>
    <w:p>
      <w:pPr>
        <w:keepNext w:val="0"/>
        <w:spacing w:before="200" w:after="0" w:line="260" w:lineRule="exact"/>
        <w:ind w:left="720" w:right="0" w:firstLine="0"/>
        <w:jc w:val="both"/>
      </w:pPr>
      <w:r>
        <w:rPr>
          <w:rFonts w:ascii="Times New Roman" w:hAnsi="Times New Roman" w:eastAsia="Times New Roman" w:cs="Times New Roman"/>
          <w:b w:val="0"/>
          <w:sz w:val="24"/>
        </w:rPr>
        <w:t>On [Month] [Day], [Year], before me, [name of notary public], notary public, personally appeared [name(s) of principal], who proved to me on the basis of satisfactory evidence to be the person(s) whose name(s) [is/are] subscribed to the within instrument and acknowledged to me that [he/she/they] executed the same in [his/her/their] authorized [capacity/capacities] and that by [his/her/their] signature(s) on the instrument the person(s), or the entity upon behalf of which the person(s) acted, executed the instrument.</w:t>
      </w:r>
    </w:p>
    <w:p>
      <w:pPr>
        <w:keepNext w:val="0"/>
        <w:spacing w:before="200" w:after="0" w:line="260" w:lineRule="exact"/>
        <w:ind w:left="720" w:right="0" w:firstLine="0"/>
        <w:jc w:val="both"/>
      </w:pPr>
      <w:r>
        <w:rPr>
          <w:rFonts w:ascii="Times New Roman" w:hAnsi="Times New Roman" w:eastAsia="Times New Roman" w:cs="Times New Roman"/>
          <w:b w:val="0"/>
          <w:sz w:val="24"/>
        </w:rPr>
        <w:t>I certify under PENALTY OF PERJURY under the laws of the State of California that the foregoing paragraph is true and correct.</w:t>
      </w:r>
    </w:p>
    <w:p>
      <w:pPr>
        <w:keepNext w:val="0"/>
        <w:spacing w:before="200" w:after="0" w:line="260" w:lineRule="exact"/>
        <w:ind w:left="720" w:right="0" w:firstLine="0"/>
        <w:jc w:val="both"/>
      </w:pPr>
      <w:r>
        <w:rPr>
          <w:rFonts w:ascii="Times New Roman" w:hAnsi="Times New Roman" w:eastAsia="Times New Roman" w:cs="Times New Roman"/>
          <w:b w:val="0"/>
          <w:sz w:val="24"/>
        </w:rPr>
        <w:t>WITNESS my hand and official seal.</w:t>
      </w:r>
    </w:p>
    <w:p>
      <w:pPr>
        <w:keepNext w:val="0"/>
        <w:spacing w:before="120" w:after="0" w:line="260" w:lineRule="exact"/>
        <w:ind w:left="720" w:right="0" w:firstLine="0"/>
        <w:jc w:val="left"/>
      </w:pPr>
      <w:r>
        <w:rPr>
          <w:rFonts w:ascii="Times New Roman" w:hAnsi="Times New Roman" w:eastAsia="Times New Roman" w:cs="Times New Roman"/>
          <w:b w:val="0"/>
          <w:sz w:val="24"/>
        </w:rPr>
        <w:t>Signature _____________________________</w:t>
      </w:r>
    </w:p>
    <w:p>
      <w:pPr>
        <w:keepNext w:val="0"/>
        <w:spacing w:before="200" w:after="0" w:line="260" w:lineRule="exact"/>
        <w:ind w:left="360" w:right="0" w:firstLine="0"/>
        <w:jc w:val="both"/>
      </w:pPr>
      <w:r>
        <w:rPr>
          <w:rFonts w:ascii="Times New Roman" w:hAnsi="Times New Roman" w:eastAsia="Times New Roman" w:cs="Times New Roman"/>
          <w:b w:val="0"/>
          <w:sz w:val="24"/>
        </w:rPr>
        <w:t>LAWYER'S CERTIFICATE</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I am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lawyer authorized to practice law in the state where this power of attorney was executed, and the principal was my client at the time this power of attorney was executed.</w:t>
      </w:r>
    </w:p>
    <w:p>
      <w:pPr>
        <w:keepNext w:val="0"/>
        <w:spacing w:before="200" w:after="0" w:line="260" w:lineRule="exact"/>
        <w:ind w:left="360" w:right="0" w:firstLine="0"/>
        <w:jc w:val="both"/>
      </w:pPr>
      <w:r>
        <w:rPr>
          <w:rFonts w:ascii="Times New Roman" w:hAnsi="Times New Roman" w:eastAsia="Times New Roman" w:cs="Times New Roman"/>
          <w:b w:val="0"/>
          <w:sz w:val="24"/>
        </w:rPr>
        <w:t>I have advised my client concerning [his or her] rights in connection with this power of attorney and the applicable law and the consequences of signing or not signing this power of attorney, and my client, after being so advised, has executed this power of attorney.</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 Dated: [date]</w:t>
      </w:r>
    </w:p>
    <w:p>
      <w:pPr>
        <w:keepNext w:val="0"/>
        <w:spacing w:before="120" w:after="0" w:line="260" w:lineRule="exact"/>
        <w:ind w:left="36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val="0"/>
          <w:sz w:val="24"/>
        </w:rPr>
        <w:t>signature</w:t>
      </w:r>
      <w:r>
        <w:rPr>
          <w:rFonts w:ascii="Times New Roman" w:hAnsi="Times New Roman" w:eastAsia="Times New Roman" w:cs="Times New Roman"/>
          <w:b w:val="0"/>
          <w:sz w:val="24"/>
        </w:rPr>
        <w:t>]</w:t>
      </w:r>
    </w:p>
    <w:p>
      <w:pPr>
        <w:keepNext w:val="0"/>
        <w:spacing w:before="120" w:after="0" w:line="260" w:lineRule="exact"/>
        <w:ind w:left="360" w:right="0" w:firstLine="0"/>
        <w:jc w:val="left"/>
      </w:pPr>
      <w:r>
        <w:rPr>
          <w:rFonts w:ascii="Times New Roman" w:hAnsi="Times New Roman" w:eastAsia="Times New Roman" w:cs="Times New Roman"/>
          <w:b w:val="0"/>
          <w:sz w:val="24"/>
        </w:rPr>
        <w:t>[attorney's name]</w:t>
      </w:r>
    </w:p>
    <w:p>
      <w:pPr>
        <w:keepNext w:val="0"/>
        <w:spacing w:before="120" w:after="0" w:line="260" w:lineRule="exact"/>
        <w:ind w:left="360" w:right="0" w:firstLine="0"/>
        <w:jc w:val="left"/>
      </w:pPr>
      <w:r>
        <w:rPr>
          <w:rFonts w:ascii="Times New Roman" w:hAnsi="Times New Roman" w:eastAsia="Times New Roman" w:cs="Times New Roman"/>
          <w:b w:val="0"/>
          <w:sz w:val="24"/>
        </w:rPr>
        <w:t>Law Firm: [firm name]</w:t>
      </w:r>
    </w:p>
    <w:p>
      <w:pPr>
        <w:keepNext w:val="0"/>
        <w:spacing w:before="120" w:after="0" w:line="260" w:lineRule="exact"/>
        <w:ind w:left="360" w:right="0" w:firstLine="0"/>
        <w:jc w:val="left"/>
      </w:pPr>
      <w:r>
        <w:rPr>
          <w:rFonts w:ascii="Times New Roman" w:hAnsi="Times New Roman" w:eastAsia="Times New Roman" w:cs="Times New Roman"/>
          <w:b w:val="0"/>
          <w:sz w:val="24"/>
        </w:rPr>
        <w:t>Address: [address]</w:t>
      </w:r>
    </w:p>
    <w:p>
      <w:pPr>
        <w:keepNext w:val="0"/>
        <w:spacing w:before="120" w:after="0" w:line="260" w:lineRule="exact"/>
        <w:ind w:left="360" w:right="0" w:firstLine="0"/>
        <w:jc w:val="left"/>
      </w:pPr>
      <w:r>
        <w:rPr>
          <w:rFonts w:ascii="Times New Roman" w:hAnsi="Times New Roman" w:eastAsia="Times New Roman" w:cs="Times New Roman"/>
          <w:b w:val="0"/>
          <w:sz w:val="24"/>
        </w:rPr>
        <w:t>Telephone Number: [number]</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