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RECORD AND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SPACE ABOVE THIS LINE FOR RECORDER'S USE ONLY</w:t>
      </w: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Easement Agreement (this "Agreement") is entered into on [date] by and between [grantor's name], hereafter referred to as "Grantor,"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mailing address of [address], and [grantee's name], hereafter referred to as "Grantee,"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mailing address of [address].</w:t>
      </w:r>
    </w:p>
    <w:p>
      <w:pPr>
        <w:keepNext w:val="0"/>
        <w:spacing w:before="120" w:after="0" w:line="260" w:lineRule="exact"/>
        <w:ind w:left="360" w:right="0" w:firstLine="0"/>
        <w:jc w:val="left"/>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is the owner of certain real property situated in [city or town], [county] County, Texas (hereafter referred to as the "Servient Tenement"), and more particularly described as follows: [legal description of servient tenement].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is the owner of certain real property situated in [city or town], [county] County, Texas (hereafter referred to as the "Dominant Tenement"), and more particularly described as follows: [legal description of dominant tenement].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desires to acquire certain rights in the Servient Tenement.</w:t>
      </w:r>
    </w:p>
    <w:p>
      <w:pPr>
        <w:keepNext w:val="0"/>
        <w:spacing w:before="120" w:after="0" w:line="260" w:lineRule="exact"/>
        <w:ind w:left="360" w:right="0" w:firstLine="0"/>
        <w:jc w:val="left"/>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Tenement (such portion, the "Easement Area"): [legal description of easement area].</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appurtenant to the Dominant Tenement.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have the right to store all equipment necessary to maintain the property subject to the easement on the property of Grantor.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Tenement.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Tenement and the Servient Tenement.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 This easement shall also terminate if the purposes of the easement cease to exist, are abandoned by Grantee, or become impossible to perform, or as otherwise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 title]</w:t>
      </w:r>
    </w:p>
    <w:p>
      <w:pPr>
        <w:keepNext w:val="0"/>
        <w:spacing w:before="120" w:after="0" w:line="260" w:lineRule="exact"/>
        <w:ind w:left="360" w:right="0" w:firstLine="0"/>
        <w:jc w:val="left"/>
      </w:pPr>
      <w:r>
        <w:rPr>
          <w:rFonts w:ascii="Times New Roman" w:hAnsi="Times New Roman" w:eastAsia="Times New Roman" w:cs="Times New Roman"/>
          <w:b/>
          <w:sz w:val="24"/>
        </w:rPr>
        <w:t>Acknowledgments</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[month] [day], [year], by [name of officer], [title of officer] of [grantor], on behalf of said [grantor].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720" w:right="0" w:firstLine="0"/>
        <w:jc w:val="left"/>
      </w:pPr>
      <w:r>
        <w:rPr>
          <w:rFonts w:ascii="Times New Roman" w:hAnsi="Times New Roman" w:eastAsia="Times New Roman" w:cs="Times New Roman"/>
          <w:b w:val="0"/>
          <w:sz w:val="24"/>
        </w:rPr>
        <w:t>[expiration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[month] [day], [year], by [name of officer], [title of officer] of [grantee], on behalf of said [grantee].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720" w:right="0" w:firstLine="0"/>
        <w:jc w:val="left"/>
      </w:pPr>
      <w:r>
        <w:rPr>
          <w:rFonts w:ascii="Times New Roman" w:hAnsi="Times New Roman" w:eastAsia="Times New Roman" w:cs="Times New Roman"/>
          <w:b w:val="0"/>
          <w:sz w:val="24"/>
        </w:rPr>
        <w:t>[expiration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