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  <w:r>
        <w:rPr>
          <w:rFonts w:ascii="Times New Roman" w:hAnsi="Times New Roman" w:eastAsia="Times New Roman" w:cs="Times New Roman"/>
          <w:b/>
          <w:sz w:val="24"/>
        </w:rPr>
        <w:tab/>
        <w:t>EDUCATION MEETING MINUTES FOR</w:t>
      </w:r>
    </w:p>
    <w:p>
      <w:pPr>
        <w:jc w:val="center"/>
      </w:pPr>
      <w:r>
        <w:rPr>
          <w:rFonts w:ascii="Times New Roman" w:hAnsi="Times New Roman" w:eastAsia="Times New Roman" w:cs="Times New Roman"/>
          <w:sz w:val="24"/>
        </w:rPr>
        <w:t>[ORGANIZATION’S NAME]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I. MEETING DETAILS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Chairperson: </w:t>
      </w:r>
      <w:r>
        <w:rPr>
          <w:rFonts w:ascii="Times New Roman" w:hAnsi="Times New Roman" w:eastAsia="Times New Roman" w:cs="Times New Roman"/>
          <w:sz w:val="24"/>
        </w:rPr>
        <w:t>[CHAIRPERSON’S NAME]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Secretary: </w:t>
      </w:r>
      <w:r>
        <w:rPr>
          <w:rFonts w:ascii="Times New Roman" w:hAnsi="Times New Roman" w:eastAsia="Times New Roman" w:cs="Times New Roman"/>
          <w:sz w:val="24"/>
        </w:rPr>
        <w:t>[SECRETARY’S NAME]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Time: </w:t>
      </w:r>
      <w:r>
        <w:rPr>
          <w:rFonts w:ascii="Times New Roman" w:hAnsi="Times New Roman" w:eastAsia="Times New Roman" w:cs="Times New Roman"/>
          <w:sz w:val="24"/>
        </w:rPr>
        <w:t>[TIME]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Location: </w:t>
      </w:r>
      <w:r>
        <w:rPr>
          <w:rFonts w:ascii="Times New Roman" w:hAnsi="Times New Roman" w:eastAsia="Times New Roman" w:cs="Times New Roman"/>
          <w:sz w:val="24"/>
        </w:rPr>
        <w:t>[LOCATION NAME]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Street Address: </w:t>
      </w:r>
      <w:r>
        <w:rPr>
          <w:rFonts w:ascii="Times New Roman" w:hAnsi="Times New Roman" w:eastAsia="Times New Roman" w:cs="Times New Roman"/>
          <w:sz w:val="24"/>
        </w:rPr>
        <w:t>[STREET ADDRESS]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City: </w:t>
      </w:r>
      <w:r>
        <w:rPr>
          <w:rFonts w:ascii="Times New Roman" w:hAnsi="Times New Roman" w:eastAsia="Times New Roman" w:cs="Times New Roman"/>
          <w:sz w:val="24"/>
        </w:rPr>
        <w:t>[CITY]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State: </w:t>
      </w:r>
      <w:r>
        <w:rPr>
          <w:rFonts w:ascii="Times New Roman" w:hAnsi="Times New Roman" w:eastAsia="Times New Roman" w:cs="Times New Roman"/>
          <w:sz w:val="24"/>
        </w:rPr>
        <w:t xml:space="preserve">[STATE] </w:t>
      </w:r>
      <w:r>
        <w:rPr>
          <w:rFonts w:ascii="Times New Roman" w:hAnsi="Times New Roman" w:eastAsia="Times New Roman" w:cs="Times New Roman"/>
          <w:sz w:val="24"/>
        </w:rPr>
        <w:t xml:space="preserve"> Zip: </w:t>
      </w:r>
      <w:r>
        <w:rPr>
          <w:rFonts w:ascii="Times New Roman" w:hAnsi="Times New Roman" w:eastAsia="Times New Roman" w:cs="Times New Roman"/>
          <w:sz w:val="24"/>
        </w:rPr>
        <w:t>[ZIP CODE]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II. ATTENDEES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[ENTER BOARD MEMBERS AND SCHEDULED SPEAKERS WHO ARE PRESENT]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III. ABSENCES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[ENTER BOARD MEMBERS AND SCHEDULED SPEAKERS WHO ARE ABSENT]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IV. CALL TO ORDER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[APPROVAL OF THE PREVIOUS MEETING MINUTES AND THE CURRENT MEETING AGENDA]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V. OLD BUSINESS</w:t>
      </w:r>
      <w:r>
        <w:rPr>
          <w:rFonts w:ascii="Times New Roman" w:hAnsi="Times New Roman" w:eastAsia="Times New Roman" w:cs="Times New Roman"/>
          <w:sz w:val="24"/>
        </w:rPr>
        <w:t xml:space="preserve">.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[LIST ALL OUTSTANDING MATTERS, DESCRIBE ISSUES, AND RECORD VOTES]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VI. NEW BUSINESS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[LIST NEW BUSINESS ITEMS, REPORTS, STATEMENTS, IDEAS, COMMUNITY CONCERNS, ETC.]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VII. OTHER ITEMS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[LIST ANNOUNCEMENTS, NOMINATIONS, OR OTHER BUSINESS MATTERS]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VIII. PUBLIC HEARING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[LIST OPEN COMMENTS AND QUESTIONS FROM THE COMMUNITY]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IX. ADJOURNMENT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[ENTER THE TIME THE MEETING ENDED, AND THE CHAIR APPROVES THE MINUTES]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Minutes submitted by: </w:t>
      </w:r>
      <w:r>
        <w:rPr>
          <w:rFonts w:ascii="Times New Roman" w:hAnsi="Times New Roman" w:eastAsia="Times New Roman" w:cs="Times New Roman"/>
          <w:sz w:val="24"/>
        </w:rPr>
        <w:t>__________________</w:t>
      </w:r>
      <w:r>
        <w:rPr>
          <w:rFonts w:ascii="Times New Roman" w:hAnsi="Times New Roman" w:eastAsia="Times New Roman" w:cs="Times New Roman"/>
          <w:sz w:val="24"/>
        </w:rPr>
        <w:t>_ Print Name: ___________________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Approved by: </w:t>
      </w:r>
      <w:r>
        <w:rPr>
          <w:rFonts w:ascii="Times New Roman" w:hAnsi="Times New Roman" w:eastAsia="Times New Roman" w:cs="Times New Roman"/>
          <w:sz w:val="24"/>
        </w:rPr>
        <w:t xml:space="preserve">___________________ </w:t>
      </w:r>
      <w:r>
        <w:rPr>
          <w:rFonts w:ascii="Times New Roman" w:hAnsi="Times New Roman" w:eastAsia="Times New Roman" w:cs="Times New Roman"/>
          <w:sz w:val="24"/>
        </w:rPr>
        <w:t xml:space="preserve"> Print Name: 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