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Electronic Delivery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Enclosed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summary plan description (SPD) for the [name of plan]. The purpose of the SPD is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basic summary of the Plan document including your eligibility, participation and rights with respect to the benefits under the Plan. You are receiving the attachment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PDF format. You may need to download Adobe Reader to your computer to access and read the SPD. You may download Adobe Reader free of charge at https://get.adobe.com/reader/. You can also access the notice online at [website]. You have the right to request and receive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paper copy of the SPD, free of charge, by contacting the plan administrator at [plan administrator’s e-mail address] or by calling [phone number].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