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sz w:val="24"/>
        </w:rPr>
        <w:t>Employee Complaint Form</w:t>
      </w:r>
    </w:p>
    <w:p>
      <w:pPr>
        <w:spacing w:line="360" w:lineRule="auto"/>
      </w:pP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Your Name: ___________________________</w:t>
        <w:tab/>
        <w:t>Date: _____________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Title: ___________________</w:t>
        <w:tab/>
        <w:t>Phone Number: ___________________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Status: ____ Employee</w:t>
        <w:tab/>
        <w:t>____ Customer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ab/>
        <w:t xml:space="preserve">   ____ Faculty</w:t>
        <w:tab/>
        <w:tab/>
        <w:t>Other (Specify) ________________________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Department: ___________________________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Address: ____________________________________________________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b/>
          <w:sz w:val="24"/>
        </w:rPr>
        <w:t>Complaint Information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Date of Incident: ______________</w:t>
        <w:tab/>
        <w:tab/>
        <w:t>Time of Incident: _____________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Location of Incident: ___________________________________________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Please describe the incident in detail: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If there are others who have witnessed the incident, please provide their names and phone numbers below: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____________________________________________________________________________________________________________________________________________________________________________________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Is this the first time you have raised this concern about this person?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____ Yes ____ No</w:t>
      </w:r>
    </w:p>
    <w:p>
      <w:pPr>
        <w:spacing w:line="360" w:lineRule="auto"/>
      </w:pP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Do you have any suggestions for resolving the complaint? If so, please explain.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____________________________________________________________________________________________________________________________________________________________________________________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Do you have any additional information or complaints? If so, please explain.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____________________________________________________________________________________________________________________________________________________________________________________</w:t>
      </w:r>
    </w:p>
    <w:p>
      <w:pPr>
        <w:spacing w:line="360" w:lineRule="auto"/>
      </w:pP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 xml:space="preserve">Signature: </w:t>
      </w:r>
      <w:r>
        <w:rPr>
          <w:rFonts w:ascii="Times New Roman" w:hAnsi="Times New Roman" w:eastAsia="Times New Roman" w:cs="Times New Roman"/>
          <w:sz w:val="24"/>
        </w:rPr>
        <w:t>___________________</w:t>
        <w:tab/>
      </w:r>
      <w:r>
        <w:rPr>
          <w:rFonts w:ascii="Times New Roman" w:hAnsi="Times New Roman" w:eastAsia="Times New Roman" w:cs="Times New Roman"/>
          <w:sz w:val="24"/>
        </w:rPr>
        <w:tab/>
        <w:t>Print Name: 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