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pPr>
      <w:r>
        <w:rPr>
          <w:rFonts w:ascii="Times New Roman" w:hAnsi="Times New Roman" w:eastAsia="Times New Roman" w:cs="Times New Roman"/>
          <w:sz w:val="24"/>
        </w:rPr>
        <w:t>Employee Counseling Form</w:t>
      </w:r>
    </w:p>
    <w:p>
      <w:pPr>
        <w:spacing w:line="360" w:lineRule="auto"/>
      </w:pPr>
      <w:r>
        <w:rPr>
          <w:rFonts w:ascii="Times New Roman" w:hAnsi="Times New Roman" w:eastAsia="Times New Roman" w:cs="Times New Roman"/>
          <w:sz w:val="24"/>
        </w:rPr>
        <w:t>Counseling Date: __________</w:t>
      </w:r>
    </w:p>
    <w:p>
      <w:pPr>
        <w:spacing w:line="360" w:lineRule="auto"/>
      </w:pPr>
      <w:r>
        <w:rPr>
          <w:rFonts w:ascii="Times New Roman" w:hAnsi="Times New Roman" w:eastAsia="Times New Roman" w:cs="Times New Roman"/>
          <w:sz w:val="24"/>
        </w:rPr>
        <w:t>Employee’s Full Name: ________________</w:t>
        <w:tab/>
        <w:t>Job Title: _______________</w:t>
      </w:r>
    </w:p>
    <w:p>
      <w:pPr>
        <w:spacing w:line="360" w:lineRule="auto"/>
      </w:pPr>
      <w:r>
        <w:rPr>
          <w:rFonts w:ascii="Times New Roman" w:hAnsi="Times New Roman" w:eastAsia="Times New Roman" w:cs="Times New Roman"/>
          <w:sz w:val="24"/>
        </w:rPr>
        <w:t>Worksite Employer: _________________</w:t>
        <w:tab/>
        <w:t>Location: _______________</w:t>
      </w:r>
    </w:p>
    <w:p>
      <w:pPr>
        <w:spacing w:line="360" w:lineRule="auto"/>
      </w:pPr>
      <w:r>
        <w:rPr>
          <w:rFonts w:ascii="Times New Roman" w:hAnsi="Times New Roman" w:eastAsia="Times New Roman" w:cs="Times New Roman"/>
          <w:b/>
          <w:sz w:val="24"/>
        </w:rPr>
        <w:t>This Counseling is being issued because of the following (Select all that apply):</w:t>
      </w:r>
    </w:p>
    <w:p>
      <w:pPr>
        <w:spacing w:line="360" w:lineRule="auto"/>
      </w:pPr>
      <w:r>
        <w:rPr>
          <w:rFonts w:ascii="Times New Roman" w:hAnsi="Times New Roman" w:eastAsia="Times New Roman" w:cs="Times New Roman"/>
          <w:sz w:val="24"/>
        </w:rPr>
        <w:t>____ Attendance</w:t>
        <w:tab/>
        <w:tab/>
        <w:t>____ Behavior/Teamwork</w:t>
        <w:tab/>
        <w:t>____ Inappropriate Conduct</w:t>
      </w:r>
    </w:p>
    <w:p>
      <w:pPr>
        <w:spacing w:line="360" w:lineRule="auto"/>
      </w:pPr>
      <w:r>
        <w:rPr>
          <w:rFonts w:ascii="Times New Roman" w:hAnsi="Times New Roman" w:eastAsia="Times New Roman" w:cs="Times New Roman"/>
          <w:sz w:val="24"/>
        </w:rPr>
        <w:t>____ Inappropriate Dress</w:t>
        <w:tab/>
        <w:t>____ Safety Violation</w:t>
        <w:tab/>
        <w:t>____ Sleeping on the Job</w:t>
      </w:r>
    </w:p>
    <w:p>
      <w:pPr>
        <w:spacing w:line="360" w:lineRule="auto"/>
      </w:pPr>
      <w:r>
        <w:rPr>
          <w:rFonts w:ascii="Times New Roman" w:hAnsi="Times New Roman" w:eastAsia="Times New Roman" w:cs="Times New Roman"/>
          <w:sz w:val="24"/>
        </w:rPr>
        <w:t>____ Substandard Work</w:t>
        <w:tab/>
        <w:t>____ Violence</w:t>
        <w:tab/>
        <w:tab/>
        <w:t>____ Other _________________</w:t>
      </w:r>
    </w:p>
    <w:p>
      <w:pPr>
        <w:spacing w:line="360" w:lineRule="auto"/>
      </w:pPr>
      <w:r>
        <w:rPr>
          <w:rFonts w:ascii="Times New Roman" w:hAnsi="Times New Roman" w:eastAsia="Times New Roman" w:cs="Times New Roman"/>
          <w:sz w:val="24"/>
        </w:rPr>
        <w:t>Incident Date: _________________</w:t>
        <w:tab/>
        <w:tab/>
        <w:t>Time of Incident: __________________</w:t>
      </w:r>
    </w:p>
    <w:p>
      <w:pPr>
        <w:spacing w:line="360" w:lineRule="auto"/>
      </w:pPr>
      <w:r>
        <w:rPr>
          <w:rFonts w:ascii="Times New Roman" w:hAnsi="Times New Roman" w:eastAsia="Times New Roman" w:cs="Times New Roman"/>
          <w:b/>
          <w:sz w:val="24"/>
        </w:rPr>
        <w:t>Describe the nature of the incident (If applicable):</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__________________________________________________________________________________________________________________________________________________________________________________________________________________</w:t>
      </w:r>
    </w:p>
    <w:p>
      <w:pPr>
        <w:spacing w:line="360" w:lineRule="auto"/>
      </w:pPr>
      <w:r>
        <w:rPr>
          <w:rFonts w:ascii="Times New Roman" w:hAnsi="Times New Roman" w:eastAsia="Times New Roman" w:cs="Times New Roman"/>
          <w:b/>
          <w:sz w:val="24"/>
        </w:rPr>
        <w:t>Name of Witness(es):</w:t>
      </w:r>
      <w:r>
        <w:rPr>
          <w:rFonts w:ascii="Times New Roman" w:hAnsi="Times New Roman" w:eastAsia="Times New Roman" w:cs="Times New Roman"/>
          <w:sz w:val="24"/>
        </w:rPr>
        <w:t xml:space="preserve"> ______________________________________________________________________</w:t>
      </w:r>
    </w:p>
    <w:p>
      <w:pPr>
        <w:spacing w:line="360" w:lineRule="auto"/>
      </w:pPr>
      <w:r>
        <w:rPr>
          <w:rFonts w:ascii="Times New Roman" w:hAnsi="Times New Roman" w:eastAsia="Times New Roman" w:cs="Times New Roman"/>
          <w:b/>
          <w:sz w:val="24"/>
        </w:rPr>
        <w:t>Corrective Action:</w:t>
      </w:r>
      <w:r>
        <w:rPr>
          <w:rFonts w:ascii="Times New Roman" w:hAnsi="Times New Roman" w:eastAsia="Times New Roman" w:cs="Times New Roman"/>
          <w:sz w:val="24"/>
        </w:rPr>
        <w:t xml:space="preserve"> ____________________________________________________________________________________________________________________________________________</w:t>
      </w:r>
    </w:p>
    <w:p>
      <w:pPr>
        <w:spacing w:line="360" w:lineRule="auto"/>
      </w:pPr>
      <w:r>
        <w:rPr>
          <w:rFonts w:ascii="Times New Roman" w:hAnsi="Times New Roman" w:eastAsia="Times New Roman" w:cs="Times New Roman"/>
          <w:b/>
          <w:sz w:val="24"/>
        </w:rPr>
        <w:t>Employee Comments:</w:t>
      </w:r>
    </w:p>
    <w:p>
      <w:pPr>
        <w:spacing w:line="360" w:lineRule="auto"/>
      </w:pPr>
      <w:r>
        <w:rPr>
          <w:rFonts w:ascii="Times New Roman" w:hAnsi="Times New Roman" w:eastAsia="Times New Roman" w:cs="Times New Roman"/>
          <w:sz w:val="24"/>
        </w:rPr>
        <w:t>____________________________________________________________________________________________________________________________________________</w:t>
      </w:r>
    </w:p>
    <w:p>
      <w:pPr/>
      <w:r>
        <w:rPr>
          <w:rFonts w:ascii="Times New Roman" w:hAnsi="Times New Roman" w:eastAsia="Times New Roman" w:cs="Times New Roman"/>
          <w:sz w:val="24"/>
        </w:rPr>
        <w:t>This form is intended to help direct the employee onto a successful path in the work place. It is important to make immediate and sustained improvement and the failure to do so could result in further disciplinary action, up to and including termination of employment.</w:t>
      </w:r>
    </w:p>
    <w:p>
      <w:pPr>
        <w:spacing w:line="360" w:lineRule="auto"/>
      </w:pPr>
    </w:p>
    <w:p>
      <w:pPr/>
      <w:r>
        <w:rPr>
          <w:rFonts w:ascii="Times New Roman" w:hAnsi="Times New Roman" w:eastAsia="Times New Roman" w:cs="Times New Roman"/>
          <w:sz w:val="24"/>
        </w:rPr>
        <w:t>_____________________</w:t>
        <w:tab/>
      </w:r>
      <w:r>
        <w:rPr>
          <w:rFonts w:ascii="Times New Roman" w:hAnsi="Times New Roman" w:eastAsia="Times New Roman" w:cs="Times New Roman"/>
          <w:sz w:val="24"/>
        </w:rPr>
        <w:tab/>
        <w:t>_________________</w:t>
        <w:tab/>
        <w:t>________________</w:t>
      </w:r>
    </w:p>
    <w:p>
      <w:pPr/>
      <w:r>
        <w:rPr>
          <w:rFonts w:ascii="Times New Roman" w:hAnsi="Times New Roman" w:eastAsia="Times New Roman" w:cs="Times New Roman"/>
          <w:sz w:val="24"/>
        </w:rPr>
        <w:t>Employee’s Signature</w:t>
        <w:tab/>
        <w:tab/>
        <w:t>Print Name</w:t>
        <w:tab/>
        <w:tab/>
        <w:tab/>
        <w:t>Date</w:t>
      </w:r>
    </w:p>
    <w:p>
      <w:pPr/>
    </w:p>
    <w:p>
      <w:pPr/>
      <w:r>
        <w:rPr>
          <w:rFonts w:ascii="Times New Roman" w:hAnsi="Times New Roman" w:eastAsia="Times New Roman" w:cs="Times New Roman"/>
          <w:sz w:val="24"/>
        </w:rPr>
        <w:t>_____________________</w:t>
        <w:tab/>
      </w:r>
      <w:r>
        <w:rPr>
          <w:rFonts w:ascii="Times New Roman" w:hAnsi="Times New Roman" w:eastAsia="Times New Roman" w:cs="Times New Roman"/>
          <w:sz w:val="24"/>
        </w:rPr>
        <w:tab/>
        <w:t>_________________</w:t>
        <w:tab/>
        <w:t>________________</w:t>
      </w:r>
    </w:p>
    <w:p>
      <w:pPr/>
      <w:r>
        <w:rPr>
          <w:rFonts w:ascii="Times New Roman" w:hAnsi="Times New Roman" w:eastAsia="Times New Roman" w:cs="Times New Roman"/>
          <w:sz w:val="24"/>
        </w:rPr>
        <w:t>Supervisor’s Signature</w:t>
        <w:tab/>
        <w:tab/>
        <w:t>Print Name</w:t>
        <w:tab/>
        <w:tab/>
        <w:tab/>
        <w:t>Date</w:t>
      </w:r>
    </w:p>
    <w:p>
      <w:pPr/>
    </w:p>
    <w:p>
      <w:pPr/>
      <w:r>
        <w:rPr>
          <w:rFonts w:ascii="Times New Roman" w:hAnsi="Times New Roman" w:eastAsia="Times New Roman" w:cs="Times New Roman"/>
          <w:sz w:val="24"/>
        </w:rPr>
        <w:t>_____________________</w:t>
        <w:tab/>
      </w:r>
      <w:r>
        <w:rPr>
          <w:rFonts w:ascii="Times New Roman" w:hAnsi="Times New Roman" w:eastAsia="Times New Roman" w:cs="Times New Roman"/>
          <w:sz w:val="24"/>
        </w:rPr>
        <w:tab/>
        <w:t>_________________</w:t>
        <w:tab/>
        <w:t>________________</w:t>
      </w:r>
    </w:p>
    <w:p>
      <w:pPr/>
      <w:r>
        <w:rPr>
          <w:rFonts w:ascii="Times New Roman" w:hAnsi="Times New Roman" w:eastAsia="Times New Roman" w:cs="Times New Roman"/>
          <w:sz w:val="24"/>
        </w:rPr>
        <w:t>Witness’s Signature</w:t>
        <w:tab/>
        <w:tab/>
        <w:tab/>
        <w:t>Print Name</w:t>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