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rFonts w:ascii="Times New Roman" w:hAnsi="Times New Roman" w:eastAsia="Times New Roman" w:cs="Times New Roman"/>
          <w:b/>
          <w:sz w:val="24"/>
        </w:rPr>
        <w:t>EMPLOYEE DISCIPLINARY ACTION FORM</w:t>
      </w:r>
    </w:p>
    <w:p>
      <w:pPr/>
    </w:p>
    <w:p>
      <w:pPr/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Employee: ________________________           Date of Warning: ________________________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Department: _______________________                   Supervisor: ________________________</w:t>
      </w:r>
    </w:p>
    <w:p>
      <w:pPr/>
    </w:p>
    <w:p>
      <w:pPr/>
      <w:r>
        <w:rPr>
          <w:rFonts w:ascii="Times New Roman" w:hAnsi="Times New Roman" w:eastAsia="Times New Roman" w:cs="Times New Roman"/>
          <w:b/>
          <w:sz w:val="24"/>
        </w:rPr>
        <w:t>________________________________</w:t>
      </w:r>
    </w:p>
    <w:p>
      <w:pPr/>
    </w:p>
    <w:p>
      <w:pPr/>
      <w:r>
        <w:rPr>
          <w:rFonts w:ascii="Times New Roman" w:hAnsi="Times New Roman" w:eastAsia="Times New Roman" w:cs="Times New Roman"/>
          <w:b/>
          <w:sz w:val="24"/>
        </w:rPr>
        <w:t>Type of Violation</w:t>
      </w:r>
    </w:p>
    <w:p>
      <w:pPr/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 xml:space="preserve">- Attendance </w:t>
      </w:r>
      <w:r>
        <w:rPr>
          <w:rFonts w:ascii="Times New Roman" w:hAnsi="Times New Roman" w:eastAsia="Times New Roman" w:cs="Times New Roman"/>
          <w:sz w:val="24"/>
        </w:rPr>
        <w:t xml:space="preserve"> - Carelessness </w:t>
      </w:r>
      <w:r>
        <w:rPr>
          <w:rFonts w:ascii="Times New Roman" w:hAnsi="Times New Roman" w:eastAsia="Times New Roman" w:cs="Times New Roman"/>
          <w:sz w:val="24"/>
        </w:rPr>
        <w:t xml:space="preserve"> - Disobedience </w:t>
      </w:r>
      <w:r>
        <w:rPr>
          <w:rFonts w:ascii="Times New Roman" w:hAnsi="Times New Roman" w:eastAsia="Times New Roman" w:cs="Times New Roman"/>
          <w:sz w:val="24"/>
        </w:rPr>
        <w:t xml:space="preserve"> - Safety </w:t>
      </w:r>
      <w:r>
        <w:rPr>
          <w:rFonts w:ascii="Times New Roman" w:hAnsi="Times New Roman" w:eastAsia="Times New Roman" w:cs="Times New Roman"/>
          <w:sz w:val="24"/>
        </w:rPr>
        <w:t xml:space="preserve"> - Tardiness 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 xml:space="preserve">- Work Quality </w:t>
      </w:r>
      <w:r>
        <w:rPr>
          <w:rFonts w:ascii="Times New Roman" w:hAnsi="Times New Roman" w:eastAsia="Times New Roman" w:cs="Times New Roman"/>
          <w:sz w:val="24"/>
        </w:rPr>
        <w:t xml:space="preserve"> - Other (explain) _______________________________________________</w:t>
      </w:r>
    </w:p>
    <w:p>
      <w:pPr/>
    </w:p>
    <w:p>
      <w:pPr/>
      <w:r>
        <w:rPr>
          <w:rFonts w:ascii="Times New Roman" w:hAnsi="Times New Roman" w:eastAsia="Times New Roman" w:cs="Times New Roman"/>
          <w:b/>
          <w:sz w:val="24"/>
        </w:rPr>
        <w:t>________________________________</w:t>
      </w:r>
    </w:p>
    <w:p>
      <w:pPr/>
    </w:p>
    <w:p>
      <w:pPr/>
      <w:r>
        <w:rPr>
          <w:rFonts w:ascii="Times New Roman" w:hAnsi="Times New Roman" w:eastAsia="Times New Roman" w:cs="Times New Roman"/>
          <w:b/>
          <w:sz w:val="24"/>
        </w:rPr>
        <w:t>Warning</w:t>
      </w:r>
    </w:p>
    <w:p>
      <w:pPr/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Violation Date: ________________________ Violation Time: ________________________</w:t>
      </w:r>
    </w:p>
    <w:p>
      <w:pPr/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Violation Location: ________________________________________________</w:t>
      </w:r>
    </w:p>
    <w:p>
      <w:pPr/>
    </w:p>
    <w:p>
      <w:pPr/>
      <w:r>
        <w:rPr>
          <w:rFonts w:ascii="Times New Roman" w:hAnsi="Times New Roman" w:eastAsia="Times New Roman" w:cs="Times New Roman"/>
          <w:b/>
          <w:sz w:val="24"/>
        </w:rPr>
        <w:t>________________________________</w:t>
      </w:r>
    </w:p>
    <w:p>
      <w:pPr/>
    </w:p>
    <w:p>
      <w:pPr/>
      <w:r>
        <w:rPr>
          <w:rFonts w:ascii="Times New Roman" w:hAnsi="Times New Roman" w:eastAsia="Times New Roman" w:cs="Times New Roman"/>
          <w:b/>
          <w:sz w:val="24"/>
        </w:rPr>
        <w:t>Employer’s Statement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____________________________________________________________________________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____________________________________________________________________________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____________________________________________________________________________</w:t>
      </w:r>
    </w:p>
    <w:p>
      <w:pPr/>
    </w:p>
    <w:p>
      <w:pPr/>
      <w:r>
        <w:rPr>
          <w:rFonts w:ascii="Times New Roman" w:hAnsi="Times New Roman" w:eastAsia="Times New Roman" w:cs="Times New Roman"/>
          <w:b/>
          <w:sz w:val="24"/>
        </w:rPr>
        <w:t>________________________________</w:t>
      </w:r>
    </w:p>
    <w:p>
      <w:pPr/>
    </w:p>
    <w:p>
      <w:pPr/>
      <w:r>
        <w:rPr>
          <w:rFonts w:ascii="Times New Roman" w:hAnsi="Times New Roman" w:eastAsia="Times New Roman" w:cs="Times New Roman"/>
          <w:b/>
          <w:sz w:val="24"/>
        </w:rPr>
        <w:t>Employee’s Statement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____________________________________________________________________________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____________________________________________________________________________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____________________________________________________________________________</w:t>
      </w:r>
    </w:p>
    <w:p>
      <w:pPr/>
      <w:r>
        <w:rPr>
          <w:rFonts w:ascii="Times New Roman" w:hAnsi="Times New Roman" w:eastAsia="Times New Roman" w:cs="Times New Roman"/>
          <w:b/>
          <w:sz w:val="24"/>
        </w:rPr>
        <w:t>________________________________</w:t>
      </w:r>
    </w:p>
    <w:p>
      <w:pPr/>
    </w:p>
    <w:p>
      <w:pPr/>
      <w:r>
        <w:rPr>
          <w:rFonts w:ascii="Times New Roman" w:hAnsi="Times New Roman" w:eastAsia="Times New Roman" w:cs="Times New Roman"/>
          <w:b/>
          <w:sz w:val="24"/>
        </w:rPr>
        <w:t>Decision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____________________________________________________________________________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____________________________________________________________________________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____________________________________________________________________________</w:t>
      </w:r>
    </w:p>
    <w:p>
      <w:pPr/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Decision Approved by: _________________ Title: _________________ Date: _____________</w:t>
      </w:r>
    </w:p>
    <w:p>
      <w:pPr/>
      <w:r>
        <w:rPr>
          <w:rFonts w:ascii="Times New Roman" w:hAnsi="Times New Roman" w:eastAsia="Times New Roman" w:cs="Times New Roman"/>
          <w:b/>
          <w:sz w:val="24"/>
        </w:rPr>
        <w:t>________________________________</w:t>
      </w:r>
    </w:p>
    <w:p>
      <w:pPr/>
    </w:p>
    <w:p>
      <w:pPr/>
      <w:r>
        <w:rPr>
          <w:rFonts w:ascii="Times New Roman" w:hAnsi="Times New Roman" w:eastAsia="Times New Roman" w:cs="Times New Roman"/>
          <w:b/>
          <w:sz w:val="24"/>
        </w:rPr>
        <w:t>Previous Warnings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1</w:t>
      </w:r>
      <w:r>
        <w:rPr>
          <w:rFonts w:ascii="Times New Roman" w:hAnsi="Times New Roman" w:eastAsia="Times New Roman" w:cs="Times New Roman"/>
          <w:sz w:val="24"/>
        </w:rPr>
        <w:t>st</w:t>
      </w:r>
      <w:r>
        <w:rPr>
          <w:rFonts w:ascii="Times New Roman" w:hAnsi="Times New Roman" w:eastAsia="Times New Roman" w:cs="Times New Roman"/>
          <w:sz w:val="24"/>
        </w:rPr>
        <w:t xml:space="preserve"> Warning - Date: _________________ Type: </w:t>
      </w:r>
      <w:r>
        <w:rPr>
          <w:rFonts w:ascii="Times New Roman" w:hAnsi="Times New Roman" w:eastAsia="Times New Roman" w:cs="Times New Roman"/>
          <w:sz w:val="24"/>
        </w:rPr>
        <w:t xml:space="preserve"> - Verbal </w:t>
      </w:r>
      <w:r>
        <w:rPr>
          <w:rFonts w:ascii="Times New Roman" w:hAnsi="Times New Roman" w:eastAsia="Times New Roman" w:cs="Times New Roman"/>
          <w:sz w:val="24"/>
        </w:rPr>
        <w:t xml:space="preserve"> - Written 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2</w:t>
      </w:r>
      <w:r>
        <w:rPr>
          <w:rFonts w:ascii="Times New Roman" w:hAnsi="Times New Roman" w:eastAsia="Times New Roman" w:cs="Times New Roman"/>
          <w:sz w:val="24"/>
        </w:rPr>
        <w:t>nd</w:t>
      </w:r>
      <w:r>
        <w:rPr>
          <w:rFonts w:ascii="Times New Roman" w:hAnsi="Times New Roman" w:eastAsia="Times New Roman" w:cs="Times New Roman"/>
          <w:sz w:val="24"/>
        </w:rPr>
        <w:t xml:space="preserve"> Warning - Date: _________________ Type: </w:t>
      </w:r>
      <w:r>
        <w:rPr>
          <w:rFonts w:ascii="Times New Roman" w:hAnsi="Times New Roman" w:eastAsia="Times New Roman" w:cs="Times New Roman"/>
          <w:sz w:val="24"/>
        </w:rPr>
        <w:t xml:space="preserve"> - Verbal </w:t>
      </w:r>
      <w:r>
        <w:rPr>
          <w:rFonts w:ascii="Times New Roman" w:hAnsi="Times New Roman" w:eastAsia="Times New Roman" w:cs="Times New Roman"/>
          <w:sz w:val="24"/>
        </w:rPr>
        <w:t xml:space="preserve"> - Written 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3</w:t>
      </w:r>
      <w:r>
        <w:rPr>
          <w:rFonts w:ascii="Times New Roman" w:hAnsi="Times New Roman" w:eastAsia="Times New Roman" w:cs="Times New Roman"/>
          <w:sz w:val="24"/>
        </w:rPr>
        <w:t>rd</w:t>
      </w:r>
      <w:r>
        <w:rPr>
          <w:rFonts w:ascii="Times New Roman" w:hAnsi="Times New Roman" w:eastAsia="Times New Roman" w:cs="Times New Roman"/>
          <w:sz w:val="24"/>
        </w:rPr>
        <w:t xml:space="preserve"> Warning - Date: _________________ Type: </w:t>
      </w:r>
      <w:r>
        <w:rPr>
          <w:rFonts w:ascii="Times New Roman" w:hAnsi="Times New Roman" w:eastAsia="Times New Roman" w:cs="Times New Roman"/>
          <w:sz w:val="24"/>
        </w:rPr>
        <w:t xml:space="preserve"> - Verbal </w:t>
      </w:r>
      <w:r>
        <w:rPr>
          <w:rFonts w:ascii="Times New Roman" w:hAnsi="Times New Roman" w:eastAsia="Times New Roman" w:cs="Times New Roman"/>
          <w:sz w:val="24"/>
        </w:rPr>
        <w:t xml:space="preserve"> - Written </w:t>
      </w:r>
    </w:p>
    <w:p>
      <w:pPr/>
      <w:r>
        <w:rPr>
          <w:rFonts w:ascii="Times New Roman" w:hAnsi="Times New Roman" w:eastAsia="Times New Roman" w:cs="Times New Roman"/>
          <w:b/>
          <w:sz w:val="24"/>
        </w:rPr>
        <w:t>________________________________</w:t>
      </w:r>
    </w:p>
    <w:p>
      <w:pPr/>
    </w:p>
    <w:p>
      <w:pPr/>
      <w:r>
        <w:rPr>
          <w:rFonts w:ascii="Times New Roman" w:hAnsi="Times New Roman" w:eastAsia="Times New Roman" w:cs="Times New Roman"/>
          <w:b/>
          <w:sz w:val="24"/>
        </w:rPr>
        <w:t>Signatures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Employer’s/Supervisor’s Signature: </w:t>
      </w:r>
      <w:r>
        <w:rPr>
          <w:rFonts w:ascii="Times New Roman" w:hAnsi="Times New Roman" w:eastAsia="Times New Roman" w:cs="Times New Roman"/>
          <w:sz w:val="24"/>
        </w:rPr>
        <w:t>___________________________</w:t>
      </w:r>
      <w:r>
        <w:rPr>
          <w:rFonts w:ascii="Times New Roman" w:hAnsi="Times New Roman" w:eastAsia="Times New Roman" w:cs="Times New Roman"/>
          <w:sz w:val="24"/>
        </w:rPr>
        <w:t xml:space="preserve"> Date: _______________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Print Name: ___________________________ Title: ___________________________</w:t>
      </w:r>
    </w:p>
    <w:p>
      <w:pPr/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I have read this "warning decision". I understand it and have received a copy of the same.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Employee’s Signature: </w:t>
      </w:r>
      <w:r>
        <w:rPr>
          <w:rFonts w:ascii="Times New Roman" w:hAnsi="Times New Roman" w:eastAsia="Times New Roman" w:cs="Times New Roman"/>
          <w:sz w:val="24"/>
        </w:rPr>
        <w:t>___________________________</w:t>
      </w:r>
      <w:r>
        <w:rPr>
          <w:rFonts w:ascii="Times New Roman" w:hAnsi="Times New Roman" w:eastAsia="Times New Roman" w:cs="Times New Roman"/>
          <w:sz w:val="24"/>
        </w:rPr>
        <w:t xml:space="preserve">  Date: _______________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Print Name: ___________________________ Title: ___________________________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