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b/>
          <w:sz w:val="24"/>
        </w:rPr>
        <w:t>EMPLOYEE EMERGENCY CONTACT FORM</w:t>
      </w:r>
    </w:p>
    <w:p>
      <w:pPr/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>Name ______________________________________________________________________________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Department 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Personal Contact Info: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Home Address________________________________________________________________________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City, State, ZIP 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Home Telephone # ____________________________ Cell # __________________________________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Emergency Contact Info: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(1) Name_______________________________________ Relationship___________________________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Address _____________________________________________________________________________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City, State, ZIP 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Home Telephone # ____________________________ Cell # 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Work Telephone # _______________________________ Employer _____________________________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(2) Name_______________________________________ Relationship___________________________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Address _____________________________________________________________________________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City, State, ZIP 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Home Telephone # ____________________________ Cell # 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Work Telephone # _______________________________ Employer _____________________________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Medical Contact Info: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Doctor Name. ______________________________________ Phone # 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Dentist Name ______________________________________ Phone # 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    </w:t>
      </w:r>
      <w:r>
        <w:rPr>
          <w:rFonts w:ascii="Times New Roman" w:hAnsi="Times New Roman" w:eastAsia="Times New Roman" w:cs="Times New Roman"/>
          <w:sz w:val="24"/>
        </w:rPr>
        <w:t>I have voluntarily provided the above contact information and authorize ___________________ and its representatives to contact any of the above on my behalf in the event of an emergency.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Employee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__________________________</w:t>
      </w:r>
      <w:r>
        <w:rPr>
          <w:rFonts w:ascii="Times New Roman" w:hAnsi="Times New Roman" w:eastAsia="Times New Roman" w:cs="Times New Roman"/>
          <w:sz w:val="24"/>
        </w:rPr>
        <w:tab/>
        <w:t>Date __________________________________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