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Times New Roman" w:hAnsi="Times New Roman" w:eastAsia="Times New Roman" w:cs="Times New Roman"/>
          <w:b/>
          <w:sz w:val="24"/>
        </w:rPr>
        <w:t>EMPLOYEE EVALUATION FORM</w:t>
      </w:r>
    </w:p>
    <w:p>
      <w:pPr>
        <w:spacing w:line="360" w:lineRule="auto"/>
      </w:pPr>
    </w:p>
    <w:p>
      <w:pPr>
        <w:spacing w:line="360" w:lineRule="auto"/>
      </w:pPr>
      <w:r>
        <w:rPr>
          <w:rFonts w:ascii="Times New Roman" w:hAnsi="Times New Roman" w:eastAsia="Times New Roman" w:cs="Times New Roman"/>
          <w:sz w:val="24"/>
        </w:rPr>
        <w:t>EMPLOYER: ____________________________</w:t>
      </w:r>
    </w:p>
    <w:p>
      <w:pPr>
        <w:spacing w:line="360" w:lineRule="auto"/>
      </w:pPr>
      <w:r>
        <w:rPr>
          <w:rFonts w:ascii="Times New Roman" w:hAnsi="Times New Roman" w:eastAsia="Times New Roman" w:cs="Times New Roman"/>
          <w:sz w:val="24"/>
        </w:rPr>
        <w:t>EMPLOYEE: ____________________________ DATE: ________________________</w:t>
      </w:r>
    </w:p>
    <w:p>
      <w:pPr>
        <w:spacing w:line="360" w:lineRule="auto"/>
      </w:pPr>
      <w:r>
        <w:rPr>
          <w:rFonts w:ascii="Times New Roman" w:hAnsi="Times New Roman" w:eastAsia="Times New Roman" w:cs="Times New Roman"/>
          <w:sz w:val="24"/>
        </w:rPr>
        <w:t>DEPARTMENT: ____________________   JOB TITLE: ______________________</w:t>
      </w:r>
    </w:p>
    <w:p>
      <w:pPr>
        <w:spacing w:line="360" w:lineRule="auto"/>
      </w:pPr>
    </w:p>
    <w:p>
      <w:pPr>
        <w:spacing w:line="360" w:lineRule="auto"/>
      </w:pPr>
      <w:r>
        <w:rPr>
          <w:rFonts w:ascii="Times New Roman" w:hAnsi="Times New Roman" w:eastAsia="Times New Roman" w:cs="Times New Roman"/>
          <w:b/>
          <w:sz w:val="24"/>
        </w:rPr>
        <w:t>Purpose of this Employee Evaluation</w:t>
      </w:r>
    </w:p>
    <w:p>
      <w:pPr>
        <w:spacing w:line="360" w:lineRule="auto"/>
      </w:pPr>
    </w:p>
    <w:p>
      <w:pPr>
        <w:spacing w:line="360" w:lineRule="auto"/>
      </w:pPr>
      <w:r>
        <w:rPr>
          <w:rFonts w:ascii="Times New Roman" w:hAnsi="Times New Roman" w:eastAsia="Times New Roman" w:cs="Times New Roman"/>
          <w:sz w:val="24"/>
        </w:rPr>
        <w:t>To take a personal inventory, to pin-point weaknesses and strengths and to outline and agree upon a practical improvement program. Periodically conducted, these Evaluations will provide a history of development and progress.</w:t>
      </w:r>
    </w:p>
    <w:p>
      <w:pPr>
        <w:spacing w:line="360" w:lineRule="auto"/>
      </w:pPr>
    </w:p>
    <w:p>
      <w:pPr>
        <w:spacing w:line="360" w:lineRule="auto"/>
      </w:pPr>
      <w:r>
        <w:rPr>
          <w:rFonts w:ascii="Times New Roman" w:hAnsi="Times New Roman" w:eastAsia="Times New Roman" w:cs="Times New Roman"/>
          <w:b/>
          <w:sz w:val="24"/>
        </w:rPr>
        <w:t>Instructions</w:t>
      </w:r>
    </w:p>
    <w:p>
      <w:pPr>
        <w:spacing w:line="360" w:lineRule="auto"/>
      </w:pPr>
    </w:p>
    <w:p>
      <w:pPr>
        <w:spacing w:line="360" w:lineRule="auto"/>
      </w:pPr>
      <w:r>
        <w:rPr>
          <w:rFonts w:ascii="Times New Roman" w:hAnsi="Times New Roman" w:eastAsia="Times New Roman" w:cs="Times New Roman"/>
          <w:sz w:val="24"/>
        </w:rPr>
        <w:t>Listed below are a number of traits, abilities and characteristics that are important for success in business. Place an "X" mark on each rating scale, over the descriptive phrase which most nearly describes the person being rated. (If this form is being used for self-evaluation, you will be describing yourself.)</w:t>
      </w:r>
    </w:p>
    <w:p>
      <w:pPr>
        <w:spacing w:line="360" w:lineRule="auto"/>
      </w:pPr>
    </w:p>
    <w:p>
      <w:pPr>
        <w:spacing w:line="360" w:lineRule="auto"/>
      </w:pPr>
      <w:r>
        <w:rPr>
          <w:rFonts w:ascii="Times New Roman" w:hAnsi="Times New Roman" w:eastAsia="Times New Roman" w:cs="Times New Roman"/>
          <w:sz w:val="24"/>
        </w:rPr>
        <w:t>Carefully evaluate each of the qualities separately.</w:t>
      </w:r>
    </w:p>
    <w:p>
      <w:pPr>
        <w:spacing w:line="360" w:lineRule="auto"/>
      </w:pPr>
      <w:r>
        <w:rPr>
          <w:rFonts w:ascii="Times New Roman" w:hAnsi="Times New Roman" w:eastAsia="Times New Roman" w:cs="Times New Roman"/>
          <w:sz w:val="24"/>
        </w:rPr>
        <w:t>Two common mistakes in rating are: (1) A tendency to rate nearly everyone as "average" on every trait instead of being more critical in judgment. The rater should use the ends of the scale as well as the middle, and (2) The "Halo Effect," i.e., a tendency to rate the same individual "excellent" on every trait or "poor" on every trait based on the overall picture one has of the person being rated. However, each person has strong</w:t>
      </w:r>
    </w:p>
    <w:p>
      <w:pPr>
        <w:spacing w:line="360" w:lineRule="auto"/>
      </w:pPr>
      <w:r>
        <w:rPr>
          <w:rFonts w:ascii="Times New Roman" w:hAnsi="Times New Roman" w:eastAsia="Times New Roman" w:cs="Times New Roman"/>
          <w:sz w:val="24"/>
        </w:rPr>
        <w:t>points and weak points and these should be indicated on the rating scale.</w:t>
      </w:r>
    </w:p>
    <w:p>
      <w:pPr>
        <w:spacing w:line="360" w:lineRule="auto"/>
      </w:pPr>
    </w:p>
    <w:p>
      <w:pPr>
        <w:spacing w:line="360" w:lineRule="auto"/>
      </w:pPr>
      <w:r>
        <w:rPr>
          <w:rFonts w:ascii="Times New Roman" w:hAnsi="Times New Roman" w:eastAsia="Times New Roman" w:cs="Times New Roman"/>
          <w:b/>
          <w:sz w:val="24"/>
        </w:rPr>
        <w:t>ACCURACY</w:t>
      </w:r>
      <w:r>
        <w:rPr>
          <w:rFonts w:ascii="Times New Roman" w:hAnsi="Times New Roman" w:eastAsia="Times New Roman" w:cs="Times New Roman"/>
          <w:sz w:val="24"/>
        </w:rPr>
        <w:t xml:space="preserve"> is the correctness of work duties performed.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ALERTNESS</w:t>
      </w:r>
      <w:r>
        <w:rPr>
          <w:rFonts w:ascii="Times New Roman" w:hAnsi="Times New Roman" w:eastAsia="Times New Roman" w:cs="Times New Roman"/>
          <w:sz w:val="24"/>
        </w:rPr>
        <w:t xml:space="preserve"> is the ability to grasp instructions, to meet challenging conditions and to</w:t>
      </w:r>
    </w:p>
    <w:p>
      <w:pPr>
        <w:spacing w:line="360" w:lineRule="auto"/>
      </w:pPr>
      <w:r>
        <w:rPr>
          <w:rFonts w:ascii="Times New Roman" w:hAnsi="Times New Roman" w:eastAsia="Times New Roman" w:cs="Times New Roman"/>
          <w:sz w:val="24"/>
        </w:rPr>
        <w:t>solve novel or problem situations.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CREATIVITY</w:t>
      </w:r>
      <w:r>
        <w:rPr>
          <w:rFonts w:ascii="Times New Roman" w:hAnsi="Times New Roman" w:eastAsia="Times New Roman" w:cs="Times New Roman"/>
          <w:sz w:val="24"/>
        </w:rPr>
        <w:t xml:space="preserve"> is talent for having new ideas, for finding new and better ways of doing</w:t>
      </w:r>
    </w:p>
    <w:p>
      <w:pPr>
        <w:spacing w:line="360" w:lineRule="auto"/>
      </w:pPr>
      <w:r>
        <w:rPr>
          <w:rFonts w:ascii="Times New Roman" w:hAnsi="Times New Roman" w:eastAsia="Times New Roman" w:cs="Times New Roman"/>
          <w:sz w:val="24"/>
        </w:rPr>
        <w:t>things and for being imaginative.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FRIENDLINESS</w:t>
      </w:r>
      <w:r>
        <w:rPr>
          <w:rFonts w:ascii="Times New Roman" w:hAnsi="Times New Roman" w:eastAsia="Times New Roman" w:cs="Times New Roman"/>
          <w:sz w:val="24"/>
        </w:rPr>
        <w:t xml:space="preserve"> is the sociability and warmth which an individual imparts in his attitude</w:t>
      </w:r>
    </w:p>
    <w:p>
      <w:pPr>
        <w:spacing w:line="360" w:lineRule="auto"/>
      </w:pPr>
      <w:r>
        <w:rPr>
          <w:rFonts w:ascii="Times New Roman" w:hAnsi="Times New Roman" w:eastAsia="Times New Roman" w:cs="Times New Roman"/>
          <w:sz w:val="24"/>
        </w:rPr>
        <w:t>toward customers, other employees, his supervisor and the persons he may supervise.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PERSONALITY</w:t>
      </w:r>
      <w:r>
        <w:rPr>
          <w:rFonts w:ascii="Times New Roman" w:hAnsi="Times New Roman" w:eastAsia="Times New Roman" w:cs="Times New Roman"/>
          <w:sz w:val="24"/>
        </w:rPr>
        <w:t xml:space="preserve"> is an individual's behavior characteristics or his personal suitability for the job.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PERSONAL APPEARANCE</w:t>
      </w:r>
      <w:r>
        <w:rPr>
          <w:rFonts w:ascii="Times New Roman" w:hAnsi="Times New Roman" w:eastAsia="Times New Roman" w:cs="Times New Roman"/>
          <w:sz w:val="24"/>
        </w:rPr>
        <w:t xml:space="preserve"> is the personal impression an individual makes on others.</w:t>
      </w:r>
    </w:p>
    <w:p>
      <w:pPr>
        <w:spacing w:line="360" w:lineRule="auto"/>
      </w:pPr>
      <w:r>
        <w:rPr>
          <w:rFonts w:ascii="Times New Roman" w:hAnsi="Times New Roman" w:eastAsia="Times New Roman" w:cs="Times New Roman"/>
          <w:sz w:val="24"/>
        </w:rPr>
        <w:t>(Consider cleanliness, grooming, neatness and appropriateness of dress on the job.)</w:t>
      </w:r>
    </w:p>
    <w:p>
      <w:pPr>
        <w:spacing w:line="360" w:lineRule="auto"/>
      </w:pPr>
      <w:r>
        <w:rPr>
          <w:rFonts w:ascii="Times New Roman" w:hAnsi="Times New Roman" w:eastAsia="Times New Roman" w:cs="Times New Roman"/>
          <w:sz w:val="24"/>
        </w:rPr>
        <w:t>appearance. dress.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PHYSICAL FITNESS</w:t>
      </w:r>
      <w:r>
        <w:rPr>
          <w:rFonts w:ascii="Times New Roman" w:hAnsi="Times New Roman" w:eastAsia="Times New Roman" w:cs="Times New Roman"/>
          <w:sz w:val="24"/>
        </w:rPr>
        <w:t xml:space="preserve"> is the ability to work consistently and with only moderate fatigue.</w:t>
      </w:r>
    </w:p>
    <w:p>
      <w:pPr>
        <w:spacing w:line="360" w:lineRule="auto"/>
      </w:pPr>
      <w:r>
        <w:rPr>
          <w:rFonts w:ascii="Times New Roman" w:hAnsi="Times New Roman" w:eastAsia="Times New Roman" w:cs="Times New Roman"/>
          <w:sz w:val="24"/>
        </w:rPr>
        <w:t>(Consider physical alertness and energy.)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ATTENDANCE</w:t>
      </w:r>
      <w:r>
        <w:rPr>
          <w:rFonts w:ascii="Times New Roman" w:hAnsi="Times New Roman" w:eastAsia="Times New Roman" w:cs="Times New Roman"/>
          <w:sz w:val="24"/>
        </w:rPr>
        <w:t xml:space="preserve"> is faithfulness in coming to work daily and conforming to work hours.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HOUSEKEEPING</w:t>
      </w:r>
      <w:r>
        <w:rPr>
          <w:rFonts w:ascii="Times New Roman" w:hAnsi="Times New Roman" w:eastAsia="Times New Roman" w:cs="Times New Roman"/>
          <w:sz w:val="24"/>
        </w:rPr>
        <w:t xml:space="preserve"> is the orderliness and cleanliness in which an individual keeps his work area.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DEPENDABILITY</w:t>
      </w:r>
      <w:r>
        <w:rPr>
          <w:rFonts w:ascii="Times New Roman" w:hAnsi="Times New Roman" w:eastAsia="Times New Roman" w:cs="Times New Roman"/>
          <w:sz w:val="24"/>
        </w:rPr>
        <w:t xml:space="preserve"> is the ability to do required jobs well with a minimum of supervision.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DRIVE</w:t>
      </w:r>
      <w:r>
        <w:rPr>
          <w:rFonts w:ascii="Times New Roman" w:hAnsi="Times New Roman" w:eastAsia="Times New Roman" w:cs="Times New Roman"/>
          <w:sz w:val="24"/>
        </w:rPr>
        <w:t xml:space="preserve"> is the desire to attain goals, to achieve.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JOB KNOWLEDGE</w:t>
      </w:r>
      <w:r>
        <w:rPr>
          <w:rFonts w:ascii="Times New Roman" w:hAnsi="Times New Roman" w:eastAsia="Times New Roman" w:cs="Times New Roman"/>
          <w:sz w:val="24"/>
        </w:rPr>
        <w:t xml:space="preserve"> is the information concerning work duties which an individual should know for a satisfactory job performance.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QUALITY OF WORK</w:t>
      </w:r>
      <w:r>
        <w:rPr>
          <w:rFonts w:ascii="Times New Roman" w:hAnsi="Times New Roman" w:eastAsia="Times New Roman" w:cs="Times New Roman"/>
          <w:sz w:val="24"/>
        </w:rPr>
        <w:t xml:space="preserve"> is the level of work an individual does in a work day.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p>
    <w:p>
      <w:pPr>
        <w:spacing w:line="360" w:lineRule="auto"/>
      </w:pPr>
    </w:p>
    <w:p>
      <w:pPr>
        <w:spacing w:line="360" w:lineRule="auto"/>
      </w:pPr>
      <w:r>
        <w:rPr>
          <w:rFonts w:ascii="Times New Roman" w:hAnsi="Times New Roman" w:eastAsia="Times New Roman" w:cs="Times New Roman"/>
          <w:b/>
          <w:sz w:val="24"/>
        </w:rPr>
        <w:t>STABILITY</w:t>
      </w:r>
      <w:r>
        <w:rPr>
          <w:rFonts w:ascii="Times New Roman" w:hAnsi="Times New Roman" w:eastAsia="Times New Roman" w:cs="Times New Roman"/>
          <w:sz w:val="24"/>
        </w:rPr>
        <w:t xml:space="preserve"> is the ability to withstand pressure and to remain calm in crisis situations.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COURTESY</w:t>
      </w:r>
      <w:r>
        <w:rPr>
          <w:rFonts w:ascii="Times New Roman" w:hAnsi="Times New Roman" w:eastAsia="Times New Roman" w:cs="Times New Roman"/>
          <w:sz w:val="24"/>
        </w:rPr>
        <w:t xml:space="preserve"> is the polite attention an individual gives other people.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OVERALL EVALUATION</w:t>
      </w:r>
      <w:r>
        <w:rPr>
          <w:rFonts w:ascii="Times New Roman" w:hAnsi="Times New Roman" w:eastAsia="Times New Roman" w:cs="Times New Roman"/>
          <w:sz w:val="24"/>
        </w:rPr>
        <w:t xml:space="preserve"> in comparison with other employees with the same length of</w:t>
      </w:r>
    </w:p>
    <w:p>
      <w:pPr>
        <w:spacing w:line="360" w:lineRule="auto"/>
      </w:pPr>
      <w:r>
        <w:rPr>
          <w:rFonts w:ascii="Times New Roman" w:hAnsi="Times New Roman" w:eastAsia="Times New Roman" w:cs="Times New Roman"/>
          <w:sz w:val="24"/>
        </w:rPr>
        <w:t>service on this job.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Comment: ___________________________________________________________________</w:t>
      </w:r>
    </w:p>
    <w:p>
      <w:pPr>
        <w:spacing w:line="360" w:lineRule="auto"/>
      </w:pPr>
    </w:p>
    <w:p>
      <w:pPr>
        <w:spacing w:line="360" w:lineRule="auto"/>
      </w:pPr>
      <w:r>
        <w:rPr>
          <w:rFonts w:ascii="Times New Roman" w:hAnsi="Times New Roman" w:eastAsia="Times New Roman" w:cs="Times New Roman"/>
          <w:b/>
          <w:sz w:val="24"/>
        </w:rPr>
        <w:t>ADDITIONAL COMMENTS</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____________________________________________________________________________________________________________________________________________________________________________________________________________________________________</w:t>
      </w:r>
    </w:p>
    <w:p>
      <w:pPr>
        <w:spacing w:line="360" w:lineRule="auto"/>
      </w:pPr>
    </w:p>
    <w:p>
      <w:pPr>
        <w:spacing w:line="360" w:lineRule="auto"/>
      </w:pPr>
    </w:p>
    <w:p>
      <w:pPr>
        <w:spacing w:line="360" w:lineRule="auto"/>
      </w:pPr>
      <w:r>
        <w:rPr>
          <w:rFonts w:ascii="Times New Roman" w:hAnsi="Times New Roman" w:eastAsia="Times New Roman" w:cs="Times New Roman"/>
          <w:sz w:val="24"/>
        </w:rPr>
        <w:t xml:space="preserve">Rated by: </w:t>
      </w:r>
    </w:p>
    <w:p>
      <w:pPr>
        <w:spacing w:line="360" w:lineRule="auto"/>
      </w:pPr>
    </w:p>
    <w:p>
      <w:pPr>
        <w:spacing w:line="360" w:lineRule="auto"/>
      </w:pPr>
      <w:r>
        <w:rPr>
          <w:rFonts w:ascii="Times New Roman" w:hAnsi="Times New Roman" w:eastAsia="Times New Roman" w:cs="Times New Roman"/>
          <w:sz w:val="24"/>
        </w:rPr>
        <w:t>___________________________</w:t>
      </w:r>
      <w:r>
        <w:rPr>
          <w:rFonts w:ascii="Times New Roman" w:hAnsi="Times New Roman" w:eastAsia="Times New Roman" w:cs="Times New Roman"/>
          <w:sz w:val="24"/>
        </w:rPr>
        <w:t>______________</w:t>
        <w:tab/>
        <w:tab/>
        <w:t>___________________________</w:t>
      </w:r>
    </w:p>
    <w:p>
      <w:pPr>
        <w:spacing w:line="360" w:lineRule="auto"/>
      </w:pPr>
      <w:r>
        <w:rPr>
          <w:rFonts w:ascii="Times New Roman" w:hAnsi="Times New Roman" w:eastAsia="Times New Roman" w:cs="Times New Roman"/>
          <w:sz w:val="24"/>
        </w:rPr>
        <w:t>Signature</w:t>
        <w:tab/>
        <w:tab/>
        <w:tab/>
        <w:tab/>
        <w:t>Date</w:t>
        <w:tab/>
        <w:tab/>
        <w:t xml:space="preserve"> </w:t>
        <w:tab/>
        <w:t>Print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