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Employee Handbook Disclaimer and Introduction</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Employee Handbook (Handbook) is designed to provide information about the Company's personnel policies and benefits and to acquaint employees with many of the rules concerning their employment with the Company. This Handbook applies to [all employees].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Compliance with the Company's policies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employment. This Handbook supersedes all previously issued employee handbooks by the Company and all inconsistent oral or written statements.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Company reserves the right to modify, rescind, delete, or add to the provisions of this Handbook from time to time in its sole and absolute discretion consistent with applicable law. The Company will attempt to notify employees of any significant changes that affect them; however, changes will take effect regardless of whether employees receive such notice. This Handbook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binding contract between the Company and its employees, and is not intended to in any way alter the at-will employment relationship between the Company and its employees. The Company reserves the right to interpret the policies in this handbook in its discretion.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