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EMPLOYEE PHOTO RELEASE FORM</w:t>
      </w:r>
    </w:p>
    <w:p>
      <w:pPr/>
    </w:p>
    <w:p>
      <w:pPr/>
    </w:p>
    <w:p>
      <w:pPr/>
    </w:p>
    <w:p>
      <w:pPr/>
    </w:p>
    <w:p>
      <w:pPr/>
      <w:r>
        <w:rPr>
          <w:rFonts w:ascii="Times New Roman" w:hAnsi="Times New Roman" w:eastAsia="Times New Roman" w:cs="Times New Roman"/>
          <w:sz w:val="24"/>
        </w:rPr>
        <w:t xml:space="preserve">I, ___________________________, an employee of ___________________________, my permission to its legal representatives and assigns, those for my employer is acting, and those acting with its permission, or its employees, the permission to take photographs of me and use them for any legal purpose. </w:t>
      </w:r>
    </w:p>
    <w:p>
      <w:pPr/>
    </w:p>
    <w:p>
      <w:pPr/>
      <w:r>
        <w:rPr>
          <w:rFonts w:ascii="Times New Roman" w:hAnsi="Times New Roman" w:eastAsia="Times New Roman" w:cs="Times New Roman"/>
          <w:sz w:val="24"/>
        </w:rPr>
        <w:t xml:space="preserve">I understand that I will not be paid for these photographs and have no rights to them. I am participating as a volunteer. I hereby waive any right to inspect or approve the finished photograph or advertising copy or printed matter that may be used in conjunction therewith or to the eventual use that it might be applied. I release my employer, its officers, employees and agents, from any and all claims of harm and liability as a result of any distortion, blurring, or alteration, optical illusion, or use in composite form, either intentionally or otherwise which may occur from making, showing, using or distributing these photographs/video. </w:t>
      </w:r>
    </w:p>
    <w:p>
      <w:pPr/>
    </w:p>
    <w:p>
      <w:pPr/>
      <w:r>
        <w:rPr>
          <w:rFonts w:ascii="Times New Roman" w:hAnsi="Times New Roman" w:eastAsia="Times New Roman" w:cs="Times New Roman"/>
          <w:sz w:val="24"/>
        </w:rPr>
        <w:t xml:space="preserve">I HAVE READ THIS RELEASE AND CONSENT FORM BEFORE AFFIXING MY SIGNATURE BELOW, AND I UNDERSTAND AND AGREE TO ITS TERMS. </w:t>
      </w:r>
    </w:p>
    <w:p>
      <w:pPr/>
    </w:p>
    <w:p>
      <w:pPr/>
    </w:p>
    <w:p>
      <w:pPr/>
    </w:p>
    <w:p>
      <w:pPr/>
    </w:p>
    <w:p>
      <w:pP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___________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___________ </w:t>
      </w:r>
      <w:r>
        <w:rPr>
          <w:rFonts w:ascii="Times New Roman" w:hAnsi="Times New Roman" w:eastAsia="Times New Roman" w:cs="Times New Roman"/>
          <w:b/>
          <w:sz w:val="24"/>
        </w:rPr>
        <w:t>SIGNATURE</w:t>
      </w:r>
      <w:r>
        <w:rPr>
          <w:rFonts w:ascii="Times New Roman" w:hAnsi="Times New Roman" w:eastAsia="Times New Roman" w:cs="Times New Roman"/>
          <w:sz w:val="24"/>
        </w:rPr>
        <w:t xml:space="preserve">                                   Date               </w:t>
      </w:r>
      <w:r>
        <w:rPr>
          <w:rFonts w:ascii="Times New Roman" w:hAnsi="Times New Roman" w:eastAsia="Times New Roman" w:cs="Times New Roman"/>
          <w:b/>
          <w:sz w:val="24"/>
        </w:rPr>
        <w:t>WITNESS</w:t>
      </w:r>
      <w:r>
        <w:rPr>
          <w:rFonts w:ascii="Times New Roman" w:hAnsi="Times New Roman" w:eastAsia="Times New Roman" w:cs="Times New Roman"/>
          <w:sz w:val="24"/>
        </w:rPr>
        <w:t xml:space="preserve">                                        Date           </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