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Employee Reimbursement Form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Name: 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Title: 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Employer: 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Summary of Expenses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 certify these are valid business expenses.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Reimburse/Cardholder Signature: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Reimburse/Cardholder Name: 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Prepared by (Print): __________________</w:t>
        <w:tab/>
        <w:t>Date: 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 have reviewed these expenses and I believe they are true and accurate.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Approved by (Print): __________________</w:t>
        <w:tab/>
        <w:t>Date: ________________</w:t>
      </w:r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