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Employee Reprimand</w:t>
      </w:r>
    </w:p>
    <w:p>
      <w:pPr/>
    </w:p>
    <w:p>
      <w:pPr/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Violation Statement</w:t>
        <w:tab/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Place of Violation: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Date of Violation: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Description of Violation: ____________________________________________________________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Disciplinary Action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Administrative Leave w/Pay</w:t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 - Recommendation for Termination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Sent Home w/Pay</w:t>
        <w:tab/>
        <w:tab/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 - Suspension Without Pay ___ Days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None</w:t>
        <w:tab/>
        <w:tab/>
        <w:tab/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 - Other ____________________________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Corrective Actions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Description of Corrective Actions to be Taken: ________________________________________________________________________________________________________________________________________________________________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I have read this Notice of Discipline and understand it.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  <w:r>
        <w:rPr>
          <w:rFonts w:ascii="Times New Roman" w:hAnsi="Times New Roman" w:eastAsia="Times New Roman" w:cs="Times New Roman"/>
          <w:sz w:val="24"/>
        </w:rPr>
        <w:tab/>
        <w:t>____________________</w:t>
        <w:tab/>
        <w:t>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Employee’s Signature</w:t>
        <w:tab/>
        <w:tab/>
        <w:tab/>
        <w:t>Print Name</w:t>
        <w:tab/>
        <w:tab/>
        <w:tab/>
        <w:t>Date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Employee refused to sign this form and all attached documentation.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  <w:r>
        <w:rPr>
          <w:rFonts w:ascii="Times New Roman" w:hAnsi="Times New Roman" w:eastAsia="Times New Roman" w:cs="Times New Roman"/>
          <w:sz w:val="24"/>
        </w:rPr>
        <w:tab/>
        <w:t>____________________</w:t>
        <w:tab/>
        <w:t>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Supervisor’s Signature</w:t>
        <w:tab/>
        <w:tab/>
        <w:tab/>
        <w:t>Print Name</w:t>
        <w:tab/>
        <w:tab/>
        <w:tab/>
        <w:t>Date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