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Employee Stock Purchase Plan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Purpose of the Plan.</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purpose of this Employee Stock Purchase Plan (the “Plan”) is to provide eligible employees who wish to become shareholders in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convenient method of doing so. There have been requests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of employees that the Company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whereby employees may acquire the Company’s authorized but unissued common shares directly from the Company and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payroll deduction basis, if desired, thus making it easier for them to acquire such shares and relieving them of the details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transaction unfamiliar to most of them. It is felt that employee participation in the ownership of the business will be to the mutual benefit of both the employees and the Company.</w:t>
      </w:r>
    </w:p>
    <w:p>
      <w:pPr>
        <w:keepNext w:val="0"/>
        <w:spacing w:before="120" w:after="0" w:line="260" w:lineRule="exact"/>
        <w:ind w:left="3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Employees Eligible to Participate.</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Any employee of the Company or any of its subsidiaries who is in the employ of the Company at the offering dates is eligible to participate in the Plan, except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employees who have been employed less than [number, e.g., two] years, (b) employees whose customary employment is 20 hours or less per week, and (c) employees whose customary employment is for not more than [number, e.g., five] months in any calendar year. The word “employee” shall include officers but not persons who are solely directors. Any officer granted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option under the Company’s Stock Option Plan shall be ineligible to participate in this Plan.</w:t>
      </w:r>
    </w:p>
    <w:p>
      <w:pPr>
        <w:keepNext w:val="0"/>
        <w:spacing w:before="120" w:after="0" w:line="260" w:lineRule="exact"/>
        <w:ind w:left="3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Offering Dates.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There will be three offerings only under the Plan: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one during the first full week of [month] in the years [year], [year], and [year]. In order to purchase the shares,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eligible employee must sign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Subscription Agreement and any other necessary papers between the offering date and [date] in each of the specified years in which he or she wishes to participate in the Plan.</w:t>
      </w:r>
    </w:p>
    <w:p>
      <w:pPr>
        <w:keepNext w:val="0"/>
        <w:spacing w:before="120" w:after="0" w:line="260" w:lineRule="exact"/>
        <w:ind w:left="36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Price.</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The purchase price per share shall be [percentage, e.g., 85%] of the closing sale price of the shares on the New York Stock Exchange, adjusted to the nearest 1/8th point (12.12 ¢), on the [date] of [month] in the years [year], [year], and [year], or, if there is no sale of the shares on such dates, then the last reported bid price on the Exchange on such dates.</w:t>
      </w:r>
    </w:p>
    <w:p>
      <w:pPr>
        <w:keepNext w:val="0"/>
        <w:spacing w:before="120" w:after="0" w:line="260" w:lineRule="exact"/>
        <w:ind w:left="36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Number of Shares to Be Offered.</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maximum number of shares that will be offered under the Plan is [number]. The number of shares to be offered in any one year shall be limited to such number which, when multiplied by the closing or last reported bid price per share, as the case may be, on the New York Stock Exchange on the applicable date specified in paragraph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will result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aggregate market price not in excess of $[amount, e.g., 500,000], or such other amount as may from time to time be exempt from registration under the Securities Act of 1933 as amended.</w:t>
      </w:r>
    </w:p>
    <w:p>
      <w:pPr>
        <w:keepNext w:val="0"/>
        <w:spacing w:before="120" w:after="0" w:line="260" w:lineRule="exact"/>
        <w:ind w:left="36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Limits of Participation.</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minimum number of shares for which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will be permitted to subscribe at any one offering is [number, e.g., five (5)] and the maximum is [number, e.g., three hundred (300)]. If at any time the available shares are oversubscribed, the maximum subscription shall be reduced to such lower figure as may be necessary to eliminate such oversubscription.</w:t>
      </w:r>
    </w:p>
    <w:p>
      <w:pPr>
        <w:keepNext w:val="0"/>
        <w:spacing w:before="120" w:after="0" w:line="260" w:lineRule="exact"/>
        <w:ind w:left="36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Method of Payment.</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Payment may be in cash at the time the shares are subscribed for, or through weekly payroll deductions over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not more than [number, e.g., 50] weeks.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participating employee may prepay the amount due in whole or in part at any time.</w:t>
      </w:r>
    </w:p>
    <w:p>
      <w:pPr>
        <w:keepNext w:val="0"/>
        <w:spacing w:before="120" w:after="0" w:line="260" w:lineRule="exact"/>
        <w:ind w:left="36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Trustee’s Control over Employees’ Funds and Share Issuance.</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The [name of bank] Bank, [address], New York, will act as Trustee under the Plan, both to handle all money paid in by employees and to obtain and deliver the shares. The stock certificates will be issued, under the Trustee’s direction, as soon as practicable after the total purchase price has been paid by the employee, whether in cash or through payroll deduction.</w:t>
      </w:r>
    </w:p>
    <w:p>
      <w:pPr>
        <w:keepNext w:val="0"/>
        <w:spacing w:before="120" w:after="0" w:line="260" w:lineRule="exact"/>
        <w:ind w:left="36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Cancellation of Participation in Plan.</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Each participating employee shall have the right to cancel his or her subscription at any time prior to payment in full for the shares for which such employee has subscribed by giving the Company written notice thereof, whereupon he or she will be refunded all money he or she has paid in. Should any installment be due and unpaid for [number, e.g., 15] days without satisfactory arrangement for the payment thereof being made within such [number, e.g., 15]-day period, the contract to purchase shall thereby be automatically terminated and the money previously paid refunded to the employee.</w:t>
      </w:r>
    </w:p>
    <w:p>
      <w:pPr>
        <w:keepNext w:val="0"/>
        <w:spacing w:before="120" w:after="0" w:line="260" w:lineRule="exact"/>
        <w:ind w:left="36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Employees’ Rights as Shareholders..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No participating employee shall have any rights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including any voting and dividend rights, until full payment has been made for the shares subscribed for and the stock certificate actually issued.</w:t>
      </w:r>
    </w:p>
    <w:p>
      <w:pPr>
        <w:keepNext w:val="0"/>
        <w:spacing w:before="120" w:after="0" w:line="260" w:lineRule="exact"/>
        <w:ind w:left="36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Interest.</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No interest will be paid or allowed on any money paid by the participating employees under any circumstances.</w:t>
      </w:r>
    </w:p>
    <w:p>
      <w:pPr>
        <w:keepNext w:val="0"/>
        <w:spacing w:before="120" w:after="0" w:line="260" w:lineRule="exact"/>
        <w:ind w:left="36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Rights Not Transferable.</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Except as hereinafter set forth and unless otherwise provided by law, no participating employee shall have the right to sell, assign, transfer, pledge, or otherwise dispose of or encumber either such employee’s right to participate in the Plan or his or her interest in the fund accumulated for his or her benefit, and such right and interest shall not be liable for or subject to the debts, contracts, or liabilities of such employee. If any such action is taken by the employee, or any claim asserted by another party in respect of such right and interest, such action or claim will be treated as notice of cancellation, and except as may otherwise be required by law, refund will be made to such employee as provided in paragraph </w:t>
      </w: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Upon the death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participating employee, such employee’s estate shall have the right,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[number, e.g., 60] days from the date of death, to pay the entire balance due and receive the shares subscribed for. If the employee’s estate fails to make full payment within such 60 day period, such failure shall be treated as notice of cancellation, and except as may otherwise be required by law, refund will be made to such employee’s estate as provided in paragraph </w:t>
      </w:r>
      <w:r>
        <w:rPr>
          <w:rFonts w:ascii="Times New Roman" w:hAnsi="Times New Roman" w:eastAsia="Times New Roman" w:cs="Times New Roman"/>
          <w:b w:val="0"/>
          <w:sz w:val="24"/>
        </w:rPr>
        <w:t>9.</w:t>
      </w:r>
    </w:p>
    <w:p>
      <w:pPr>
        <w:keepNext w:val="0"/>
        <w:spacing w:before="120" w:after="0" w:line="260" w:lineRule="exact"/>
        <w:ind w:left="36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of Employment.</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Upon termination of employment for any reason whatsoever, including, but not limited to, death or retirement, the participating employee or such employee’s estate may elect within [number, e.g., 60] days after the happening of such event to pay the entire balance due and receive the shares subscribed for. The failure to make such election within such period will be treated as notice of cancellation and, except as may otherwise be required by law, refund will be made to such employee or his or her estate as provided in paragraph </w:t>
      </w:r>
      <w:r>
        <w:rPr>
          <w:rFonts w:ascii="Times New Roman" w:hAnsi="Times New Roman" w:eastAsia="Times New Roman" w:cs="Times New Roman"/>
          <w:b w:val="0"/>
          <w:sz w:val="24"/>
        </w:rPr>
        <w:t>9.</w:t>
      </w:r>
    </w:p>
    <w:p>
      <w:pPr>
        <w:keepNext w:val="0"/>
        <w:spacing w:before="120" w:after="0" w:line="260" w:lineRule="exact"/>
        <w:ind w:left="36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 or Discontinuance of The Plan.</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Board of Directors of the Company shall have the right to amend, modify, or terminate the Plan at any time without notice, provided that no employee’s existing rights are adversely affected thereby, and provided further that no such amendment of the Plan shall, except as provided in paragraph </w:t>
      </w:r>
      <w:r>
        <w:rPr>
          <w:rFonts w:ascii="Times New Roman" w:hAnsi="Times New Roman" w:eastAsia="Times New Roman" w:cs="Times New Roman"/>
          <w:b w:val="0"/>
          <w:sz w:val="24"/>
        </w:rPr>
        <w:t>15.</w:t>
      </w:r>
      <w:r>
        <w:rPr>
          <w:rFonts w:ascii="Times New Roman" w:hAnsi="Times New Roman" w:eastAsia="Times New Roman" w:cs="Times New Roman"/>
          <w:b w:val="0"/>
          <w:sz w:val="24"/>
        </w:rPr>
        <w: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increase above [number of shares offered under the Plan as set forth in Section </w:t>
      </w: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the total number of shares to be offered; (b) change the formula by which the price at which the shares shall be sold is determined; and (c) increase the maximum number of shares which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eligible employee can purchase.</w:t>
      </w:r>
    </w:p>
    <w:p>
      <w:pPr>
        <w:keepNext w:val="0"/>
        <w:spacing w:before="120" w:after="0" w:line="260" w:lineRule="exact"/>
        <w:ind w:left="36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Adjustment of Subscriptions.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In the event of reorganization, recapitalization, stock split, stock dividend, combination of shares, merger, consolidation, offerings of rights, or any other change in the structure of the common shares of the Company, the Board of Directors may make such adjustment, if any, as it may deem appropriate in the number, kind, and the subscription price of shares available for purchase under the Plan, and in the minimum and maximum number of shares which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is entitled to purchase.</w:t>
      </w:r>
    </w:p>
    <w:p>
      <w:pPr>
        <w:keepNext w:val="0"/>
        <w:spacing w:before="120" w:after="0" w:line="260" w:lineRule="exact"/>
        <w:ind w:left="36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Share Ownership.</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Notwithstanding anything herein to the contrary, no employee shall be permitted to subscribe for any shares under the Plan if such employee, immediately after such subscription, owns shares (including all shares which may be purchased under outstanding subscriptions under the Plan) possessing [percentage, e.g., 5%] or more of the total combined voting power or value of all classes of shares of the Company or of its parent or subsidiary corporation. For the foregoing purposes the rules of section 424(d) of the Internal Revenue Code (26 U.S.C.S. § 424) shall apply in determining share ownership. Nor shall any employee be allowed to subscribe for any shares under the Plan if doing so would permit the employee’s rights to purchase shares under all stock purchase plans of the Company and its parent and subsidiary corporations to accrue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rate which exceeds $[amount, e.g., 25,000] of the fair market value of such shares (determined at the time such right to subscribe is granted) for each calendar year in which such right to subscribe is outstanding at any time.</w:t>
      </w:r>
    </w:p>
    <w:p>
      <w:pPr>
        <w:keepNext w:val="0"/>
        <w:spacing w:before="120" w:after="0" w:line="260" w:lineRule="exact"/>
        <w:ind w:left="36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Approval of Shareholders.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The Plan has been adopted by the Board of Directors of the Company on [date], and is subject to the approval of the shareholders of the Company at their next annual meeting.</w:t>
      </w:r>
    </w:p>
    <w:p>
      <w:pPr>
        <w:keepNext w:val="0"/>
        <w:spacing w:before="120" w:after="0" w:line="260" w:lineRule="exact"/>
        <w:ind w:left="36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Administration.</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Except as set forth in Section </w:t>
      </w: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above, the Company shall administer, interpret, and apply all provisions of the Plan. The Company may waive such provisions of the Plan as it deems necessary to meet special circumstances not anticipated or covered expressly by the Plan. The Company’s interpretation and construction of any of the provisions of this Plan, or of any rules promulgated hereunder, or of any subscription agreement hereunder, shall be final.</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