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Employee Termination Letter</w:t>
      </w:r>
    </w:p>
    <w:p>
      <w:pPr>
        <w:jc w:val="center"/>
      </w:pP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Date: 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Name of Terminated Employee: 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Address: 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Dear ___________________,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On _______________ (Date), your employment with _______________ (Business Name) will be officially terminated for the following reason: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I wish you the best in finding new employment.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line="360" w:lineRule="auto"/>
      </w:pPr>
    </w:p>
    <w:p>
      <w:pPr>
        <w:spacing w:line="360" w:lineRule="auto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