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Employee Time-Off Request Form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Today’s Date: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Employee’s Name: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Time-Off Request: </w:t>
      </w:r>
      <w:r>
        <w:rPr>
          <w:rFonts w:ascii="Times New Roman" w:hAnsi="Times New Roman" w:eastAsia="Times New Roman" w:cs="Times New Roman"/>
          <w:sz w:val="24"/>
        </w:rPr>
        <w:t xml:space="preserve">_____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Days</w:t>
        <w:tab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Hours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Beginning on: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Ending on: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Reason for Request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Vacation</w:t>
        <w:tab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- Personal Leave</w:t>
        <w:tab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- Funeral / Bereavement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Jury Duty</w:t>
        <w:tab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- Family Reasons</w:t>
        <w:tab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- Medical Leave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- To Vote</w:t>
        <w:tab/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- Other: _____________________________________</w:t>
        <w:tab/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 understand that this request is subject to approval by my employer.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Employee’s Signature:</w:t>
      </w:r>
      <w:r>
        <w:rPr>
          <w:rFonts w:ascii="Times New Roman" w:hAnsi="Times New Roman" w:eastAsia="Times New Roman" w:cs="Times New Roman"/>
          <w:sz w:val="24"/>
        </w:rPr>
        <w:t xml:space="preserve"> 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- - - - - - - - - - - - - - - - - - - - - - - - - - - - - - - - - - - - - - - - - - - - - - - - - - - - - - -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Employer’s Decision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☐ </w:t>
      </w:r>
      <w:r>
        <w:rPr>
          <w:rFonts w:ascii="Times New Roman" w:hAnsi="Times New Roman" w:eastAsia="Times New Roman" w:cs="Times New Roman"/>
          <w:sz w:val="24"/>
        </w:rPr>
        <w:t xml:space="preserve">- Approved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- Rejected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Employer’s Signature: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Date: 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Name: 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