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p>
    <w:p>
      <w:pPr>
        <w:jc w:val="center"/>
      </w:pPr>
    </w:p>
    <w:p>
      <w:pPr>
        <w:jc w:val="center"/>
      </w:pPr>
      <w:r>
        <w:rPr>
          <w:rFonts w:ascii="Times New Roman" w:hAnsi="Times New Roman" w:eastAsia="Times New Roman" w:cs="Times New Roman"/>
          <w:b/>
          <w:sz w:val="24"/>
        </w:rPr>
        <w:t>Employee Write-Up Forms Packet</w:t>
      </w:r>
    </w:p>
    <w:p>
      <w:pPr>
        <w:jc w:val="center"/>
      </w:pPr>
    </w:p>
    <w:p>
      <w:pPr>
        <w:jc w:val="center"/>
      </w:pPr>
    </w:p>
    <w:p>
      <w:pPr>
        <w:jc w:val="center"/>
      </w:pPr>
    </w:p>
    <w:p>
      <w:pPr/>
      <w:r>
        <w:rPr>
          <w:rFonts w:ascii="Times New Roman" w:hAnsi="Times New Roman" w:eastAsia="Times New Roman" w:cs="Times New Roman"/>
          <w:b/>
          <w:sz w:val="24"/>
        </w:rPr>
        <w:t>Table of Contents</w:t>
      </w:r>
    </w:p>
    <w:p>
      <w:pPr/>
    </w:p>
    <w:p>
      <w:pPr/>
      <w:r>
        <w:rPr>
          <w:rFonts w:ascii="Times New Roman" w:hAnsi="Times New Roman" w:eastAsia="Times New Roman" w:cs="Times New Roman"/>
          <w:sz w:val="24"/>
        </w:rPr>
        <w:t>Employee Complaint Form – Page 2</w:t>
      </w:r>
    </w:p>
    <w:p>
      <w:pPr/>
    </w:p>
    <w:p>
      <w:pPr/>
      <w:r>
        <w:rPr>
          <w:rFonts w:ascii="Times New Roman" w:hAnsi="Times New Roman" w:eastAsia="Times New Roman" w:cs="Times New Roman"/>
          <w:sz w:val="24"/>
        </w:rPr>
        <w:t>Employee Counseling Form – Page 4</w:t>
      </w:r>
    </w:p>
    <w:p>
      <w:pPr/>
    </w:p>
    <w:p>
      <w:pPr/>
      <w:r>
        <w:rPr>
          <w:rFonts w:ascii="Times New Roman" w:hAnsi="Times New Roman" w:eastAsia="Times New Roman" w:cs="Times New Roman"/>
          <w:sz w:val="24"/>
        </w:rPr>
        <w:t>Employee Disciplinary Action Form – Page 5</w:t>
      </w:r>
    </w:p>
    <w:p>
      <w:pPr/>
    </w:p>
    <w:p>
      <w:pPr/>
      <w:r>
        <w:rPr>
          <w:rFonts w:ascii="Times New Roman" w:hAnsi="Times New Roman" w:eastAsia="Times New Roman" w:cs="Times New Roman"/>
          <w:sz w:val="24"/>
        </w:rPr>
        <w:t>Employee Reprimand Form – Page 7</w:t>
      </w:r>
    </w:p>
    <w:p>
      <w:pPr/>
    </w:p>
    <w:p>
      <w:pPr/>
      <w:r>
        <w:rPr>
          <w:rFonts w:ascii="Times New Roman" w:hAnsi="Times New Roman" w:eastAsia="Times New Roman" w:cs="Times New Roman"/>
          <w:sz w:val="24"/>
        </w:rPr>
        <w:t>Employee Termination Letter – Page 8</w:t>
      </w:r>
    </w:p>
    <w:p>
      <w:pPr/>
    </w:p>
    <w:p>
      <w:pPr/>
      <w:r>
        <w:rPr>
          <w:rFonts w:ascii="Times New Roman" w:hAnsi="Times New Roman" w:eastAsia="Times New Roman" w:cs="Times New Roman"/>
          <w:sz w:val="24"/>
        </w:rPr>
        <w:t>Employee Warning Notice – Page 9</w:t>
      </w:r>
    </w:p>
    <w:p>
      <w:pPr/>
    </w:p>
    <w:p>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Employee Complaint Form</w:t>
      </w:r>
    </w:p>
    <w:p>
      <w:pPr>
        <w:spacing w:line="360" w:lineRule="auto"/>
      </w:pPr>
    </w:p>
    <w:p>
      <w:pPr>
        <w:spacing w:line="360" w:lineRule="auto"/>
      </w:pPr>
      <w:r>
        <w:rPr>
          <w:rFonts w:ascii="Times New Roman" w:hAnsi="Times New Roman" w:eastAsia="Times New Roman" w:cs="Times New Roman"/>
          <w:sz w:val="24"/>
        </w:rPr>
        <w:t>Your Name: ___________________________</w:t>
        <w:tab/>
        <w:t>Date: _____________</w:t>
      </w:r>
    </w:p>
    <w:p>
      <w:pPr>
        <w:spacing w:line="360" w:lineRule="auto"/>
      </w:pPr>
      <w:r>
        <w:rPr>
          <w:rFonts w:ascii="Times New Roman" w:hAnsi="Times New Roman" w:eastAsia="Times New Roman" w:cs="Times New Roman"/>
          <w:sz w:val="24"/>
        </w:rPr>
        <w:t>Title: ___________________</w:t>
        <w:tab/>
        <w:t>Phone Number: ___________________</w:t>
      </w:r>
    </w:p>
    <w:p>
      <w:pPr>
        <w:spacing w:line="360" w:lineRule="auto"/>
      </w:pPr>
      <w:r>
        <w:rPr>
          <w:rFonts w:ascii="Times New Roman" w:hAnsi="Times New Roman" w:eastAsia="Times New Roman" w:cs="Times New Roman"/>
          <w:sz w:val="24"/>
        </w:rPr>
        <w:t>Status: ____ Employee</w:t>
        <w:tab/>
        <w:t>____ Customer</w:t>
      </w:r>
    </w:p>
    <w:p>
      <w:pPr>
        <w:spacing w:line="360" w:lineRule="auto"/>
      </w:pPr>
      <w:r>
        <w:rPr>
          <w:rFonts w:ascii="Times New Roman" w:hAnsi="Times New Roman" w:eastAsia="Times New Roman" w:cs="Times New Roman"/>
          <w:sz w:val="24"/>
        </w:rPr>
        <w:tab/>
        <w:t xml:space="preserve">   ____ Faculty</w:t>
        <w:tab/>
        <w:tab/>
        <w:t>Other (Specify) ________________________</w:t>
      </w:r>
    </w:p>
    <w:p>
      <w:pPr>
        <w:spacing w:line="360" w:lineRule="auto"/>
      </w:pPr>
      <w:r>
        <w:rPr>
          <w:rFonts w:ascii="Times New Roman" w:hAnsi="Times New Roman" w:eastAsia="Times New Roman" w:cs="Times New Roman"/>
          <w:sz w:val="24"/>
        </w:rPr>
        <w:t>Department: ___________________________</w:t>
      </w:r>
    </w:p>
    <w:p>
      <w:pPr>
        <w:spacing w:line="360" w:lineRule="auto"/>
      </w:pPr>
      <w:r>
        <w:rPr>
          <w:rFonts w:ascii="Times New Roman" w:hAnsi="Times New Roman" w:eastAsia="Times New Roman" w:cs="Times New Roman"/>
          <w:sz w:val="24"/>
        </w:rPr>
        <w:t>Address: ____________________________________________________</w:t>
      </w:r>
    </w:p>
    <w:p>
      <w:pPr>
        <w:spacing w:line="360" w:lineRule="auto"/>
      </w:pPr>
      <w:r>
        <w:rPr>
          <w:rFonts w:ascii="Times New Roman" w:hAnsi="Times New Roman" w:eastAsia="Times New Roman" w:cs="Times New Roman"/>
          <w:b/>
          <w:sz w:val="24"/>
        </w:rPr>
        <w:t>Complaint Information</w:t>
      </w:r>
    </w:p>
    <w:p>
      <w:pPr>
        <w:spacing w:line="360" w:lineRule="auto"/>
      </w:pPr>
      <w:r>
        <w:rPr>
          <w:rFonts w:ascii="Times New Roman" w:hAnsi="Times New Roman" w:eastAsia="Times New Roman" w:cs="Times New Roman"/>
          <w:sz w:val="24"/>
        </w:rPr>
        <w:t>Date of Incident: ______________</w:t>
        <w:tab/>
        <w:tab/>
        <w:t>Time of Incident: _____________</w:t>
      </w:r>
    </w:p>
    <w:p>
      <w:pPr>
        <w:spacing w:line="360" w:lineRule="auto"/>
      </w:pPr>
      <w:r>
        <w:rPr>
          <w:rFonts w:ascii="Times New Roman" w:hAnsi="Times New Roman" w:eastAsia="Times New Roman" w:cs="Times New Roman"/>
          <w:sz w:val="24"/>
        </w:rPr>
        <w:t>Location of Incident: ___________________________________________</w:t>
      </w:r>
    </w:p>
    <w:p>
      <w:pPr>
        <w:spacing w:line="360" w:lineRule="auto"/>
      </w:pPr>
      <w:r>
        <w:rPr>
          <w:rFonts w:ascii="Times New Roman" w:hAnsi="Times New Roman" w:eastAsia="Times New Roman" w:cs="Times New Roman"/>
          <w:sz w:val="24"/>
        </w:rPr>
        <w:t>Please describe the incident in detail:</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sz w:val="24"/>
        </w:rPr>
        <w:t>If there are others who have witnessed the incident, please provide their names and phone numbers below:</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w:t>
      </w:r>
    </w:p>
    <w:p>
      <w:pPr>
        <w:spacing w:line="360" w:lineRule="auto"/>
      </w:pPr>
    </w:p>
    <w:p>
      <w:pPr>
        <w:spacing w:line="360" w:lineRule="auto"/>
      </w:pPr>
      <w:r>
        <w:rPr>
          <w:rFonts w:ascii="Times New Roman" w:hAnsi="Times New Roman" w:eastAsia="Times New Roman" w:cs="Times New Roman"/>
          <w:sz w:val="24"/>
        </w:rPr>
        <w:t>Is this the first time you have raised this concern about this person?</w:t>
      </w:r>
    </w:p>
    <w:p>
      <w:pPr>
        <w:spacing w:line="360" w:lineRule="auto"/>
      </w:pPr>
      <w:r>
        <w:rPr>
          <w:rFonts w:ascii="Times New Roman" w:hAnsi="Times New Roman" w:eastAsia="Times New Roman" w:cs="Times New Roman"/>
          <w:sz w:val="24"/>
        </w:rPr>
        <w:t>____ Yes ____ No</w:t>
      </w:r>
    </w:p>
    <w:p>
      <w:pPr>
        <w:spacing w:line="360" w:lineRule="auto"/>
      </w:pPr>
    </w:p>
    <w:p>
      <w:pPr>
        <w:spacing w:line="360" w:lineRule="auto"/>
      </w:pPr>
      <w:r>
        <w:rPr>
          <w:rFonts w:ascii="Times New Roman" w:hAnsi="Times New Roman" w:eastAsia="Times New Roman" w:cs="Times New Roman"/>
          <w:sz w:val="24"/>
        </w:rPr>
        <w:t>Do you have any suggestions for resolving the complaint? If so, please explain.</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sz w:val="24"/>
        </w:rPr>
        <w:t>Do you have any additional information or complaints? If so, please explain.</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tab/>
      </w:r>
      <w:r>
        <w:rPr>
          <w:rFonts w:ascii="Times New Roman" w:hAnsi="Times New Roman" w:eastAsia="Times New Roman" w:cs="Times New Roman"/>
          <w:sz w:val="24"/>
        </w:rPr>
        <w:tab/>
        <w:t>Print Name: ________________</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jc w:val="center"/>
      </w:pPr>
    </w:p>
    <w:p>
      <w:pPr>
        <w:spacing w:line="360" w:lineRule="auto"/>
        <w:jc w:val="center"/>
      </w:pPr>
      <w:r>
        <w:rPr>
          <w:rFonts w:ascii="Times New Roman" w:hAnsi="Times New Roman" w:eastAsia="Times New Roman" w:cs="Times New Roman"/>
          <w:b/>
          <w:sz w:val="24"/>
        </w:rPr>
        <w:t>Employee Counseling Form</w:t>
      </w:r>
    </w:p>
    <w:p>
      <w:pPr>
        <w:spacing w:line="360" w:lineRule="auto"/>
      </w:pPr>
      <w:r>
        <w:rPr>
          <w:rFonts w:ascii="Times New Roman" w:hAnsi="Times New Roman" w:eastAsia="Times New Roman" w:cs="Times New Roman"/>
          <w:sz w:val="24"/>
        </w:rPr>
        <w:t>Counseling Date: __________</w:t>
      </w:r>
    </w:p>
    <w:p>
      <w:pPr>
        <w:spacing w:line="360" w:lineRule="auto"/>
      </w:pPr>
      <w:r>
        <w:rPr>
          <w:rFonts w:ascii="Times New Roman" w:hAnsi="Times New Roman" w:eastAsia="Times New Roman" w:cs="Times New Roman"/>
          <w:sz w:val="24"/>
        </w:rPr>
        <w:t>Employee’s Full Name: ________________</w:t>
        <w:tab/>
        <w:t>Job Title: _______________</w:t>
      </w:r>
    </w:p>
    <w:p>
      <w:pPr>
        <w:spacing w:line="360" w:lineRule="auto"/>
      </w:pPr>
      <w:r>
        <w:rPr>
          <w:rFonts w:ascii="Times New Roman" w:hAnsi="Times New Roman" w:eastAsia="Times New Roman" w:cs="Times New Roman"/>
          <w:sz w:val="24"/>
        </w:rPr>
        <w:t>Worksite Employer: _________________</w:t>
        <w:tab/>
        <w:t>Location: _______________</w:t>
      </w:r>
    </w:p>
    <w:p>
      <w:pPr>
        <w:spacing w:line="360" w:lineRule="auto"/>
      </w:pPr>
      <w:r>
        <w:rPr>
          <w:rFonts w:ascii="Times New Roman" w:hAnsi="Times New Roman" w:eastAsia="Times New Roman" w:cs="Times New Roman"/>
          <w:b/>
          <w:sz w:val="24"/>
        </w:rPr>
        <w:t>This Counseling is being issued because of the following (Select all that apply):</w:t>
      </w:r>
    </w:p>
    <w:p>
      <w:pPr>
        <w:spacing w:line="360" w:lineRule="auto"/>
      </w:pPr>
      <w:r>
        <w:rPr>
          <w:rFonts w:ascii="Times New Roman" w:hAnsi="Times New Roman" w:eastAsia="Times New Roman" w:cs="Times New Roman"/>
          <w:sz w:val="24"/>
        </w:rPr>
        <w:t>____ Attendance</w:t>
        <w:tab/>
        <w:tab/>
        <w:t>____ Behavior/Teamwork</w:t>
        <w:tab/>
        <w:t>____ Inappropriate Conduct</w:t>
      </w:r>
    </w:p>
    <w:p>
      <w:pPr>
        <w:spacing w:line="360" w:lineRule="auto"/>
      </w:pPr>
      <w:r>
        <w:rPr>
          <w:rFonts w:ascii="Times New Roman" w:hAnsi="Times New Roman" w:eastAsia="Times New Roman" w:cs="Times New Roman"/>
          <w:sz w:val="24"/>
        </w:rPr>
        <w:t>____ Inappropriate Dress</w:t>
        <w:tab/>
        <w:t>____ Safety Violation</w:t>
        <w:tab/>
        <w:t>____ Sleeping on the Job</w:t>
      </w:r>
    </w:p>
    <w:p>
      <w:pPr>
        <w:spacing w:line="360" w:lineRule="auto"/>
      </w:pPr>
      <w:r>
        <w:rPr>
          <w:rFonts w:ascii="Times New Roman" w:hAnsi="Times New Roman" w:eastAsia="Times New Roman" w:cs="Times New Roman"/>
          <w:sz w:val="24"/>
        </w:rPr>
        <w:t>____ Substandard Work</w:t>
        <w:tab/>
        <w:t>____ Violence</w:t>
        <w:tab/>
        <w:tab/>
        <w:t>____ Other _________________</w:t>
      </w:r>
    </w:p>
    <w:p>
      <w:pPr>
        <w:spacing w:line="360" w:lineRule="auto"/>
      </w:pPr>
      <w:r>
        <w:rPr>
          <w:rFonts w:ascii="Times New Roman" w:hAnsi="Times New Roman" w:eastAsia="Times New Roman" w:cs="Times New Roman"/>
          <w:sz w:val="24"/>
        </w:rPr>
        <w:t>Incident Date: _________________</w:t>
        <w:tab/>
        <w:tab/>
        <w:t>Time of Incident: __________________</w:t>
      </w:r>
    </w:p>
    <w:p>
      <w:pPr>
        <w:spacing w:line="360" w:lineRule="auto"/>
      </w:pPr>
      <w:r>
        <w:rPr>
          <w:rFonts w:ascii="Times New Roman" w:hAnsi="Times New Roman" w:eastAsia="Times New Roman" w:cs="Times New Roman"/>
          <w:b/>
          <w:sz w:val="24"/>
        </w:rPr>
        <w:t>Describe the nature of the incident (If applicable):</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b/>
          <w:sz w:val="24"/>
        </w:rPr>
        <w:t>Name of Witness(es):</w:t>
      </w:r>
      <w:r>
        <w:rPr>
          <w:rFonts w:ascii="Times New Roman" w:hAnsi="Times New Roman" w:eastAsia="Times New Roman" w:cs="Times New Roman"/>
          <w:sz w:val="24"/>
        </w:rPr>
        <w:t xml:space="preserve"> ______________________________________________________________________</w:t>
      </w:r>
    </w:p>
    <w:p>
      <w:pPr>
        <w:spacing w:line="360" w:lineRule="auto"/>
      </w:pPr>
      <w:r>
        <w:rPr>
          <w:rFonts w:ascii="Times New Roman" w:hAnsi="Times New Roman" w:eastAsia="Times New Roman" w:cs="Times New Roman"/>
          <w:b/>
          <w:sz w:val="24"/>
        </w:rPr>
        <w:t>Corrective Action:</w:t>
      </w:r>
      <w:r>
        <w:rPr>
          <w:rFonts w:ascii="Times New Roman" w:hAnsi="Times New Roman" w:eastAsia="Times New Roman" w:cs="Times New Roman"/>
          <w:sz w:val="24"/>
        </w:rPr>
        <w:t xml:space="preserve"> 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b/>
          <w:sz w:val="24"/>
        </w:rPr>
        <w:t>Employee Comments:</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w:t>
      </w:r>
    </w:p>
    <w:p>
      <w:pPr/>
      <w:r>
        <w:rPr>
          <w:rFonts w:ascii="Times New Roman" w:hAnsi="Times New Roman" w:eastAsia="Times New Roman" w:cs="Times New Roman"/>
          <w:sz w:val="24"/>
        </w:rPr>
        <w:t>This form is intended to help direct the employee onto a successful path in the work place. It is important to make immediate and sustained improvement and the failure to do so could result in further disciplinary action, up to and including termination of employment.</w:t>
      </w:r>
    </w:p>
    <w:p>
      <w:pPr>
        <w:spacing w:line="360" w:lineRule="auto"/>
      </w:pPr>
    </w:p>
    <w:p>
      <w:pPr/>
      <w:r>
        <w:rPr>
          <w:rFonts w:ascii="Times New Roman" w:hAnsi="Times New Roman" w:eastAsia="Times New Roman" w:cs="Times New Roman"/>
          <w:sz w:val="24"/>
        </w:rPr>
        <w:t>_____________________</w:t>
        <w:tab/>
      </w:r>
      <w:r>
        <w:rPr>
          <w:rFonts w:ascii="Times New Roman" w:hAnsi="Times New Roman" w:eastAsia="Times New Roman" w:cs="Times New Roman"/>
          <w:sz w:val="24"/>
        </w:rPr>
        <w:tab/>
        <w:t>_________________</w:t>
        <w:tab/>
        <w:t>________________</w:t>
      </w:r>
    </w:p>
    <w:p>
      <w:pPr/>
      <w:r>
        <w:rPr>
          <w:rFonts w:ascii="Times New Roman" w:hAnsi="Times New Roman" w:eastAsia="Times New Roman" w:cs="Times New Roman"/>
          <w:sz w:val="24"/>
        </w:rPr>
        <w:t>Employee’s Signature</w:t>
        <w:tab/>
        <w:tab/>
        <w:t>Print Name</w:t>
        <w:tab/>
        <w:tab/>
        <w:tab/>
        <w:t>Date</w:t>
      </w:r>
    </w:p>
    <w:p>
      <w:pPr/>
    </w:p>
    <w:p>
      <w:pPr/>
      <w:r>
        <w:rPr>
          <w:rFonts w:ascii="Times New Roman" w:hAnsi="Times New Roman" w:eastAsia="Times New Roman" w:cs="Times New Roman"/>
          <w:sz w:val="24"/>
        </w:rPr>
        <w:t>_____________________</w:t>
        <w:tab/>
      </w:r>
      <w:r>
        <w:rPr>
          <w:rFonts w:ascii="Times New Roman" w:hAnsi="Times New Roman" w:eastAsia="Times New Roman" w:cs="Times New Roman"/>
          <w:sz w:val="24"/>
        </w:rPr>
        <w:tab/>
        <w:t>_________________</w:t>
        <w:tab/>
        <w:t>________________</w:t>
      </w:r>
    </w:p>
    <w:p>
      <w:pPr/>
      <w:r>
        <w:rPr>
          <w:rFonts w:ascii="Times New Roman" w:hAnsi="Times New Roman" w:eastAsia="Times New Roman" w:cs="Times New Roman"/>
          <w:sz w:val="24"/>
        </w:rPr>
        <w:t>Supervisor’s Signature</w:t>
        <w:tab/>
        <w:tab/>
        <w:t>Print Name</w:t>
        <w:tab/>
        <w:tab/>
        <w:tab/>
        <w:t>Date</w:t>
      </w:r>
    </w:p>
    <w:p>
      <w:pPr/>
    </w:p>
    <w:p>
      <w:pPr/>
      <w:r>
        <w:rPr>
          <w:rFonts w:ascii="Times New Roman" w:hAnsi="Times New Roman" w:eastAsia="Times New Roman" w:cs="Times New Roman"/>
          <w:sz w:val="24"/>
        </w:rPr>
        <w:t>_____________________</w:t>
        <w:tab/>
      </w:r>
      <w:r>
        <w:rPr>
          <w:rFonts w:ascii="Times New Roman" w:hAnsi="Times New Roman" w:eastAsia="Times New Roman" w:cs="Times New Roman"/>
          <w:sz w:val="24"/>
        </w:rPr>
        <w:tab/>
        <w:t>_________________</w:t>
        <w:tab/>
        <w:t>________________</w:t>
      </w:r>
    </w:p>
    <w:p>
      <w:pPr/>
      <w:r>
        <w:rPr>
          <w:rFonts w:ascii="Times New Roman" w:hAnsi="Times New Roman" w:eastAsia="Times New Roman" w:cs="Times New Roman"/>
          <w:sz w:val="24"/>
        </w:rPr>
        <w:t>Witness’s Signature</w:t>
        <w:tab/>
        <w:tab/>
        <w:tab/>
        <w:t>Print Name</w:t>
        <w:tab/>
        <w:tab/>
        <w:tab/>
        <w:t>Date</w:t>
      </w:r>
    </w:p>
    <w:p>
      <w:pPr>
        <w:spacing w:line="360" w:lineRule="auto"/>
      </w:pPr>
    </w:p>
    <w:p>
      <w:pPr>
        <w:jc w:val="center"/>
      </w:pPr>
      <w:r>
        <w:rPr>
          <w:rFonts w:ascii="Times New Roman" w:hAnsi="Times New Roman" w:eastAsia="Times New Roman" w:cs="Times New Roman"/>
          <w:b/>
          <w:sz w:val="24"/>
        </w:rPr>
        <w:t>EMPLOYEE DISCIPLINARY ACTION FORM</w:t>
      </w:r>
    </w:p>
    <w:p>
      <w:pPr/>
    </w:p>
    <w:p>
      <w:pPr/>
    </w:p>
    <w:p>
      <w:pPr/>
    </w:p>
    <w:p>
      <w:pPr/>
      <w:r>
        <w:rPr>
          <w:rFonts w:ascii="Times New Roman" w:hAnsi="Times New Roman" w:eastAsia="Times New Roman" w:cs="Times New Roman"/>
          <w:sz w:val="24"/>
        </w:rPr>
        <w:t>Employee: ________________________           Date of Warning: ________________________</w:t>
      </w:r>
    </w:p>
    <w:p>
      <w:pPr/>
    </w:p>
    <w:p>
      <w:pPr/>
      <w:r>
        <w:rPr>
          <w:rFonts w:ascii="Times New Roman" w:hAnsi="Times New Roman" w:eastAsia="Times New Roman" w:cs="Times New Roman"/>
          <w:sz w:val="24"/>
        </w:rPr>
        <w:t>Department: _______________________                   Supervisor: ________________________</w:t>
      </w: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Type of Violation</w:t>
      </w:r>
    </w:p>
    <w:p>
      <w:pP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Attendance </w:t>
      </w:r>
      <w:r>
        <w:rPr>
          <w:rFonts w:ascii="Times New Roman" w:hAnsi="Times New Roman" w:eastAsia="Times New Roman" w:cs="Times New Roman"/>
          <w:sz w:val="24"/>
        </w:rPr>
        <w:t xml:space="preserve"> - Carelessness </w:t>
      </w:r>
      <w:r>
        <w:rPr>
          <w:rFonts w:ascii="Times New Roman" w:hAnsi="Times New Roman" w:eastAsia="Times New Roman" w:cs="Times New Roman"/>
          <w:sz w:val="24"/>
        </w:rPr>
        <w:t xml:space="preserve"> - Disobedience </w:t>
      </w:r>
      <w:r>
        <w:rPr>
          <w:rFonts w:ascii="Times New Roman" w:hAnsi="Times New Roman" w:eastAsia="Times New Roman" w:cs="Times New Roman"/>
          <w:sz w:val="24"/>
        </w:rPr>
        <w:t xml:space="preserve"> - Safety </w:t>
      </w:r>
      <w:r>
        <w:rPr>
          <w:rFonts w:ascii="Times New Roman" w:hAnsi="Times New Roman" w:eastAsia="Times New Roman" w:cs="Times New Roman"/>
          <w:sz w:val="24"/>
        </w:rPr>
        <w:t xml:space="preserve"> - Tardiness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Work Quality </w:t>
      </w:r>
      <w:r>
        <w:rPr>
          <w:rFonts w:ascii="Times New Roman" w:hAnsi="Times New Roman" w:eastAsia="Times New Roman" w:cs="Times New Roman"/>
          <w:sz w:val="24"/>
        </w:rPr>
        <w:t xml:space="preserve"> - Other (explain) _______________________________________________</w:t>
      </w: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Warning</w:t>
      </w:r>
    </w:p>
    <w:p>
      <w:pPr/>
    </w:p>
    <w:p>
      <w:pPr/>
    </w:p>
    <w:p>
      <w:pPr/>
      <w:r>
        <w:rPr>
          <w:rFonts w:ascii="Times New Roman" w:hAnsi="Times New Roman" w:eastAsia="Times New Roman" w:cs="Times New Roman"/>
          <w:sz w:val="24"/>
        </w:rPr>
        <w:t>Violation Date: ________________________ Violation Time: ________________________</w:t>
      </w:r>
    </w:p>
    <w:p>
      <w:pPr/>
    </w:p>
    <w:p>
      <w:pPr/>
    </w:p>
    <w:p>
      <w:pPr/>
      <w:r>
        <w:rPr>
          <w:rFonts w:ascii="Times New Roman" w:hAnsi="Times New Roman" w:eastAsia="Times New Roman" w:cs="Times New Roman"/>
          <w:sz w:val="24"/>
        </w:rPr>
        <w:t>Violation Location: ________________________________________________</w:t>
      </w: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Employer’s Statement</w:t>
      </w:r>
    </w:p>
    <w:p>
      <w:pP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sz w:val="24"/>
        </w:rPr>
        <w:t>____________________________________________________________________________</w:t>
      </w: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Employee’s Statement</w:t>
      </w:r>
    </w:p>
    <w:p>
      <w:pP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sz w:val="24"/>
        </w:rPr>
        <w:t>____________________________________________________________________________</w:t>
      </w:r>
    </w:p>
    <w:p>
      <w:pPr/>
    </w:p>
    <w:p>
      <w:pP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The Decision</w:t>
      </w:r>
    </w:p>
    <w:p>
      <w:pP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sz w:val="24"/>
        </w:rPr>
        <w:t>____________________________________________________________________________</w:t>
      </w:r>
    </w:p>
    <w:p>
      <w:pPr/>
    </w:p>
    <w:p>
      <w:pPr/>
      <w:r>
        <w:rPr>
          <w:rFonts w:ascii="Times New Roman" w:hAnsi="Times New Roman" w:eastAsia="Times New Roman" w:cs="Times New Roman"/>
          <w:sz w:val="24"/>
        </w:rPr>
        <w:t>Decision Approved by: _________________ Title: _________________ Date: _____________</w:t>
      </w: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Previous Warnings</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Warning - Date: _________________ Type: </w:t>
      </w:r>
      <w:r>
        <w:rPr>
          <w:rFonts w:ascii="Times New Roman" w:hAnsi="Times New Roman" w:eastAsia="Times New Roman" w:cs="Times New Roman"/>
          <w:sz w:val="24"/>
        </w:rPr>
        <w:t>❏</w:t>
      </w:r>
      <w:r>
        <w:rPr>
          <w:rFonts w:ascii="Times New Roman" w:hAnsi="Times New Roman" w:eastAsia="Times New Roman" w:cs="Times New Roman"/>
          <w:sz w:val="24"/>
        </w:rPr>
        <w:t xml:space="preserve"> - Verbal </w:t>
      </w:r>
      <w:r>
        <w:rPr>
          <w:rFonts w:ascii="Times New Roman" w:hAnsi="Times New Roman" w:eastAsia="Times New Roman" w:cs="Times New Roman"/>
          <w:sz w:val="24"/>
        </w:rPr>
        <w:t>❏</w:t>
      </w:r>
      <w:r>
        <w:rPr>
          <w:rFonts w:ascii="Times New Roman" w:hAnsi="Times New Roman" w:eastAsia="Times New Roman" w:cs="Times New Roman"/>
          <w:sz w:val="24"/>
        </w:rPr>
        <w:t xml:space="preserve"> - Written </w:t>
      </w:r>
    </w:p>
    <w:p>
      <w:pP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Warning - Date: _________________ Type: </w:t>
      </w:r>
      <w:r>
        <w:rPr>
          <w:rFonts w:ascii="Times New Roman" w:hAnsi="Times New Roman" w:eastAsia="Times New Roman" w:cs="Times New Roman"/>
          <w:sz w:val="24"/>
        </w:rPr>
        <w:t>❏</w:t>
      </w:r>
      <w:r>
        <w:rPr>
          <w:rFonts w:ascii="Times New Roman" w:hAnsi="Times New Roman" w:eastAsia="Times New Roman" w:cs="Times New Roman"/>
          <w:sz w:val="24"/>
        </w:rPr>
        <w:t xml:space="preserve"> - Verbal </w:t>
      </w:r>
      <w:r>
        <w:rPr>
          <w:rFonts w:ascii="Times New Roman" w:hAnsi="Times New Roman" w:eastAsia="Times New Roman" w:cs="Times New Roman"/>
          <w:sz w:val="24"/>
        </w:rPr>
        <w:t>❏</w:t>
      </w:r>
      <w:r>
        <w:rPr>
          <w:rFonts w:ascii="Times New Roman" w:hAnsi="Times New Roman" w:eastAsia="Times New Roman" w:cs="Times New Roman"/>
          <w:sz w:val="24"/>
        </w:rPr>
        <w:t xml:space="preserve"> - Written </w:t>
      </w:r>
    </w:p>
    <w:p>
      <w:pP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Warning - Date: _________________ Type: </w:t>
      </w:r>
      <w:r>
        <w:rPr>
          <w:rFonts w:ascii="Times New Roman" w:hAnsi="Times New Roman" w:eastAsia="Times New Roman" w:cs="Times New Roman"/>
          <w:sz w:val="24"/>
        </w:rPr>
        <w:t>❏</w:t>
      </w:r>
      <w:r>
        <w:rPr>
          <w:rFonts w:ascii="Times New Roman" w:hAnsi="Times New Roman" w:eastAsia="Times New Roman" w:cs="Times New Roman"/>
          <w:sz w:val="24"/>
        </w:rPr>
        <w:t xml:space="preserve"> - Verbal </w:t>
      </w:r>
      <w:r>
        <w:rPr>
          <w:rFonts w:ascii="Times New Roman" w:hAnsi="Times New Roman" w:eastAsia="Times New Roman" w:cs="Times New Roman"/>
          <w:sz w:val="24"/>
        </w:rPr>
        <w:t>❏</w:t>
      </w:r>
      <w:r>
        <w:rPr>
          <w:rFonts w:ascii="Times New Roman" w:hAnsi="Times New Roman" w:eastAsia="Times New Roman" w:cs="Times New Roman"/>
          <w:sz w:val="24"/>
        </w:rPr>
        <w:t xml:space="preserve"> - Written </w:t>
      </w:r>
    </w:p>
    <w:p>
      <w:pPr/>
    </w:p>
    <w:p>
      <w:pPr/>
      <w:r>
        <w:rPr>
          <w:rFonts w:ascii="Times New Roman" w:hAnsi="Times New Roman" w:eastAsia="Times New Roman" w:cs="Times New Roman"/>
          <w:sz w:val="24"/>
        </w:rPr>
        <w:t xml:space="preserve">Other: _______________________________________________________________________ </w:t>
      </w:r>
    </w:p>
    <w:p>
      <w:pPr/>
    </w:p>
    <w:p>
      <w:pPr/>
      <w:r>
        <w:rPr>
          <w:rFonts w:ascii="Times New Roman" w:hAnsi="Times New Roman" w:eastAsia="Times New Roman" w:cs="Times New Roman"/>
          <w:sz w:val="24"/>
        </w:rPr>
        <w:t>____________________________________________________________________________</w:t>
      </w:r>
    </w:p>
    <w:p>
      <w:pPr/>
      <w:r>
        <w:rPr>
          <w:rFonts w:ascii="Times New Roman" w:hAnsi="Times New Roman" w:eastAsia="Times New Roman" w:cs="Times New Roman"/>
          <w:b/>
          <w:sz w:val="24"/>
        </w:rPr>
        <w:t>________________________________</w:t>
      </w:r>
    </w:p>
    <w:p>
      <w:pPr/>
    </w:p>
    <w:p>
      <w:pPr/>
      <w:r>
        <w:rPr>
          <w:rFonts w:ascii="Times New Roman" w:hAnsi="Times New Roman" w:eastAsia="Times New Roman" w:cs="Times New Roman"/>
          <w:b/>
          <w:sz w:val="24"/>
        </w:rPr>
        <w:t>Signatures</w:t>
      </w:r>
    </w:p>
    <w:p>
      <w:pPr/>
    </w:p>
    <w:p>
      <w:pPr/>
      <w:r>
        <w:rPr>
          <w:rFonts w:ascii="Times New Roman" w:hAnsi="Times New Roman" w:eastAsia="Times New Roman" w:cs="Times New Roman"/>
          <w:sz w:val="24"/>
        </w:rPr>
        <w:t xml:space="preserve">Employer’s/Supervisor’s Signature: </w:t>
      </w:r>
      <w:r>
        <w:rPr>
          <w:rFonts w:ascii="Times New Roman" w:hAnsi="Times New Roman" w:eastAsia="Times New Roman" w:cs="Times New Roman"/>
          <w:sz w:val="24"/>
        </w:rPr>
        <w:t>_____________________</w:t>
        <w:tab/>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___________________________ Title: ___________________________</w:t>
      </w:r>
    </w:p>
    <w:p>
      <w:pPr/>
    </w:p>
    <w:p>
      <w:pPr/>
    </w:p>
    <w:p>
      <w:pPr/>
      <w:r>
        <w:rPr>
          <w:rFonts w:ascii="Times New Roman" w:hAnsi="Times New Roman" w:eastAsia="Times New Roman" w:cs="Times New Roman"/>
          <w:sz w:val="24"/>
        </w:rPr>
        <w:t>I have read this "warning decision". I understand it and have received a copy of the same.</w:t>
      </w:r>
    </w:p>
    <w:p>
      <w:pPr/>
    </w:p>
    <w:p>
      <w:pPr/>
      <w:r>
        <w:rPr>
          <w:rFonts w:ascii="Times New Roman" w:hAnsi="Times New Roman" w:eastAsia="Times New Roman" w:cs="Times New Roman"/>
          <w:sz w:val="24"/>
        </w:rPr>
        <w:t xml:space="preserve">Employee’s Signature: </w:t>
      </w:r>
      <w:r>
        <w:rPr>
          <w:rFonts w:ascii="Times New Roman" w:hAnsi="Times New Roman" w:eastAsia="Times New Roman" w:cs="Times New Roman"/>
          <w:sz w:val="24"/>
        </w:rPr>
        <w:t>_____________________</w:t>
        <w:tab/>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___________________________ Title: ___________________________</w:t>
      </w:r>
    </w:p>
    <w:p>
      <w:pPr/>
    </w:p>
    <w:p>
      <w:pPr>
        <w:spacing w:line="360" w:lineRule="auto"/>
      </w:pPr>
    </w:p>
    <w:p>
      <w:pPr>
        <w:jc w:val="center"/>
      </w:pPr>
    </w:p>
    <w:p>
      <w:pPr>
        <w:jc w:val="center"/>
      </w:pPr>
    </w:p>
    <w:p>
      <w:pPr>
        <w:jc w:val="center"/>
      </w:pPr>
      <w:r>
        <w:rPr>
          <w:rFonts w:ascii="Times New Roman" w:hAnsi="Times New Roman" w:eastAsia="Times New Roman" w:cs="Times New Roman"/>
          <w:b/>
          <w:sz w:val="24"/>
        </w:rPr>
        <w:t>Employee Reprimand Form</w:t>
      </w:r>
    </w:p>
    <w:p>
      <w:pPr/>
    </w:p>
    <w:p>
      <w:pPr/>
    </w:p>
    <w:p>
      <w:pPr>
        <w:spacing w:line="360" w:lineRule="auto"/>
      </w:pPr>
      <w:r>
        <w:rPr>
          <w:rFonts w:ascii="Times New Roman" w:hAnsi="Times New Roman" w:eastAsia="Times New Roman" w:cs="Times New Roman"/>
          <w:b/>
          <w:sz w:val="24"/>
        </w:rPr>
        <w:t>Violation Statement</w:t>
      </w:r>
    </w:p>
    <w:p>
      <w:pPr>
        <w:spacing w:line="360" w:lineRule="auto"/>
      </w:pPr>
      <w:r>
        <w:rPr>
          <w:rFonts w:ascii="Times New Roman" w:hAnsi="Times New Roman" w:eastAsia="Times New Roman" w:cs="Times New Roman"/>
          <w:sz w:val="24"/>
        </w:rPr>
        <w:t>Place of Violation: _________________</w:t>
      </w:r>
    </w:p>
    <w:p>
      <w:pPr>
        <w:spacing w:line="360" w:lineRule="auto"/>
      </w:pPr>
      <w:r>
        <w:rPr>
          <w:rFonts w:ascii="Times New Roman" w:hAnsi="Times New Roman" w:eastAsia="Times New Roman" w:cs="Times New Roman"/>
          <w:sz w:val="24"/>
        </w:rPr>
        <w:t>Date of Violation: _________________</w:t>
      </w:r>
    </w:p>
    <w:p>
      <w:pPr>
        <w:spacing w:line="360" w:lineRule="auto"/>
      </w:pPr>
      <w:r>
        <w:rPr>
          <w:rFonts w:ascii="Times New Roman" w:hAnsi="Times New Roman" w:eastAsia="Times New Roman" w:cs="Times New Roman"/>
          <w:sz w:val="24"/>
        </w:rPr>
        <w:t>Description of Violation: 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b/>
          <w:sz w:val="24"/>
        </w:rPr>
        <w:t>Disciplinary Action</w:t>
      </w:r>
    </w:p>
    <w:p>
      <w:pPr>
        <w:spacing w:line="360" w:lineRule="auto"/>
      </w:pPr>
      <w:r>
        <w:rPr>
          <w:rFonts w:ascii="Times New Roman" w:hAnsi="Times New Roman" w:eastAsia="Times New Roman" w:cs="Times New Roman"/>
          <w:sz w:val="24"/>
        </w:rPr>
        <w:t>____ Administrative Leave w/Pay</w:t>
        <w:tab/>
        <w:tab/>
        <w:t>____ Recommendation for Termination</w:t>
      </w:r>
    </w:p>
    <w:p>
      <w:pPr>
        <w:spacing w:line="360" w:lineRule="auto"/>
      </w:pPr>
      <w:r>
        <w:rPr>
          <w:rFonts w:ascii="Times New Roman" w:hAnsi="Times New Roman" w:eastAsia="Times New Roman" w:cs="Times New Roman"/>
          <w:sz w:val="24"/>
        </w:rPr>
        <w:t>____ Sent Home w/Pay</w:t>
        <w:tab/>
        <w:tab/>
        <w:tab/>
        <w:t>____ Suspension Without Pay ___ Days</w:t>
      </w:r>
    </w:p>
    <w:p>
      <w:pPr>
        <w:spacing w:line="360" w:lineRule="auto"/>
      </w:pPr>
      <w:r>
        <w:rPr>
          <w:rFonts w:ascii="Times New Roman" w:hAnsi="Times New Roman" w:eastAsia="Times New Roman" w:cs="Times New Roman"/>
          <w:sz w:val="24"/>
        </w:rPr>
        <w:t>____ None</w:t>
        <w:tab/>
        <w:tab/>
        <w:tab/>
        <w:tab/>
        <w:tab/>
        <w:t>____ Other ____________________________</w:t>
      </w:r>
    </w:p>
    <w:p>
      <w:pPr>
        <w:spacing w:line="360" w:lineRule="auto"/>
      </w:pPr>
      <w:r>
        <w:rPr>
          <w:rFonts w:ascii="Times New Roman" w:hAnsi="Times New Roman" w:eastAsia="Times New Roman" w:cs="Times New Roman"/>
          <w:b/>
          <w:sz w:val="24"/>
        </w:rPr>
        <w:t>Corrective Actions</w:t>
      </w:r>
    </w:p>
    <w:p>
      <w:pPr>
        <w:spacing w:line="360" w:lineRule="auto"/>
      </w:pPr>
      <w:r>
        <w:rPr>
          <w:rFonts w:ascii="Times New Roman" w:hAnsi="Times New Roman" w:eastAsia="Times New Roman" w:cs="Times New Roman"/>
          <w:sz w:val="24"/>
        </w:rPr>
        <w:t>Description of Corrective Actions to be Taken: 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sz w:val="24"/>
        </w:rPr>
        <w:t>____ I have read this Notice of Discipline and understand it.</w:t>
      </w:r>
    </w:p>
    <w:p>
      <w:pPr>
        <w:spacing w:line="360" w:lineRule="auto"/>
      </w:pPr>
      <w:r>
        <w:rPr>
          <w:rFonts w:ascii="Times New Roman" w:hAnsi="Times New Roman" w:eastAsia="Times New Roman" w:cs="Times New Roman"/>
          <w:sz w:val="24"/>
        </w:rPr>
        <w:t>____ Employee refused to sign this form and all attached documentation.</w:t>
      </w:r>
    </w:p>
    <w:p>
      <w:pPr>
        <w:spacing w:line="360" w:lineRule="auto"/>
      </w:pPr>
    </w:p>
    <w:p>
      <w:pPr>
        <w:spacing w:line="360" w:lineRule="auto"/>
      </w:pP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ab/>
        <w:t>____________________</w:t>
        <w:tab/>
        <w:t>________________</w:t>
      </w:r>
    </w:p>
    <w:p>
      <w:pPr>
        <w:spacing w:line="360" w:lineRule="auto"/>
        <w:ind w:firstLine="720"/>
      </w:pPr>
      <w:r>
        <w:rPr>
          <w:rFonts w:ascii="Times New Roman" w:hAnsi="Times New Roman" w:eastAsia="Times New Roman" w:cs="Times New Roman"/>
          <w:sz w:val="24"/>
        </w:rPr>
        <w:t>Employee’s Signature</w:t>
        <w:tab/>
        <w:tab/>
        <w:tab/>
        <w:t>Print Name</w:t>
        <w:tab/>
        <w:tab/>
        <w:tab/>
        <w:t>Date</w:t>
      </w:r>
    </w:p>
    <w:p>
      <w:pPr>
        <w:spacing w:line="360" w:lineRule="auto"/>
      </w:pP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ab/>
        <w:t>____________________</w:t>
        <w:tab/>
        <w:t>________________</w:t>
      </w:r>
    </w:p>
    <w:p>
      <w:pPr>
        <w:spacing w:line="360" w:lineRule="auto"/>
        <w:ind w:firstLine="720"/>
      </w:pPr>
      <w:r>
        <w:rPr>
          <w:rFonts w:ascii="Times New Roman" w:hAnsi="Times New Roman" w:eastAsia="Times New Roman" w:cs="Times New Roman"/>
          <w:sz w:val="24"/>
        </w:rPr>
        <w:t>Supervisor’s Signature</w:t>
        <w:tab/>
        <w:tab/>
        <w:tab/>
        <w:t>Print Name</w:t>
        <w:tab/>
        <w:tab/>
        <w:tab/>
        <w:t>Date</w:t>
      </w:r>
    </w:p>
    <w:p>
      <w:pPr>
        <w:spacing w:line="360" w:lineRule="auto"/>
      </w:pP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ab/>
        <w:t>____________________</w:t>
        <w:tab/>
        <w:t>________________</w:t>
      </w:r>
    </w:p>
    <w:p>
      <w:pPr>
        <w:spacing w:line="360" w:lineRule="auto"/>
        <w:ind w:firstLine="720"/>
      </w:pPr>
      <w:r>
        <w:rPr>
          <w:rFonts w:ascii="Times New Roman" w:hAnsi="Times New Roman" w:eastAsia="Times New Roman" w:cs="Times New Roman"/>
          <w:sz w:val="24"/>
        </w:rPr>
        <w:t>Witness’s Signature</w:t>
        <w:tab/>
        <w:tab/>
        <w:tab/>
        <w:tab/>
        <w:t>Print Name</w:t>
        <w:tab/>
        <w:tab/>
        <w:tab/>
        <w:t>Date</w:t>
      </w:r>
    </w:p>
    <w:p>
      <w:pPr>
        <w:spacing w:line="360" w:lineRule="auto"/>
        <w:jc w:val="center"/>
      </w:pPr>
      <w:r>
        <w:rPr>
          <w:rFonts w:ascii="Times New Roman" w:hAnsi="Times New Roman" w:eastAsia="Times New Roman" w:cs="Times New Roman"/>
          <w:b/>
          <w:sz w:val="24"/>
        </w:rPr>
        <w:t>Employee Termination Letter</w:t>
      </w:r>
    </w:p>
    <w:p>
      <w:pPr>
        <w:jc w:val="center"/>
      </w:pPr>
    </w:p>
    <w:p>
      <w:pPr>
        <w:spacing w:line="360" w:lineRule="auto"/>
      </w:pPr>
      <w:r>
        <w:rPr>
          <w:rFonts w:ascii="Times New Roman" w:hAnsi="Times New Roman" w:eastAsia="Times New Roman" w:cs="Times New Roman"/>
          <w:sz w:val="24"/>
        </w:rPr>
        <w:t>Date: ____________</w:t>
      </w:r>
    </w:p>
    <w:p>
      <w:pPr>
        <w:spacing w:line="360" w:lineRule="auto"/>
      </w:pPr>
      <w:r>
        <w:rPr>
          <w:rFonts w:ascii="Times New Roman" w:hAnsi="Times New Roman" w:eastAsia="Times New Roman" w:cs="Times New Roman"/>
          <w:sz w:val="24"/>
        </w:rPr>
        <w:t>Name of Terminated Employee: _________________</w:t>
      </w:r>
    </w:p>
    <w:p>
      <w:pPr>
        <w:spacing w:line="360" w:lineRule="auto"/>
      </w:pPr>
      <w:r>
        <w:rPr>
          <w:rFonts w:ascii="Times New Roman" w:hAnsi="Times New Roman" w:eastAsia="Times New Roman" w:cs="Times New Roman"/>
          <w:sz w:val="24"/>
        </w:rPr>
        <w:t>Address: ___________________________________</w:t>
      </w:r>
    </w:p>
    <w:p>
      <w:pPr>
        <w:spacing w:line="360" w:lineRule="auto"/>
      </w:pPr>
      <w:r>
        <w:rPr>
          <w:rFonts w:ascii="Times New Roman" w:hAnsi="Times New Roman" w:eastAsia="Times New Roman" w:cs="Times New Roman"/>
          <w:sz w:val="24"/>
        </w:rPr>
        <w:t>___________________________________________</w:t>
      </w:r>
    </w:p>
    <w:p>
      <w:pPr>
        <w:spacing w:line="360" w:lineRule="auto"/>
      </w:pPr>
      <w:r>
        <w:rPr>
          <w:rFonts w:ascii="Times New Roman" w:hAnsi="Times New Roman" w:eastAsia="Times New Roman" w:cs="Times New Roman"/>
          <w:sz w:val="24"/>
        </w:rPr>
        <w:t>Dear ___________________,</w:t>
      </w:r>
    </w:p>
    <w:p>
      <w:pPr>
        <w:spacing w:line="360" w:lineRule="auto"/>
      </w:pPr>
      <w:r>
        <w:rPr>
          <w:rFonts w:ascii="Times New Roman" w:hAnsi="Times New Roman" w:eastAsia="Times New Roman" w:cs="Times New Roman"/>
          <w:sz w:val="24"/>
        </w:rPr>
        <w:t>On _______________ (Date), your employment with _______________ will be officially terminated for the following reason:</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pPr>
    </w:p>
    <w:p>
      <w:pPr>
        <w:spacing w:line="360" w:lineRule="auto"/>
      </w:pPr>
      <w:r>
        <w:rPr>
          <w:rFonts w:ascii="Times New Roman" w:hAnsi="Times New Roman" w:eastAsia="Times New Roman" w:cs="Times New Roman"/>
          <w:sz w:val="24"/>
        </w:rPr>
        <w:t>I wish you the best in finding new employment.</w:t>
      </w:r>
    </w:p>
    <w:p>
      <w:pPr>
        <w:spacing w:line="360" w:lineRule="auto"/>
      </w:pPr>
    </w:p>
    <w:p>
      <w:pPr>
        <w:spacing w:line="360" w:lineRule="auto"/>
      </w:pPr>
      <w:r>
        <w:rPr>
          <w:rFonts w:ascii="Times New Roman" w:hAnsi="Times New Roman" w:eastAsia="Times New Roman" w:cs="Times New Roman"/>
          <w:b/>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Print </w:t>
      </w:r>
      <w:r>
        <w:rPr>
          <w:rFonts w:ascii="Times New Roman" w:hAnsi="Times New Roman" w:eastAsia="Times New Roman" w:cs="Times New Roman"/>
          <w:sz w:val="24"/>
        </w:rPr>
        <w:t>___________________</w:t>
      </w:r>
    </w:p>
    <w:p>
      <w:pPr>
        <w:jc w:val="center"/>
      </w:pPr>
    </w:p>
    <w:p>
      <w:pPr>
        <w:jc w:val="center"/>
      </w:pPr>
    </w:p>
    <w:p>
      <w:pPr>
        <w:jc w:val="center"/>
      </w:pPr>
      <w:r>
        <w:rPr>
          <w:rFonts w:ascii="Times New Roman" w:hAnsi="Times New Roman" w:eastAsia="Times New Roman" w:cs="Times New Roman"/>
          <w:b/>
          <w:sz w:val="24"/>
        </w:rPr>
        <w:t>Employee Warning Form</w:t>
      </w:r>
    </w:p>
    <w:p>
      <w:pPr>
        <w:jc w:val="center"/>
      </w:pPr>
    </w:p>
    <w:p>
      <w:pPr>
        <w:jc w:val="center"/>
      </w:pPr>
    </w:p>
    <w:p>
      <w:pPr>
        <w:spacing w:line="360" w:lineRule="auto"/>
      </w:pPr>
      <w:r>
        <w:rPr>
          <w:rFonts w:ascii="Times New Roman" w:hAnsi="Times New Roman" w:eastAsia="Times New Roman" w:cs="Times New Roman"/>
          <w:sz w:val="24"/>
        </w:rPr>
        <w:t>Employee’s Name: ___________________________</w:t>
        <w:tab/>
        <w:tab/>
        <w:t>Date: ______________</w:t>
      </w:r>
    </w:p>
    <w:p>
      <w:pPr>
        <w:spacing w:line="360" w:lineRule="auto"/>
      </w:pPr>
      <w:r>
        <w:rPr>
          <w:rFonts w:ascii="Times New Roman" w:hAnsi="Times New Roman" w:eastAsia="Times New Roman" w:cs="Times New Roman"/>
          <w:sz w:val="24"/>
        </w:rPr>
        <w:t>Manager/Supervisor’s Name: _________________________</w:t>
      </w:r>
    </w:p>
    <w:p>
      <w:pPr>
        <w:spacing w:line="360" w:lineRule="auto"/>
      </w:pPr>
      <w:r>
        <w:rPr>
          <w:rFonts w:ascii="Times New Roman" w:hAnsi="Times New Roman" w:eastAsia="Times New Roman" w:cs="Times New Roman"/>
          <w:sz w:val="24"/>
        </w:rPr>
        <w:t>If previous discipline meeting occurred, enter date: _______________</w:t>
      </w:r>
    </w:p>
    <w:p>
      <w:pPr>
        <w:spacing w:line="360" w:lineRule="auto"/>
      </w:pPr>
    </w:p>
    <w:p>
      <w:pPr>
        <w:spacing w:line="360" w:lineRule="auto"/>
      </w:pPr>
      <w:r>
        <w:rPr>
          <w:rFonts w:ascii="Times New Roman" w:hAnsi="Times New Roman" w:eastAsia="Times New Roman" w:cs="Times New Roman"/>
          <w:sz w:val="24"/>
        </w:rPr>
        <w:t>Reasons for Warning:</w:t>
      </w:r>
    </w:p>
    <w:p>
      <w:pPr>
        <w:spacing w:line="360" w:lineRule="auto"/>
      </w:pPr>
      <w:r>
        <w:rPr>
          <w:rFonts w:ascii="Times New Roman" w:hAnsi="Times New Roman" w:eastAsia="Times New Roman" w:cs="Times New Roman"/>
          <w:sz w:val="24"/>
        </w:rPr>
        <w:t>____ Absenteeism</w:t>
        <w:tab/>
        <w:t>____ Failure to follow procedure</w:t>
        <w:tab/>
        <w:t>____ Rudeness</w:t>
      </w:r>
    </w:p>
    <w:p>
      <w:pPr>
        <w:spacing w:line="360" w:lineRule="auto"/>
      </w:pPr>
      <w:r>
        <w:rPr>
          <w:rFonts w:ascii="Times New Roman" w:hAnsi="Times New Roman" w:eastAsia="Times New Roman" w:cs="Times New Roman"/>
          <w:sz w:val="24"/>
        </w:rPr>
        <w:t>____ Tardiness</w:t>
        <w:tab/>
        <w:t>____ Failure to meet performance</w:t>
        <w:tab/>
        <w:t>____ Refusal to work overtime</w:t>
      </w:r>
    </w:p>
    <w:p>
      <w:pPr>
        <w:spacing w:line="360" w:lineRule="auto"/>
      </w:pPr>
      <w:r>
        <w:rPr>
          <w:rFonts w:ascii="Times New Roman" w:hAnsi="Times New Roman" w:eastAsia="Times New Roman" w:cs="Times New Roman"/>
          <w:sz w:val="24"/>
        </w:rPr>
        <w:t>____ Policy violation</w:t>
        <w:tab/>
        <w:t>____ Fighting</w:t>
        <w:tab/>
        <w:tab/>
        <w:tab/>
        <w:tab/>
        <w:t>____ Language</w:t>
      </w:r>
    </w:p>
    <w:p>
      <w:pPr>
        <w:spacing w:line="360" w:lineRule="auto"/>
      </w:pPr>
      <w:r>
        <w:rPr>
          <w:rFonts w:ascii="Times New Roman" w:hAnsi="Times New Roman" w:eastAsia="Times New Roman" w:cs="Times New Roman"/>
          <w:sz w:val="24"/>
        </w:rPr>
        <w:t>____ Other _______________________</w:t>
      </w:r>
    </w:p>
    <w:p>
      <w:pPr>
        <w:spacing w:line="360" w:lineRule="auto"/>
      </w:pPr>
    </w:p>
    <w:p>
      <w:pPr>
        <w:spacing w:line="360" w:lineRule="auto"/>
      </w:pPr>
      <w:r>
        <w:rPr>
          <w:rFonts w:ascii="Times New Roman" w:hAnsi="Times New Roman" w:eastAsia="Times New Roman" w:cs="Times New Roman"/>
          <w:sz w:val="24"/>
        </w:rPr>
        <w:t>Details of actions that warranted this warning: 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pPr>
    </w:p>
    <w:p>
      <w:pPr>
        <w:spacing w:line="360" w:lineRule="auto"/>
      </w:pPr>
      <w:r>
        <w:rPr>
          <w:rFonts w:ascii="Times New Roman" w:hAnsi="Times New Roman" w:eastAsia="Times New Roman" w:cs="Times New Roman"/>
          <w:sz w:val="24"/>
        </w:rPr>
        <w:t>The following immediate and sustained corrective action must be taken by the employee. Failure to do so will result in further disciplinary action up to and including termination: 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b/>
          <w:sz w:val="24"/>
        </w:rPr>
        <w:t>Note</w:t>
      </w:r>
      <w:r>
        <w:rPr>
          <w:rFonts w:ascii="Times New Roman" w:hAnsi="Times New Roman" w:eastAsia="Times New Roman" w:cs="Times New Roman"/>
          <w:sz w:val="24"/>
        </w:rPr>
        <w:t xml:space="preserve">: Your signature on this form means that we have discussed the situation. It doesn’t necessarily mean you agree that the infraction occurred. </w:t>
      </w:r>
    </w:p>
    <w:p>
      <w:pPr>
        <w:spacing w:line="360" w:lineRule="auto"/>
      </w:pP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ab/>
        <w:t>_____________________</w:t>
        <w:tab/>
        <w:t>_______________</w:t>
      </w:r>
    </w:p>
    <w:p>
      <w:pPr>
        <w:spacing w:line="360" w:lineRule="auto"/>
        <w:ind w:firstLine="720"/>
      </w:pPr>
      <w:r>
        <w:rPr>
          <w:rFonts w:ascii="Times New Roman" w:hAnsi="Times New Roman" w:eastAsia="Times New Roman" w:cs="Times New Roman"/>
          <w:sz w:val="24"/>
        </w:rPr>
        <w:t>Employee’s Signature</w:t>
        <w:tab/>
        <w:tab/>
        <w:tab/>
        <w:t>Print Name</w:t>
        <w:tab/>
        <w:tab/>
        <w:tab/>
        <w:t>Date</w:t>
      </w:r>
    </w:p>
    <w:p>
      <w:pPr>
        <w:spacing w:line="360" w:lineRule="auto"/>
      </w:pP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ab/>
        <w:t>_____________________</w:t>
        <w:tab/>
        <w:t>_______________</w:t>
      </w:r>
    </w:p>
    <w:p>
      <w:pPr>
        <w:spacing w:line="360" w:lineRule="auto"/>
        <w:ind w:firstLine="720"/>
      </w:pPr>
      <w:r>
        <w:rPr>
          <w:rFonts w:ascii="Times New Roman" w:hAnsi="Times New Roman" w:eastAsia="Times New Roman" w:cs="Times New Roman"/>
          <w:sz w:val="24"/>
        </w:rPr>
        <w:t>Supervisor’s Signature</w:t>
        <w:tab/>
        <w:tab/>
        <w:t>Print Name</w:t>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