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EMPLOYER AFFIDAVIT OF RESIDENCE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Company/Organization </w:t>
      </w:r>
      <w:r>
        <w:rPr>
          <w:rFonts w:ascii="Times New Roman" w:hAnsi="Times New Roman" w:eastAsia="Times New Roman" w:cs="Times New Roman"/>
          <w:sz w:val="24"/>
        </w:rPr>
        <w:t>[NAME OF COMPANY OR ORGANIZATION]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Name </w:t>
      </w:r>
      <w:r>
        <w:rPr>
          <w:rFonts w:ascii="Times New Roman" w:hAnsi="Times New Roman" w:eastAsia="Times New Roman" w:cs="Times New Roman"/>
          <w:sz w:val="24"/>
        </w:rPr>
        <w:t>[NAME OF AFFIANT]</w:t>
      </w:r>
      <w:r>
        <w:rPr>
          <w:rFonts w:ascii="Times New Roman" w:hAnsi="Times New Roman" w:eastAsia="Times New Roman" w:cs="Times New Roman"/>
          <w:sz w:val="24"/>
        </w:rPr>
        <w:t xml:space="preserve"> Title (if any) </w:t>
      </w:r>
      <w:r>
        <w:rPr>
          <w:rFonts w:ascii="Times New Roman" w:hAnsi="Times New Roman" w:eastAsia="Times New Roman" w:cs="Times New Roman"/>
          <w:sz w:val="24"/>
        </w:rPr>
        <w:t>[NAME OF TITLE]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Street Address </w:t>
      </w:r>
      <w:r>
        <w:rPr>
          <w:rFonts w:ascii="Times New Roman" w:hAnsi="Times New Roman" w:eastAsia="Times New Roman" w:cs="Times New Roman"/>
          <w:sz w:val="24"/>
        </w:rPr>
        <w:t>[STREET ADDRESS OF AFFIANT]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City, State </w:t>
      </w:r>
      <w:r>
        <w:rPr>
          <w:rFonts w:ascii="Times New Roman" w:hAnsi="Times New Roman" w:eastAsia="Times New Roman" w:cs="Times New Roman"/>
          <w:sz w:val="24"/>
        </w:rPr>
        <w:t>[CITY, STATE ABBREVIATION OF AFFIANT]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Zip </w:t>
      </w:r>
      <w:r>
        <w:rPr>
          <w:rFonts w:ascii="Times New Roman" w:hAnsi="Times New Roman" w:eastAsia="Times New Roman" w:cs="Times New Roman"/>
          <w:sz w:val="24"/>
        </w:rPr>
        <w:t>[ZIP CODE OF AFFIANT]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Date </w:t>
      </w:r>
      <w:r>
        <w:rPr>
          <w:rFonts w:ascii="Times New Roman" w:hAnsi="Times New Roman" w:eastAsia="Times New Roman" w:cs="Times New Roman"/>
          <w:sz w:val="24"/>
        </w:rPr>
        <w:t>[DATE OF AFFIDAVIT]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To Whom This May Concern,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 OF AFFIANT]</w:t>
      </w:r>
      <w:r>
        <w:rPr>
          <w:rFonts w:ascii="Times New Roman" w:hAnsi="Times New Roman" w:eastAsia="Times New Roman" w:cs="Times New Roman"/>
          <w:sz w:val="24"/>
        </w:rPr>
        <w:t xml:space="preserve">, the employer of </w:t>
      </w:r>
      <w:r>
        <w:rPr>
          <w:rFonts w:ascii="Times New Roman" w:hAnsi="Times New Roman" w:eastAsia="Times New Roman" w:cs="Times New Roman"/>
          <w:sz w:val="24"/>
        </w:rPr>
        <w:t>[EMPLOYEE'S NAME]</w:t>
      </w:r>
      <w:r>
        <w:rPr>
          <w:rFonts w:ascii="Times New Roman" w:hAnsi="Times New Roman" w:eastAsia="Times New Roman" w:cs="Times New Roman"/>
          <w:sz w:val="24"/>
        </w:rPr>
        <w:t xml:space="preserve"> formally acknowledge their residency in the 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 xml:space="preserve">. In accordance with our internal documents, </w:t>
      </w:r>
      <w:r>
        <w:rPr>
          <w:rFonts w:ascii="Times New Roman" w:hAnsi="Times New Roman" w:eastAsia="Times New Roman" w:cs="Times New Roman"/>
          <w:sz w:val="24"/>
        </w:rPr>
        <w:t>[EMPLOYEE'S NAME]</w:t>
      </w:r>
      <w:r>
        <w:rPr>
          <w:rFonts w:ascii="Times New Roman" w:hAnsi="Times New Roman" w:eastAsia="Times New Roman" w:cs="Times New Roman"/>
          <w:sz w:val="24"/>
        </w:rPr>
        <w:t xml:space="preserve"> resides at the street address of </w:t>
      </w:r>
      <w:r>
        <w:rPr>
          <w:rFonts w:ascii="Times New Roman" w:hAnsi="Times New Roman" w:eastAsia="Times New Roman" w:cs="Times New Roman"/>
          <w:sz w:val="24"/>
        </w:rPr>
        <w:t>[STREET ADDRESS OF EMPLOYEE]</w:t>
      </w:r>
      <w:r>
        <w:rPr>
          <w:rFonts w:ascii="Times New Roman" w:hAnsi="Times New Roman" w:eastAsia="Times New Roman" w:cs="Times New Roman"/>
          <w:sz w:val="24"/>
        </w:rPr>
        <w:t xml:space="preserve">, City of </w:t>
      </w:r>
      <w:r>
        <w:rPr>
          <w:rFonts w:ascii="Times New Roman" w:hAnsi="Times New Roman" w:eastAsia="Times New Roman" w:cs="Times New Roman"/>
          <w:sz w:val="24"/>
        </w:rPr>
        <w:t>[CITY]</w:t>
      </w:r>
      <w:r>
        <w:rPr>
          <w:rFonts w:ascii="Times New Roman" w:hAnsi="Times New Roman" w:eastAsia="Times New Roman" w:cs="Times New Roman"/>
          <w:sz w:val="24"/>
        </w:rPr>
        <w:t xml:space="preserve">, 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Furthermore, I can attest that </w:t>
      </w:r>
      <w:r>
        <w:rPr>
          <w:rFonts w:ascii="Times New Roman" w:hAnsi="Times New Roman" w:eastAsia="Times New Roman" w:cs="Times New Roman"/>
          <w:sz w:val="24"/>
        </w:rPr>
        <w:t>[EMPLOYEE'S NAME]</w:t>
      </w:r>
      <w:r>
        <w:rPr>
          <w:rFonts w:ascii="Times New Roman" w:hAnsi="Times New Roman" w:eastAsia="Times New Roman" w:cs="Times New Roman"/>
          <w:sz w:val="24"/>
        </w:rPr>
        <w:t xml:space="preserve"> is a diligent and honest individual who has exemplified their hard work within our organization since </w:t>
      </w:r>
      <w:r>
        <w:rPr>
          <w:rFonts w:ascii="Times New Roman" w:hAnsi="Times New Roman" w:eastAsia="Times New Roman" w:cs="Times New Roman"/>
          <w:sz w:val="24"/>
        </w:rPr>
        <w:t>[YEAR EMPLOYEE BEGAN WORKING WITH COMPANY]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I swear and affirm under penalty of perjury that the facts set forth in this statement are true and accurate.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Sincerely,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_____________________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Witness Acknowledgment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I/We, as witness(es) to the aforementioned claims made by </w:t>
      </w:r>
      <w:r>
        <w:rPr>
          <w:rFonts w:ascii="Times New Roman" w:hAnsi="Times New Roman" w:eastAsia="Times New Roman" w:cs="Times New Roman"/>
          <w:sz w:val="24"/>
        </w:rPr>
        <w:t>[NAME OF AFFIANT]</w:t>
      </w:r>
      <w:r>
        <w:rPr>
          <w:rFonts w:ascii="Times New Roman" w:hAnsi="Times New Roman" w:eastAsia="Times New Roman" w:cs="Times New Roman"/>
          <w:sz w:val="24"/>
        </w:rPr>
        <w:t xml:space="preserve"> and acknowledge their residency status.</w:t>
      </w:r>
    </w:p>
    <w:p>
      <w:pPr>
        <w:spacing w:line="48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Witness</w:t>
      </w:r>
      <w:r>
        <w:rPr>
          <w:rFonts w:ascii="Times New Roman" w:hAnsi="Times New Roman" w:eastAsia="Times New Roman" w:cs="Times New Roman"/>
          <w:sz w:val="24"/>
        </w:rPr>
        <w:t xml:space="preserve"> Signature 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_________________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 OF WITNESS]</w:t>
      </w:r>
    </w:p>
    <w:p>
      <w:pPr>
        <w:spacing w:line="480" w:lineRule="auto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Witness</w:t>
      </w:r>
      <w:r>
        <w:rPr>
          <w:rFonts w:ascii="Times New Roman" w:hAnsi="Times New Roman" w:eastAsia="Times New Roman" w:cs="Times New Roman"/>
          <w:sz w:val="24"/>
        </w:rPr>
        <w:t xml:space="preserve"> Signature 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_________________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 OF WITNESS]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State of </w:t>
      </w:r>
      <w:r>
        <w:rPr>
          <w:rFonts w:ascii="Times New Roman" w:hAnsi="Times New Roman" w:eastAsia="Times New Roman" w:cs="Times New Roman"/>
          <w:sz w:val="24"/>
        </w:rPr>
        <w:t>[STATE OF NOTARY]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 OF NOTARY]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, before me, </w:t>
      </w:r>
      <w:r>
        <w:rPr>
          <w:rFonts w:ascii="Times New Roman" w:hAnsi="Times New Roman" w:eastAsia="Times New Roman" w:cs="Times New Roman"/>
          <w:sz w:val="24"/>
        </w:rPr>
        <w:t>[NAME OF NOTARY PUBLIC]</w:t>
      </w:r>
      <w:r>
        <w:rPr>
          <w:rFonts w:ascii="Times New Roman" w:hAnsi="Times New Roman" w:eastAsia="Times New Roman" w:cs="Times New Roman"/>
          <w:sz w:val="24"/>
        </w:rPr>
        <w:t xml:space="preserve">, Notary Public, personally appeared </w:t>
      </w:r>
      <w:r>
        <w:rPr>
          <w:rFonts w:ascii="Times New Roman" w:hAnsi="Times New Roman" w:eastAsia="Times New Roman" w:cs="Times New Roman"/>
          <w:sz w:val="24"/>
        </w:rPr>
        <w:t>[NAME OF AFFIANT]</w:t>
      </w:r>
      <w:r>
        <w:rPr>
          <w:rFonts w:ascii="Times New Roman" w:hAnsi="Times New Roman" w:eastAsia="Times New Roman" w:cs="Times New Roman"/>
          <w:sz w:val="24"/>
        </w:rPr>
        <w:t xml:space="preserve"> who proved to me on the basic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 certify under PENALTY OF PERJURY under the laws of in the State of </w:t>
      </w:r>
      <w:r>
        <w:rPr>
          <w:rFonts w:ascii="Times New Roman" w:hAnsi="Times New Roman" w:eastAsia="Times New Roman" w:cs="Times New Roman"/>
          <w:sz w:val="24"/>
        </w:rPr>
        <w:t>[STATE OF NOTARY]</w:t>
      </w:r>
      <w:r>
        <w:rPr>
          <w:rFonts w:ascii="Times New Roman" w:hAnsi="Times New Roman" w:eastAsia="Times New Roman" w:cs="Times New Roman"/>
          <w:sz w:val="24"/>
        </w:rPr>
        <w:t xml:space="preserve"> that the foregoing paragraph is true and correct.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Signature </w:t>
      </w:r>
      <w:r>
        <w:rPr>
          <w:rFonts w:ascii="Times New Roman" w:hAnsi="Times New Roman" w:eastAsia="Times New Roman" w:cs="Times New Roman"/>
          <w:sz w:val="24"/>
        </w:rPr>
        <w:t>_____________________</w:t>
      </w: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Place Notary Seal Above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 OF NOTARY PUBLIC]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