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Employer Support Letter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Re: L-1A [or L-1B] Petition by [Name of Employer] and Application of [Name of Foreign National]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L-1 Visa or L-1 Admission to the United States Based Upon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Approved Blanket L-1 Petition</w:t>
      </w:r>
    </w:p>
    <w:p>
      <w:pPr>
        <w:keepNext w:val="0"/>
        <w:spacing w:before="200" w:after="0" w:line="260" w:lineRule="exact"/>
        <w:ind w:left="360" w:right="0" w:firstLine="0"/>
        <w:jc w:val="both"/>
      </w:pPr>
      <w:r>
        <w:rPr>
          <w:rFonts w:ascii="Times New Roman" w:hAnsi="Times New Roman" w:eastAsia="Times New Roman" w:cs="Times New Roman"/>
          <w:b w:val="0"/>
          <w:sz w:val="24"/>
        </w:rPr>
        <w:t>Dear Sir or Madam:</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We write this letter in support of our petition for L-1 classification and the application of [Name of foreign national] (the Applicant)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L-1A [or L-1B] visa [or admission to] the United States so that [he or she] may serve in the [managerial, executive or specialized knowledge professional] position of [Position title] with [Name of employer] (the Organization)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[number] [year(s) or months]. [Mr. or Ms.]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citizen of [Name of country] (see copy of passport biographic page attached). The Applicant is currently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our [parent, branch, subsidiary, or affiliate], [Name of foreign organization] (the Foreign Organization) located in [City/Country]. This application is based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Blanket L-1 petition approved by the U.S. Citizenship and Immigration Services (USCIS). Please see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attached approval notice, Form I-797, which shows our company and the Foreign Organization among the approved qualifying organizations. The nature of the Organization’s activities and the duties that the Applicant will perform in the United States are detailed below.</w:t>
      </w: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Employer’s Background.</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Organization is engaged in the business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brief description of the organization’s product(s) and/or service(s), including the date established and where it conducts business in the United States].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We currently employ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staff of [number]. For the last tax [or fiscal] year ending on [Date], the Organization had gross annual revenues of $[dollar amount]. Please see the attached tax statement [or most recent annual report, or Securities and Exchange Commission (SEC) Form 10-K]. The Organization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[or indirect] subsidiary of [or is the parent, branch office, or affiliated company of] the Foreign Organization.</w:t>
      </w:r>
    </w:p>
    <w:p>
      <w:pPr>
        <w:keepNext w:val="0"/>
        <w:spacing w:before="200" w:after="0" w:line="260" w:lineRule="exact"/>
        <w:ind w:left="720" w:right="0" w:firstLine="0"/>
        <w:jc w:val="both"/>
      </w:pPr>
      <w:r>
        <w:rPr>
          <w:rFonts w:ascii="Times New Roman" w:hAnsi="Times New Roman" w:eastAsia="Times New Roman" w:cs="Times New Roman"/>
          <w:b w:val="0"/>
          <w:sz w:val="24"/>
        </w:rPr>
        <w:t>The Foreign Organization is engaged in the business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brief description of the organization’s product(s) and/or service(s), including the date established and where it conducts business abroad]. For more information about the company, please see the attached brochure [or annual report, or print-outs from the company’s website, if available].</w:t>
      </w:r>
    </w:p>
    <w:p>
      <w:pPr>
        <w:keepNext w:val="0"/>
        <w:spacing w:before="200" w:after="0" w:line="260" w:lineRule="exact"/>
        <w:ind w:left="720" w:right="0" w:firstLine="0"/>
        <w:jc w:val="both"/>
      </w:pPr>
      <w:r>
        <w:rPr>
          <w:rFonts w:ascii="Times New Roman" w:hAnsi="Times New Roman" w:eastAsia="Times New Roman" w:cs="Times New Roman"/>
          <w:b w:val="0"/>
          <w:sz w:val="24"/>
        </w:rPr>
        <w:t>It currently employs [number] individuals and for the last tax [or fiscal] year ending on [Date], the Foreign Organization had gross annual revenues of [foreign currency amount], which is equivalent to $[dollar amount]. Please refer to the attached tax statement [or annual report] of the Foreign Organization which provides information about its current business activity(ies) and financial ability to continue doing business abroad for the duration of the Applicant’s stay in the United States.</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Comparators to the Managerial or Executive Position Abroad and the Qualifications of the Applicant.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[Name of Applicant] has been [or was] employed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managerial capacity as [Position title] from [month/year] to [month/year] [or present] earning [foreign currency amount] per annum which is equivalent to $[dollar amount] per annum. We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payroll record for [or pay statements, or tax return of] the Applicant to document that [he or she] has, in fact, been employed [or was employed] abroad for one continuous year in the three-year period preceding the filing of this petition. We are also enclosing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letter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Foreign Organization documenting the Applicant’s responsibilities with the Foreign Organization which include [or included] the following:</w:t>
      </w:r>
    </w:p>
    <w:p>
      <w:pPr>
        <w:keepNext w:val="0"/>
        <w:spacing w:before="200" w:after="0" w:line="260" w:lineRule="exact"/>
        <w:ind w:left="1080" w:right="0" w:firstLine="0"/>
        <w:jc w:val="both"/>
      </w:pPr>
      <w:r>
        <w:rPr>
          <w:rFonts w:ascii="Times New Roman" w:hAnsi="Times New Roman" w:eastAsia="Times New Roman" w:cs="Times New Roman"/>
          <w:b w:val="0"/>
          <w:sz w:val="24"/>
        </w:rPr>
        <w:t>•</w:t>
        <w:tab/>
        <w:t>[Bullet points containing six to nine current [or former] job duties, including the percentage of time [he or she] spends [or has spent] performing each duty]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addition, the Applicant has [or had] supervisory responsibility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staff of [number] other managers and professionals. Please refer to the attached organization chart identifying the names, position titles, degrees held, the dates of degree conferral, and the names and locations of the universities, including major fields of study, for each direct report. As the enclosed organization chart documents, the Applicant serves [or served]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high-level managerial capacity in the Foreign Organization and is [or was] responsible for contributing to the success of our [parent, subsidiary, affiliate or branch office]. The Applicant’s significant accomplishments have included:</w:t>
      </w:r>
    </w:p>
    <w:p>
      <w:pPr>
        <w:keepNext w:val="0"/>
        <w:spacing w:before="200" w:after="0" w:line="260" w:lineRule="exact"/>
        <w:ind w:left="1080" w:right="0" w:firstLine="0"/>
        <w:jc w:val="both"/>
      </w:pPr>
      <w:r>
        <w:rPr>
          <w:rFonts w:ascii="Times New Roman" w:hAnsi="Times New Roman" w:eastAsia="Times New Roman" w:cs="Times New Roman"/>
          <w:b w:val="0"/>
          <w:sz w:val="24"/>
        </w:rPr>
        <w:t>•</w:t>
        <w:tab/>
        <w:t xml:space="preserve">[List several bullet points such as successful business strategies and results,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increase in sales, market penetration, etc.]</w:t>
      </w:r>
    </w:p>
    <w:p>
      <w:pPr>
        <w:keepNext w:val="0"/>
        <w:spacing w:before="200" w:after="0" w:line="260" w:lineRule="exact"/>
        <w:ind w:left="720" w:right="0" w:firstLine="0"/>
        <w:jc w:val="both"/>
      </w:pPr>
      <w:r>
        <w:rPr>
          <w:rFonts w:ascii="Times New Roman" w:hAnsi="Times New Roman" w:eastAsia="Times New Roman" w:cs="Times New Roman"/>
          <w:b w:val="0"/>
          <w:sz w:val="24"/>
        </w:rPr>
        <w:t>For further details about the Applicant’s important role with the Foreign Organization, see [his or her] enclosed curriculum vitae.</w:t>
      </w:r>
    </w:p>
    <w:p>
      <w:pPr>
        <w:keepNext w:val="0"/>
        <w:spacing w:before="200" w:after="0" w:line="260" w:lineRule="exact"/>
        <w:ind w:left="720" w:right="0" w:firstLine="0"/>
        <w:jc w:val="both"/>
      </w:pPr>
      <w:r>
        <w:rPr>
          <w:rFonts w:ascii="Times New Roman" w:hAnsi="Times New Roman" w:eastAsia="Times New Roman" w:cs="Times New Roman"/>
          <w:b w:val="0"/>
          <w:sz w:val="24"/>
        </w:rPr>
        <w:t>Further, the Applicant was previously employed abroad by [Name] for the period from [month/year] to [month/year] as [Position title]. In this capacity, [he or she] had the following managerial/executive duties which are relevant to the proposed employment:</w:t>
      </w:r>
    </w:p>
    <w:p>
      <w:pPr>
        <w:keepNext w:val="0"/>
        <w:spacing w:before="200" w:after="0" w:line="260" w:lineRule="exact"/>
        <w:ind w:left="1080" w:right="0" w:firstLine="0"/>
        <w:jc w:val="both"/>
      </w:pPr>
      <w:r>
        <w:rPr>
          <w:rFonts w:ascii="Times New Roman" w:hAnsi="Times New Roman" w:eastAsia="Times New Roman" w:cs="Times New Roman"/>
          <w:b w:val="0"/>
          <w:sz w:val="24"/>
        </w:rPr>
        <w:t>•</w:t>
        <w:tab/>
        <w:t>[Bullet points containing three to six prior duties, including the percentage of time [he or she] spent performing each duty]</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Comparators to the Traditional Personnel Manager or the Functional Manager Position in the United States.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Based upon [his or her] managerial [or executive] experience with the Foreign Organization for the past [number] years, we find that the Applicant is the perfect candidate to assume the managerial position of [Position title] with our organization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period of [number] years [or months]. [He or She] will be responsible for supervising and managing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staff of [number] other managerial and professional employees in our [Name of department or division]. [He or She] will oversee the work of those employees indicated in the attached organization chart, which includes the various company levels by department [or component] of the organization, depicting the hierarchy of management and listing the names, titles, degree(s) awarded, the date(s) of degree conferral, names and locations of the university(ies) attended and major field(s) of study for each position immediately above, below and at the same level as the Applicant. [He or She] will have the authority to hire and fire subordinates [or recommend personnel actions]. [He or She] will additionally manage and exercise discretion over the day-to-day operations of the [organization, department, subdivision or component]. More specifically, the Applicant will have the following responsibilities:</w:t>
      </w:r>
    </w:p>
    <w:p>
      <w:pPr>
        <w:keepNext w:val="0"/>
        <w:spacing w:before="200" w:after="0" w:line="260" w:lineRule="exact"/>
        <w:ind w:left="1080" w:right="0" w:firstLine="0"/>
        <w:jc w:val="both"/>
      </w:pPr>
      <w:r>
        <w:rPr>
          <w:rFonts w:ascii="Times New Roman" w:hAnsi="Times New Roman" w:eastAsia="Times New Roman" w:cs="Times New Roman"/>
          <w:b w:val="0"/>
          <w:sz w:val="24"/>
        </w:rPr>
        <w:t>•</w:t>
        <w:tab/>
        <w:t>[Bullet points containing six to nine proposed job duties, including the percentage of time [he or she] will spend performing each duty]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Applicant will be compensated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salary of $[dollar amount] which is commensurate with the role of and qualifications for the position of [Position title] with our organization. [He or she] will have budgetary responsibility for $[dollar number] which is indicative of the high level stature the Applicant will hold with the Organization. [He or she] will report directly to the [Supervisory title]. We have advised the Applicant of the temporary nature of [his or her] L-1A temporary employment.</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Conclusion.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By reason of [his or her] managerial [or executive, or specialized professional knowledge] experience abroad (and if applicable, [his or her] relevant academic achievements) with the Foreign Organization, the Applicant is uniquely qualified to hold the managerial [or executive, or specialized knowledge professional] position of [Position title] with the Organization. We have demonstrated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preponderance of the evidence that:</w:t>
      </w:r>
    </w:p>
    <w:p>
      <w:pPr>
        <w:keepNext w:val="0"/>
        <w:spacing w:before="200" w:after="0" w:line="260" w:lineRule="exact"/>
        <w:ind w:left="1080" w:right="0" w:firstLine="0"/>
        <w:jc w:val="both"/>
      </w:pPr>
      <w:r>
        <w:rPr>
          <w:rFonts w:ascii="Times New Roman" w:hAnsi="Times New Roman" w:eastAsia="Times New Roman" w:cs="Times New Roman"/>
          <w:b w:val="0"/>
          <w:sz w:val="24"/>
        </w:rPr>
        <w:t>•</w:t>
        <w:tab/>
        <w:t xml:space="preserve">The Applicant was [or has been] employed abroad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qualifying organization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full-time basis for one continuous year within the preceding three years</w:t>
      </w:r>
    </w:p>
    <w:p>
      <w:pPr>
        <w:keepNext w:val="0"/>
        <w:spacing w:before="200" w:after="0" w:line="260" w:lineRule="exact"/>
        <w:ind w:left="1080" w:right="0" w:firstLine="0"/>
        <w:jc w:val="both"/>
      </w:pPr>
      <w:r>
        <w:rPr>
          <w:rFonts w:ascii="Times New Roman" w:hAnsi="Times New Roman" w:eastAsia="Times New Roman" w:cs="Times New Roman"/>
          <w:b w:val="0"/>
          <w:sz w:val="24"/>
        </w:rPr>
        <w:t>•</w:t>
        <w:tab/>
        <w:t xml:space="preserve">The Applicant’s employment was [or has been]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managerial [or executive or specialized knowledge professional] capacity –and–</w:t>
      </w:r>
    </w:p>
    <w:p>
      <w:pPr>
        <w:keepNext w:val="0"/>
        <w:spacing w:before="200" w:after="0" w:line="260" w:lineRule="exact"/>
        <w:ind w:left="1080" w:right="0" w:firstLine="0"/>
        <w:jc w:val="both"/>
      </w:pPr>
      <w:r>
        <w:rPr>
          <w:rFonts w:ascii="Times New Roman" w:hAnsi="Times New Roman" w:eastAsia="Times New Roman" w:cs="Times New Roman"/>
          <w:b w:val="0"/>
          <w:sz w:val="24"/>
        </w:rPr>
        <w:t>•</w:t>
        <w:tab/>
        <w:t xml:space="preserve">The Applicant will render [his or her] services to the Organization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managerial [or executive or specialized knowledge professional capacity.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Accordingly, we respectfully request your approval of our organization’s petition and [Name of Applicant]’s application for L-1A [or L-1B] visa status [and admission] of [Name of Applicant]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[number] years [or months].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Sincerely yours,</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val="0"/>
          <w:sz w:val="24"/>
        </w:rPr>
        <w:t>Attachments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