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Employer Support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Re: H-1B Petition of [Name of employer] on Behalf of the Beneficiary [Name of foreign national]</w:t>
      </w:r>
    </w:p>
    <w:p>
      <w:pPr>
        <w:keepNext w:val="0"/>
        <w:spacing w:before="200" w:after="0" w:line="260" w:lineRule="exact"/>
        <w:ind w:left="360" w:right="0" w:firstLine="0"/>
        <w:jc w:val="both"/>
      </w:pPr>
      <w:r>
        <w:rPr>
          <w:rFonts w:ascii="Times New Roman" w:hAnsi="Times New Roman" w:eastAsia="Times New Roman" w:cs="Times New Roman"/>
          <w:b w:val="0"/>
          <w:sz w:val="24"/>
        </w:rPr>
        <w:t>Dear Sir or Madam:</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write this letter in support of the petition of [Name of organization] (the Organization) to accord H-1B visa status to [Name of foreign national] (Beneficiary [Last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[Name of country] (see copy of passport biographic page attached) so that [he or she] may assume the specialty occupation of [Position title] with the Organization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Employer's Background.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 is engaged in the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organization's product(s) and/or service(s), including the date established and where it conducts business in the United States, and, if applicable, abroad].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currently employ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staff of [number]. For the last tax [or fiscal] year ending on [Date], the Organization had gross annual revenues of $[dollar amount].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Proposed U.S. Employment.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position of [Job title] is to [briefly describe the role]. The position requires the individual to possess knowledge of [applicable knowledge related to the position and to the foreign national's background]. The minimum requirement for the position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[degree level] degree in [Field(s) of study],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field. More specifically, Beneficiary [Last name] will have the following responsibilities:</w:t>
      </w:r>
    </w:p>
    <w:p>
      <w:pPr>
        <w:keepNext w:val="0"/>
        <w:spacing w:before="200" w:after="0" w:line="260" w:lineRule="exact"/>
        <w:ind w:left="720" w:right="0" w:firstLine="0"/>
        <w:jc w:val="both"/>
      </w:pPr>
      <w:r>
        <w:rPr>
          <w:rFonts w:ascii="Times New Roman" w:hAnsi="Times New Roman" w:eastAsia="Times New Roman" w:cs="Times New Roman"/>
          <w:b w:val="0"/>
          <w:sz w:val="24"/>
        </w:rPr>
        <w:t>[six to nine bullet points of proposed job duties]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Beneficiary [Last name] will be compensated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salary of $[dollar amount], which is commensurate with the role and qualifications as identified in the attached certified Labor Condition Application (LCA). We agree to abide by all of the terms and conditions of the LCA. Beneficiary [Last name]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employee of our company and will be working on our premises, and not at any third-party worksite. We have advised Beneficiary [Last name] of the temporary nature of [his or her] H-1B specialty occupation employment.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Beneficiary's Qualifications for the Proposed Employment.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Based upon [his or her] educational background in [Field(s) of study], Beneficiary [Last name] is well qualified to hold the specialty occupation position of [Job title] with the Organization. Beneficiary [Last name] attended the following university(ies) and received the following degree(s):</w:t>
      </w:r>
    </w:p>
    <w:p>
      <w:pPr>
        <w:keepNext w:val="0"/>
        <w:spacing w:before="200" w:after="0" w:line="260" w:lineRule="exact"/>
        <w:ind w:left="1080" w:right="0" w:firstLine="0"/>
        <w:jc w:val="both"/>
      </w:pPr>
      <w:r>
        <w:rPr>
          <w:rFonts w:ascii="Times New Roman" w:hAnsi="Times New Roman" w:eastAsia="Times New Roman" w:cs="Times New Roman"/>
          <w:b w:val="0"/>
          <w:sz w:val="24"/>
        </w:rPr>
        <w:t>• [bullet points containing name(s) of universities/colleges attended; locations of each university; the years attended at each university; the degree(s) awarded; the major(s)]</w:t>
      </w:r>
    </w:p>
    <w:p>
      <w:pPr>
        <w:keepNext w:val="0"/>
        <w:spacing w:before="200" w:after="0" w:line="260" w:lineRule="exact"/>
        <w:ind w:left="720" w:right="0" w:firstLine="0"/>
        <w:jc w:val="both"/>
      </w:pPr>
      <w:r>
        <w:rPr>
          <w:rFonts w:ascii="Times New Roman" w:hAnsi="Times New Roman" w:eastAsia="Times New Roman" w:cs="Times New Roman"/>
          <w:b w:val="0"/>
          <w:sz w:val="24"/>
        </w:rPr>
        <w:t>Among the relevant coursework [he or she] completed were classes in:</w:t>
      </w:r>
    </w:p>
    <w:p>
      <w:pPr>
        <w:keepNext w:val="0"/>
        <w:spacing w:before="200" w:after="0" w:line="260" w:lineRule="exact"/>
        <w:ind w:left="1080" w:right="0" w:firstLine="0"/>
        <w:jc w:val="both"/>
      </w:pPr>
      <w:r>
        <w:rPr>
          <w:rFonts w:ascii="Times New Roman" w:hAnsi="Times New Roman" w:eastAsia="Times New Roman" w:cs="Times New Roman"/>
          <w:b w:val="0"/>
          <w:sz w:val="24"/>
        </w:rPr>
        <w:t>• [bullet points containing five to eight courses from the foreign national's transcript that are relevant to the proposed U.S. employment]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By reason of [his or her] educational achievements [and if applicable, [his or her] related employment experience], Beneficiary [Last name] is well qualified to hold the specialty occupation of (Job title) with the Organization. Accordingly, we respectfully request your approval of our petition for H-1B visa status on behalf of Beneficiary [Last name] for [number] years.</w:t>
      </w: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Attachments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