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Employer Support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 L-1A Petition of [Name of employer] on Behalf of the Beneficiary [Name of foreign national]</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write this letter in support of the petition of [Name of organization] (the Organization or Petitioner) to accord L-1A visa status to [Name of foreign national]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(see copy of passport biographic page attached) so that [he or she] may serve in the [managerial or executive] position of [Position title] with the Organization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 The Beneficiary is currently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our [parent or branch, subsidiary, or affiliate] of [Name of foreign organization] (the Foreign Organization) located in [City/Country]. The nature of the Organization’s activities and the duties that the Beneficiary will perform in the United States are detailed below.</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Employer’s Background and the Qualifying Relationship.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 is engaged in the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organization’s product(s) and/or service(s), including the date established and where it conducts business in the United States].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currently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staff of [number]. For the last tax [or fiscal] year ending on [Date], the Organization had gross annual revenues of $[dollar amount],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office” petition, for the first six months of our current tax [or fiscal] year which will end on [Date]], the Organization had gross annual revenues of $[dollar amount].</w:t>
      </w:r>
    </w:p>
    <w:p>
      <w:pPr>
        <w:keepNext w:val="0"/>
        <w:spacing w:before="200" w:after="0" w:line="260" w:lineRule="exact"/>
        <w:ind w:left="720" w:right="0" w:firstLine="0"/>
        <w:jc w:val="both"/>
      </w:pPr>
      <w:r>
        <w:rPr>
          <w:rFonts w:ascii="Times New Roman" w:hAnsi="Times New Roman" w:eastAsia="Times New Roman" w:cs="Times New Roman"/>
          <w:b w:val="0"/>
          <w:sz w:val="24"/>
        </w:rPr>
        <w:t>The Foreign Organization is engaged in the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organization’s product(s) and/or service(s), including the date established and where it conducts business abroad]. For more information about the company, please see the attached brochure [or annual report, or print-outs from the company’s Website, if available].</w:t>
      </w:r>
    </w:p>
    <w:p>
      <w:pPr>
        <w:keepNext w:val="0"/>
        <w:spacing w:before="200" w:after="0" w:line="260" w:lineRule="exact"/>
        <w:ind w:left="720" w:right="0" w:firstLine="0"/>
        <w:jc w:val="both"/>
      </w:pPr>
      <w:r>
        <w:rPr>
          <w:rFonts w:ascii="Times New Roman" w:hAnsi="Times New Roman" w:eastAsia="Times New Roman" w:cs="Times New Roman"/>
          <w:b w:val="0"/>
          <w:sz w:val="24"/>
        </w:rPr>
        <w:t>It currently employs [number] individuals and for the last tax [or fiscal] year ending on [Date], the Foreign Organization had gross annual revenues of [foreign currency amount], which is equivalent to $[dollar amount]. Please refer to the attached tax statement [or annual report] of the Foreign Organization which provides information about its current business activity(ies) and financial ability to continue doing business abroad for the duration of the Beneficiary’s stay in the United States.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also see the attached corporate documentation (e.g., certificates of incorporation and stock certificates, or copy of the most recent annual report which indicates the corporate relationship) which supports the existence of the qualifying relationship between the U.S. and foreign entities for L-1 intracompany transferee purposes. The Organization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subsidiary of [or is the parent, branch office, or affiliated company of] the Foreign Organization.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Comparators to the Traditional Personnel Manager or the Functional Manager Position in the United States.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this time, the Organization wishes to employ the Beneficiary in the managerial capacity of [Position title]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period of [number] years [or months]. [He or She] will be responsible for supervising and managing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staff of [number] other managerial and professional employees in our [Name of department or division]. [He or She] will oversee the work of those employees indicated in the attached organization chart, which includes the various company levels by department [or component] of the organization, depicting the hierarchy of management and listing the names, titles, degree(s) awarded, the date(s) of degree conferral, names and locations of the university(ies) attended and major field(s) of study for each position immediately above, below and at the same level as the Beneficiary. [He or She] will have the authority to hire and fire subordinates [or recommend personnel actions]. [He or She] will additionally manage and exercise discretion over the day-to-day operations of the [organization, department, subdivision or component]. More specifically, the Beneficiary will have the following responsibilities: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six to nine proposed job duties, including the percentage of time [he or she] will spend performing each duty]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Beneficiary will be compensated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salary of $[dollar amount] which is commensurate with the role of and qualifications for the position of [Position title] with our organization. [He or she] will have budgetary responsibility for $[dollar number] which is indicative of the high level stature the Beneficiary will hold with the Organization. [He or she] will report directly to the [Supervisory title]. We have advised the Beneficiary of the temporary nature of [his or her] L-1A temporary employment.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Comparators to the Managerial or Executive Position Abroad and the Qualifications of the Beneficiary.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Based upon [his or her] managerial [or executive] experience with the Foreign Organization for the past [number] years, the Beneficiary is the perfect candidate to assume the managerial position of [Position title] with our organization. [He or she] has been [or was] employed as [Position title] from [month/year] to [month/year] earning [foreign currency amount] per annum which is equivalent to $[dollar amount] per annum. We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payroll record for [or pay statements, or tax return of] the Beneficiary to document that [he or she] has, in fact, been employed abroad for one continuous year in the three-year period preceding the filing of this petition. We are also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Foreign Organization documenting the Beneficiary’s responsibilities with the Foreign Organization which include [or included]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six to nine current [or former] job duties, including the percentage of time [he or she] spends [or has spent] performing each duty]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the Beneficiary has [or had] supervisory responsibility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staff of [number] other managers and professionals. Please refer to the attached organization chart identifying the names, position titles, degrees held, the dates of degree conferral, and the names and locations of the universities, including major fields of study, for each direct report. As the enclosed organization chart documents, the Beneficiary serves [or served]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high-level managerial capacity in the Foreign Organization and is [or was] responsible for contributing to the success of our [parent, subsidiary, affiliate or branch office]. The Beneficiary’s significant accomplishments have included [list several bullet points such as successful business strategies and results,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sales, market penetration, etc.] For further details about the Beneficiary’s important role with the Foreign Organization, please see [his or her] enclosed curriculum vitae.</w:t>
      </w:r>
    </w:p>
    <w:p>
      <w:pPr>
        <w:keepNext w:val="0"/>
        <w:spacing w:before="200" w:after="0" w:line="260" w:lineRule="exact"/>
        <w:ind w:left="720" w:right="0" w:firstLine="0"/>
        <w:jc w:val="both"/>
      </w:pPr>
      <w:r>
        <w:rPr>
          <w:rFonts w:ascii="Times New Roman" w:hAnsi="Times New Roman" w:eastAsia="Times New Roman" w:cs="Times New Roman"/>
          <w:b w:val="0"/>
          <w:sz w:val="24"/>
        </w:rPr>
        <w:t>Further, the Beneficiary was previously employed abroad by [Name] for the period from [month/year] to [month/year]. In the position of [Position title], [he or she] had the following managerial/executive duties which are relevant to the proposed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three to six prior duties, including the percentage of time [he or she] spent performing each duty]</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By reason of [his or her] managerial [or executive or specialized knowledge] experience abroad (and if applicable, [his or her] relevant academic achievements) with the Foreign Organization, the Beneficiary is uniquely qualified to hold [or continue to hold] the managerial [or executive] position of [Position title] with the Organization. We have demonstrated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preponderance of the evidence that: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Beneficiary was [or has been] employed abroad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organization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full-time basis for one continuous year within the preceding three years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Beneficiary’s employment was [or has been]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managerial [or executive or specialized knowledge] capacity –and–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Beneficiary will render [his or her] services to the Organization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managerial or executive capacity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Accordingly, we respectfully request your approval of our petition for [continued] L-1A visa status [and admission] on behalf of [Name]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w:t>
      </w: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200" w:after="0" w:line="260" w:lineRule="exact"/>
        <w:ind w:left="360" w:right="0" w:firstLine="0"/>
        <w:jc w:val="center"/>
      </w:pPr>
      <w:r>
        <w:rPr>
          <w:rFonts w:ascii="Times New Roman" w:hAnsi="Times New Roman" w:eastAsia="Times New Roman" w:cs="Times New Roman"/>
          <w:b/>
          <w:sz w:val="24"/>
        </w:rPr>
        <w:t>Attachments.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