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Employer Support Letter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Re: L-1B Petition of [Name of employer] on Behalf of the Beneficiary [Name of foreign national]</w:t>
      </w:r>
    </w:p>
    <w:p>
      <w:pPr>
        <w:keepNext w:val="0"/>
        <w:spacing w:before="200" w:after="0" w:line="260" w:lineRule="exact"/>
        <w:ind w:left="360" w:right="0" w:firstLine="0"/>
        <w:jc w:val="both"/>
      </w:pPr>
      <w:r>
        <w:rPr>
          <w:rFonts w:ascii="Times New Roman" w:hAnsi="Times New Roman" w:eastAsia="Times New Roman" w:cs="Times New Roman"/>
          <w:b w:val="0"/>
          <w:sz w:val="24"/>
        </w:rPr>
        <w:t>Dear Sir or Madam:</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write this letter in support of the petition of [Name of organization] (the Organization or Petitioner) to accord L-1B visa status to [Name of foreign national] (the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citizen of [Name of country] (see copy of passport biographic page attached) so that [he or she] may serve in the specialized knowledge position of [Position title] with the Organization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[year(s) or months]. The Beneficiary is currently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our [parent or branch, subsidiary, or affiliate] of [Name of foreign organization] (the Foreign Organization) located in [City/Country]. The nature of the Organization’s activities and the duties that the Beneficiary will perform in the United States are detailed below.</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Employer’s Background and the Qualifying Relationship.</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Organization is engaged in the business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detailed description of the organization’s product(s) and/or service(s), including the date established and where it conducts business in the United States].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We currently employ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staff of [number]. For the last tax [or fiscal] year ending on [Date], the Organization had gross annual revenues of $[dollar amount], [or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office” petition, for the first six months of our current tax [or fiscal] year which will end on [Date]], the Organization had gross annual revenues of $[dollar amount].</w:t>
      </w:r>
    </w:p>
    <w:p>
      <w:pPr>
        <w:keepNext w:val="0"/>
        <w:spacing w:before="200" w:after="0" w:line="260" w:lineRule="exact"/>
        <w:ind w:left="720" w:right="0" w:firstLine="0"/>
        <w:jc w:val="both"/>
      </w:pPr>
      <w:r>
        <w:rPr>
          <w:rFonts w:ascii="Times New Roman" w:hAnsi="Times New Roman" w:eastAsia="Times New Roman" w:cs="Times New Roman"/>
          <w:b w:val="0"/>
          <w:sz w:val="24"/>
        </w:rPr>
        <w:t>The Foreign Organization is engaged in the business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detailed description of the organization’s product(s) and/or service(s), including the date established and where it conducts business abroad]. For more information about the company, please see the attached brochure [or annual report, or print-outs from the company’s Website, if available].</w:t>
      </w:r>
    </w:p>
    <w:p>
      <w:pPr>
        <w:keepNext w:val="0"/>
        <w:spacing w:before="200" w:after="0" w:line="260" w:lineRule="exact"/>
        <w:ind w:left="720" w:right="0" w:firstLine="0"/>
        <w:jc w:val="both"/>
      </w:pPr>
      <w:r>
        <w:rPr>
          <w:rFonts w:ascii="Times New Roman" w:hAnsi="Times New Roman" w:eastAsia="Times New Roman" w:cs="Times New Roman"/>
          <w:b w:val="0"/>
          <w:sz w:val="24"/>
        </w:rPr>
        <w:t>It currently employs [number] individuals and for the last tax [or fiscal] year ending on [Date], the Foreign Organization had gross annual revenues of [foreign currency amount], which is equivalent to $[dollar amount]. Please refer to the attached tax statement [or annual report] of the Foreign Organization which provides information about its current business activity[ies] and financial ability to continue doing business abroad for the duration of the Beneficiary’s stay in the United States.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Please also see the attached corporate documentation (e.g., certificates of incorporation and stock certificates, [or copy of the most recent annual report] which indicates the corporate relationship) which supports the existence of the qualifying relationship between the U.S. and foreign entities for L-1 intracompany transferee purposes. The Organization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[or indirect] subsidiary of [or is the parent, branch office, or affiliated company of] the Foreign Organization.</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Specialized Knowledge Position Abroad and the Qualifications of the Beneficiary.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Beneficiary has been [or was] employed abroad with the Foreign Organization as [Position title] from [month/year] to [month/year] earning [foreign currency amount] per annum which is equivalent to $[dollar amount] per annum. We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payroll record for [or pay statements, or tax return of] the Beneficiary to document that [he or she] has, in fact, been employed abroad for one continuous year in the three-year period preceding the filing of this petition. We are also enclosing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letter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Foreign Organization documenting the Beneficiary’s responsibilities with the Foreign Organization, which include [or included] the following:</w:t>
      </w:r>
    </w:p>
    <w:p>
      <w:pPr>
        <w:keepNext w:val="0"/>
        <w:spacing w:before="200" w:after="0" w:line="260" w:lineRule="exact"/>
        <w:ind w:left="1080" w:right="0" w:firstLine="0"/>
        <w:jc w:val="both"/>
      </w:pPr>
      <w:r>
        <w:rPr>
          <w:rFonts w:ascii="Times New Roman" w:hAnsi="Times New Roman" w:eastAsia="Times New Roman" w:cs="Times New Roman"/>
          <w:b w:val="0"/>
          <w:sz w:val="24"/>
        </w:rPr>
        <w:t>•</w:t>
        <w:tab/>
        <w:t>[bullet points containing six to nine current [or former] job duties, including the percentage of time [he or she] spends [or has spent] performing each duty and identifying which job duties are specialized]</w:t>
      </w:r>
    </w:p>
    <w:p>
      <w:pPr>
        <w:keepNext w:val="0"/>
        <w:spacing w:before="200" w:after="0" w:line="260" w:lineRule="exact"/>
        <w:ind w:left="720" w:right="0" w:firstLine="0"/>
        <w:jc w:val="both"/>
      </w:pPr>
      <w:r>
        <w:rPr>
          <w:rFonts w:ascii="Times New Roman" w:hAnsi="Times New Roman" w:eastAsia="Times New Roman" w:cs="Times New Roman"/>
          <w:b w:val="0"/>
          <w:sz w:val="24"/>
        </w:rPr>
        <w:t>The Beneficiary has gained special knowledge of the Foreign Organization’s [product(s), service(s), research, equipment, technique(s), management or other interest], and its application within international markets [describe application of this special knowledge]. Such specialized knowledge is uncommon in comparison to that generally found in our particular industry. [He or She] gained this knowledge of the Foreign Organization’s product(s) and/or service(s) by [describe below the training and/or education by which the Beneficiary gained the specialized knowledge].</w:t>
      </w:r>
    </w:p>
    <w:p>
      <w:pPr>
        <w:keepNext w:val="0"/>
        <w:spacing w:before="200" w:after="0" w:line="260" w:lineRule="exact"/>
        <w:ind w:left="720" w:right="0" w:firstLine="0"/>
        <w:jc w:val="both"/>
      </w:pPr>
      <w:r>
        <w:rPr>
          <w:rFonts w:ascii="Times New Roman" w:hAnsi="Times New Roman" w:eastAsia="Times New Roman" w:cs="Times New Roman"/>
          <w:b/>
          <w:sz w:val="24"/>
        </w:rPr>
        <w:t xml:space="preserve">Alternate Paragraph 2 for Section </w:t>
      </w:r>
      <w:r>
        <w:rPr>
          <w:rFonts w:ascii="Times New Roman" w:hAnsi="Times New Roman" w:eastAsia="Times New Roman" w:cs="Times New Roman"/>
          <w:b/>
          <w:sz w:val="24"/>
        </w:rPr>
        <w:t>2.</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The Beneficiary has gained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advanced level of knowledge of [and/or] expertise in the Foreign Organization’s processes and procedures that is more advanced in complexity and understanding in comparison to other workers in the Foreign Organization’s employ and is not commonly found in our particular industry. [He or She] gained this knowledge of the Foreign Organization’s processes and procedures by [describe below the training and/or education by which the Beneficiary gained the specialized knowledge].</w:t>
      </w:r>
    </w:p>
    <w:p>
      <w:pPr>
        <w:keepNext w:val="0"/>
        <w:spacing w:before="200" w:after="0" w:line="260" w:lineRule="exact"/>
        <w:ind w:left="720" w:right="0" w:firstLine="0"/>
        <w:jc w:val="both"/>
      </w:pPr>
      <w:r>
        <w:rPr>
          <w:rFonts w:ascii="Times New Roman" w:hAnsi="Times New Roman" w:eastAsia="Times New Roman" w:cs="Times New Roman"/>
          <w:b/>
          <w:sz w:val="24"/>
        </w:rPr>
        <w:t xml:space="preserve">Optional Paragraph 3 for Section </w:t>
      </w:r>
      <w:r>
        <w:rPr>
          <w:rFonts w:ascii="Times New Roman" w:hAnsi="Times New Roman" w:eastAsia="Times New Roman" w:cs="Times New Roman"/>
          <w:b/>
          <w:sz w:val="24"/>
        </w:rPr>
        <w:t>2.</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The Beneficiary received pertinent training in the Foreign Organization’s [product(s), service(s), research, equipment, techniques, management, or other interest], and its application in international markets, [and/or in its processes and procedures that is advanced]. The Beneficiary’s knowledge is complex and is not common in the industry. The training that [he or she] attended included the following:</w:t>
      </w:r>
    </w:p>
    <w:p>
      <w:pPr>
        <w:keepNext w:val="0"/>
        <w:spacing w:before="200" w:after="0" w:line="260" w:lineRule="exact"/>
        <w:ind w:left="1080" w:right="0" w:firstLine="0"/>
        <w:jc w:val="both"/>
      </w:pPr>
      <w:r>
        <w:rPr>
          <w:rFonts w:ascii="Times New Roman" w:hAnsi="Times New Roman" w:eastAsia="Times New Roman" w:cs="Times New Roman"/>
          <w:b w:val="0"/>
          <w:sz w:val="24"/>
        </w:rPr>
        <w:t>•</w:t>
        <w:tab/>
        <w:t>[bullet points containing four to eight classes from the foreign national’s training history, including the dates attended [or the duration of the classes], the number of hours spent taking the courses per day (and, if applicable, any certificates of completion for the training classes) which provided the Beneficiary with [his or her] specialized knowledge]</w:t>
      </w:r>
    </w:p>
    <w:p>
      <w:pPr>
        <w:keepNext w:val="0"/>
        <w:spacing w:before="200" w:after="0" w:line="260" w:lineRule="exact"/>
        <w:ind w:left="720" w:right="0" w:firstLine="0"/>
        <w:jc w:val="both"/>
      </w:pPr>
      <w:r>
        <w:rPr>
          <w:rFonts w:ascii="Times New Roman" w:hAnsi="Times New Roman" w:eastAsia="Times New Roman" w:cs="Times New Roman"/>
          <w:b/>
          <w:sz w:val="24"/>
        </w:rPr>
        <w:t xml:space="preserve">Optional Paragraph 4 for Section </w:t>
      </w:r>
      <w:r>
        <w:rPr>
          <w:rFonts w:ascii="Times New Roman" w:hAnsi="Times New Roman" w:eastAsia="Times New Roman" w:cs="Times New Roman"/>
          <w:b/>
          <w:sz w:val="24"/>
        </w:rPr>
        <w:t>2.</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In addition to [his or her] excellent employment credentials, (and, if applicable, training), the Beneficiary brings to [his or her] position directly relevant academic achievements. [He or She] attended the following university(ies) and received the following degree(s):</w:t>
      </w:r>
    </w:p>
    <w:p>
      <w:pPr>
        <w:keepNext w:val="0"/>
        <w:spacing w:before="200" w:after="0" w:line="260" w:lineRule="exact"/>
        <w:ind w:left="1080" w:right="0" w:firstLine="0"/>
        <w:jc w:val="both"/>
      </w:pPr>
      <w:r>
        <w:rPr>
          <w:rFonts w:ascii="Times New Roman" w:hAnsi="Times New Roman" w:eastAsia="Times New Roman" w:cs="Times New Roman"/>
          <w:b w:val="0"/>
          <w:sz w:val="24"/>
        </w:rPr>
        <w:t>•</w:t>
        <w:tab/>
        <w:t>[bullet points containing name(s) of universities/colleges attended; locations of each university; the years attended at each university; the degree(s) awarded; the major(s)]</w:t>
      </w:r>
    </w:p>
    <w:p>
      <w:pPr>
        <w:keepNext w:val="0"/>
        <w:spacing w:before="200" w:after="0" w:line="260" w:lineRule="exact"/>
        <w:ind w:left="1080" w:right="0" w:firstLine="0"/>
        <w:jc w:val="both"/>
      </w:pPr>
      <w:r>
        <w:rPr>
          <w:rFonts w:ascii="Times New Roman" w:hAnsi="Times New Roman" w:eastAsia="Times New Roman" w:cs="Times New Roman"/>
          <w:b w:val="0"/>
          <w:sz w:val="24"/>
        </w:rPr>
        <w:t>Among the relevant coursework [he or she] completed were classes in:</w:t>
      </w:r>
    </w:p>
    <w:p>
      <w:pPr>
        <w:keepNext w:val="0"/>
        <w:spacing w:before="200" w:after="0" w:line="260" w:lineRule="exact"/>
        <w:ind w:left="1080" w:right="0" w:firstLine="0"/>
        <w:jc w:val="both"/>
      </w:pPr>
      <w:r>
        <w:rPr>
          <w:rFonts w:ascii="Times New Roman" w:hAnsi="Times New Roman" w:eastAsia="Times New Roman" w:cs="Times New Roman"/>
          <w:b w:val="0"/>
          <w:sz w:val="24"/>
        </w:rPr>
        <w:t>•</w:t>
        <w:tab/>
        <w:t>[bullet points containing five to eight courses from the foreign national’s transcript that are relevant to the proposed U.S. employment]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[His or her] degree(s) has been independently evaluated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U.S. credentials evaluation service—[the full name of the evaluation company]—as equivalent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 [degree level], majoring in [Field(s) of study]. The Beneficiary’s academic achievements have provided [him or 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strong foundation in the type of skills [he or she] will need to successfully perform the specialized knowledge duties in the United States.]</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Specialized Knowledge Position in the United States.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Based upon [his or her] specialized knowledge experience with the Foreign Organization for the past [number] years, the Beneficiary is the perfect candidate to assume the specialized knowledge position of [Position title] with our organization. [He or She] possesses special knowledge of the Organization’s [product(s), service(s), research, equipment, techniques, management, or other interests] and its application in international markets that is distinct from that held by other similarly employed workers in the particular industry.</w:t>
      </w:r>
    </w:p>
    <w:p>
      <w:pPr>
        <w:keepNext w:val="0"/>
        <w:spacing w:before="200" w:after="0" w:line="260" w:lineRule="exact"/>
        <w:ind w:left="720" w:right="0" w:firstLine="0"/>
        <w:jc w:val="both"/>
      </w:pPr>
      <w:r>
        <w:rPr>
          <w:rFonts w:ascii="Times New Roman" w:hAnsi="Times New Roman" w:eastAsia="Times New Roman" w:cs="Times New Roman"/>
          <w:b w:val="0"/>
          <w:sz w:val="24"/>
        </w:rPr>
        <w:t>The Beneficiary’s employment with the Foreign Organization has involved assignments which have substantially heightened its competitiveness and/or financial position [or productivity, or image]. Examples of such assignments are the following:</w:t>
      </w:r>
    </w:p>
    <w:p>
      <w:pPr>
        <w:keepNext w:val="0"/>
        <w:spacing w:before="200" w:after="0" w:line="260" w:lineRule="exact"/>
        <w:ind w:left="1080" w:right="0" w:firstLine="0"/>
        <w:jc w:val="both"/>
      </w:pPr>
      <w:r>
        <w:rPr>
          <w:rFonts w:ascii="Times New Roman" w:hAnsi="Times New Roman" w:eastAsia="Times New Roman" w:cs="Times New Roman"/>
          <w:b w:val="0"/>
          <w:sz w:val="24"/>
        </w:rPr>
        <w:t>•</w:t>
        <w:tab/>
        <w:t>[bullet points containing three to six relevant assignments]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We believe that [his or her] specialized knowledge of the Foreign Organization’s [product(s), service(s), research, equipment, techniques, management, or other interests] and its application in international markets [or his or her advanced knowledge of the Foreign Organization’s processes and procedures] will give our organization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competitive edge in the marketplace. [He or She] possesses knowledge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product or process that cannot be easily transferred or taught to another individual without the Organization incurring meaningful cost or inconvenience. In addition, the Beneficiary possesses knowledge of foreign operating conditions that is of significant value to the Organization as it grows in size and scope.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At this time, our organization wishes to employ the Beneficiary in the specialized knowledge capacity of [Position title]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temporary period of [number] years [or months]. [He or She] will have the following responsibilities:</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[bullet points containing six to nine proposed job duties which correspond to the Beneficiary’s job duties for the Foreign Organization (if employed abroad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specialized knowledge capacity), including the percentage of time [he or she] will spend performing each duty]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Beneficiary will be compensated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salary of $[dollar amount] for the position of [Position title] with our organization. We have advised the Beneficiary of the temporary nature of [his or her] L-1B temporary employment. The Beneficiary will work onsite at the Organization’s headquarters [or its office located at the address on the Form I-129] and report directly to the [Supervisory title].</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Conclusion.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By reason of [his or her] specialized knowledge [or managerial or executive] experience abroad (and if applicable, [his or her] relevant academic achievements and/or training), the Beneficiary is uniquely qualified to hold the specialized knowledge position of [Position title] with our organization. We have demonstrated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preponderance of the evidence that:</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The Beneficiary was [or has been] employed abroad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qualifying organization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full-time basis for one continuous year within the preceding three years;</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The Beneficiary’s employment was [or has been]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specialized knowledge [or managerial or executive] capacity –and–</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The Beneficiary will render [his or her] services to the Organization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specialized knowledge capacity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Accordingly, we respectfully request your approval of our petition for L-1B visa status on behalf of [Name]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years [or months].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Sincerely yours,</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p>
    <w:p>
      <w:pPr>
        <w:keepNext w:val="0"/>
        <w:spacing w:before="200" w:after="0" w:line="260" w:lineRule="exact"/>
        <w:ind w:left="360" w:right="0" w:firstLine="0"/>
        <w:jc w:val="center"/>
      </w:pPr>
      <w:r>
        <w:rPr>
          <w:rFonts w:ascii="Times New Roman" w:hAnsi="Times New Roman" w:eastAsia="Times New Roman" w:cs="Times New Roman"/>
          <w:b/>
          <w:sz w:val="24"/>
        </w:rPr>
        <w:t>Attachments.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