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Employer Support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Application by [Name of foreign national]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TN Visa [or Admission to the United States in TN Visa Status]</w:t>
      </w:r>
    </w:p>
    <w:p>
      <w:pPr>
        <w:keepNext w:val="0"/>
        <w:spacing w:before="200" w:after="0" w:line="260" w:lineRule="exact"/>
        <w:ind w:left="360" w:right="0" w:firstLine="0"/>
        <w:jc w:val="both"/>
      </w:pPr>
      <w:r>
        <w:rPr>
          <w:rFonts w:ascii="Times New Roman" w:hAnsi="Times New Roman" w:eastAsia="Times New Roman" w:cs="Times New Roman"/>
          <w:b w:val="0"/>
          <w:sz w:val="24"/>
        </w:rPr>
        <w:t>Dear Sir or Madam:</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write this letter in support of the TN visa application of [Name of foreign national] (the Applicant),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[Name of country] (see copy of passport biographic page attached) so that [he or she] may be employed in the professional position of [Position title] with [Name of organization] (the Organization)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 The application is based upon [his or her] status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profession of [Title of profession] as listed in Appendix 1603.D.1 of the North American Free Trade Agreement (NAFTA). The nature of the Organization's activities and the duties that the Applicant will perform in the United States are detailed below.</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Employer's Background.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Organization is engaged in the business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the organization's product(s) and/or service(s), including the date established and where it conducts business in the United States]. For more information about the company, please see the attached brochure [or annual report, or 10-K, or print-outs from the company's Website, if available].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currently employ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staff of [number]. For the last tax [or fiscal] year ending on [Date], the Organization had gross annual revenues of $[dollar amount].</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Offered Position in the United States.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At this time, the Organization wishes to employ the [Applicant or Beneficiary] in the professional capacity of [Position title]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period of [number] years [or months]. [He or She] falls under the NAFTA occupational classification of [Title of NAFTA profession]. [Mr. or Ms.] [Name] will work on projects requiring the services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as assigned by the Organization. More specifically, [he or she] will have the following responsibilities:</w:t>
      </w:r>
    </w:p>
    <w:p>
      <w:pPr>
        <w:keepNext w:val="0"/>
        <w:spacing w:before="200" w:after="0" w:line="260" w:lineRule="exact"/>
        <w:ind w:left="1080" w:right="0" w:firstLine="0"/>
        <w:jc w:val="both"/>
      </w:pPr>
      <w:r>
        <w:rPr>
          <w:rFonts w:ascii="Times New Roman" w:hAnsi="Times New Roman" w:eastAsia="Times New Roman" w:cs="Times New Roman"/>
          <w:b w:val="0"/>
          <w:sz w:val="24"/>
        </w:rPr>
        <w:t>• [bullet points containing six to nine proposed job duties, and the percentage of time he or she will spend performing each duty, if available]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[Mr. or Ms.] [Name] will be compensated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salary of $[dollar amount] which is commensurate with the role of and qualifications for the professional position of [Position title] with our organization. The minimum requirement for the NAFTA profession of [Position title]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relevant Baccalaureate [or Licenciatura] degree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state/provincial license]. [He or she] will report directly to the [Supervisor's title] of our organization. We have advised [Mr. or Ms.] [Name] of the temporary nature of [his or her] TN employment.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Qualifications of the Beneficiary.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Based upon the [Applicant's or Beneficiary's] academic and related professional background, the Organization finds [him or her]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ideal candidate for the position of [Position title]. [Mr. or Ms.] [Name] holds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Baccalaureate [or Licenciatura] degree in [Field of study] awarded in [year] from [Name of university] located in [City/state/country].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[his or her] degree is enclosed with this [Application or Petition]. Among the directly relevant coursework [he or she] completed were classes in:</w:t>
      </w:r>
    </w:p>
    <w:p>
      <w:pPr>
        <w:keepNext w:val="0"/>
        <w:spacing w:before="200" w:after="0" w:line="260" w:lineRule="exact"/>
        <w:ind w:left="1080" w:right="0" w:firstLine="0"/>
        <w:jc w:val="both"/>
      </w:pPr>
      <w:r>
        <w:rPr>
          <w:rFonts w:ascii="Times New Roman" w:hAnsi="Times New Roman" w:eastAsia="Times New Roman" w:cs="Times New Roman"/>
          <w:b w:val="0"/>
          <w:sz w:val="24"/>
        </w:rPr>
        <w:t>• [bullet points containing five to eight courses from the foreign national's transcript that are relevant to the proposed U.S. employment]</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Beneficiary's Bachelor or Licenciatura transcript of coursework is also enclosed with this [Application or Petition]. [Mr. or Ms.] [Name]'s academic background, as evidenced by the extensive [occupation, (e.g., Engineering)] courses [he or she] completed, has provided [him or 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strong foundation in [occupation] skills [he or she] will need to successfully perform the job duties of the offered position.</w:t>
      </w:r>
    </w:p>
    <w:p>
      <w:pPr>
        <w:keepNext w:val="0"/>
        <w:spacing w:before="200" w:after="0" w:line="260" w:lineRule="exact"/>
        <w:ind w:left="720" w:right="0" w:firstLine="0"/>
        <w:jc w:val="both"/>
      </w:pPr>
      <w:r>
        <w:rPr>
          <w:rFonts w:ascii="Times New Roman" w:hAnsi="Times New Roman" w:eastAsia="Times New Roman" w:cs="Times New Roman"/>
          <w:b w:val="0"/>
          <w:sz w:val="24"/>
        </w:rPr>
        <w:t>In addition to [his or her] relevant academic degree, [Mr. or Ms.] possesses more than [number] of year(s) of professional experience in the field of [Occupation]. Since [Month/year], [he or she] has been employed as [Position title] by [Name of company] where [his or her] responsibilities include:</w:t>
      </w:r>
    </w:p>
    <w:p>
      <w:pPr>
        <w:keepNext w:val="0"/>
        <w:spacing w:before="200" w:after="0" w:line="260" w:lineRule="exact"/>
        <w:ind w:left="1080" w:right="0" w:firstLine="0"/>
        <w:jc w:val="both"/>
      </w:pPr>
      <w:r>
        <w:rPr>
          <w:rFonts w:ascii="Times New Roman" w:hAnsi="Times New Roman" w:eastAsia="Times New Roman" w:cs="Times New Roman"/>
          <w:b w:val="0"/>
          <w:sz w:val="24"/>
        </w:rPr>
        <w:t>• [bullet points containing three to six professional job duties (similar to the proposed job duties in the United States, if available)]</w:t>
      </w:r>
    </w:p>
    <w:p>
      <w:pPr>
        <w:keepNext w:val="0"/>
        <w:spacing w:before="200" w:after="0" w:line="260" w:lineRule="exact"/>
        <w:ind w:left="720" w:right="0" w:firstLine="0"/>
        <w:jc w:val="both"/>
      </w:pPr>
      <w:r>
        <w:rPr>
          <w:rFonts w:ascii="Times New Roman" w:hAnsi="Times New Roman" w:eastAsia="Times New Roman" w:cs="Times New Roman"/>
          <w:b w:val="0"/>
          <w:sz w:val="24"/>
        </w:rPr>
        <w:t>Please see the enclosed copy of the applicant's curriculum vitae for reference.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credentials amply qualify [Mr. or Ms.] [Name] to serve in the professional NAFTA position of [Profession]. [His or her] academic achievements and professional experience delineated above make [him or her] the ideal candidate to assume,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temporary basis, the position of [Position title] with our organization.</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By reason of [his or her] professional experience abroad [and if applicable, his or her professional experience in the United States in prior TN visa status], as well as [Mr. or Ms.] [Name]'s relevant academic achievements, the [Applicant or Beneficiary] is uniquely qualified to hold the professional position of [Position title] with the Organization.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Accordingly, we respectfully request your approval of [our petition on behalf of [Name] or the application of [Name]] for TN visa status [and admission]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years.</w:t>
      </w:r>
    </w:p>
    <w:p>
      <w:pPr>
        <w:keepNext w:val="0"/>
        <w:spacing w:before="200" w:after="0" w:line="260" w:lineRule="exact"/>
        <w:ind w:left="360" w:right="0" w:firstLine="0"/>
        <w:jc w:val="both"/>
      </w:pPr>
      <w:r>
        <w:rPr>
          <w:rFonts w:ascii="Times New Roman" w:hAnsi="Times New Roman" w:eastAsia="Times New Roman" w:cs="Times New Roman"/>
          <w:b w:val="0"/>
          <w:sz w:val="24"/>
        </w:rPr>
        <w:t>Sincerely yours,</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val="0"/>
          <w:sz w:val="24"/>
        </w:rPr>
        <w:t>Attachments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